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72E" w:rsidRDefault="0008772E">
      <w:pPr>
        <w:autoSpaceDE w:val="0"/>
        <w:autoSpaceDN w:val="0"/>
        <w:spacing w:after="78" w:line="220" w:lineRule="exact"/>
      </w:pPr>
    </w:p>
    <w:p w:rsidR="0008772E" w:rsidRPr="008B6B2B" w:rsidRDefault="008B6B2B">
      <w:pPr>
        <w:autoSpaceDE w:val="0"/>
        <w:autoSpaceDN w:val="0"/>
        <w:spacing w:after="0" w:line="230" w:lineRule="auto"/>
        <w:ind w:left="1494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08772E" w:rsidRPr="008B6B2B" w:rsidRDefault="008B6B2B">
      <w:pPr>
        <w:autoSpaceDE w:val="0"/>
        <w:autoSpaceDN w:val="0"/>
        <w:spacing w:before="670" w:after="0" w:line="230" w:lineRule="auto"/>
        <w:ind w:left="2268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Департамент Смоленской области по образованию и науке</w:t>
      </w:r>
    </w:p>
    <w:p w:rsidR="0008772E" w:rsidRPr="008B6B2B" w:rsidRDefault="008B6B2B">
      <w:pPr>
        <w:tabs>
          <w:tab w:val="left" w:pos="4784"/>
        </w:tabs>
        <w:autoSpaceDE w:val="0"/>
        <w:autoSpaceDN w:val="0"/>
        <w:spacing w:before="670" w:after="0" w:line="262" w:lineRule="auto"/>
        <w:ind w:left="114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Комитет образования Администрации муниципального образования "Вяземский район" Смоленской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области</w:t>
      </w:r>
    </w:p>
    <w:p w:rsidR="0008772E" w:rsidRPr="008B6B2B" w:rsidRDefault="008B6B2B">
      <w:pPr>
        <w:autoSpaceDE w:val="0"/>
        <w:autoSpaceDN w:val="0"/>
        <w:spacing w:before="672" w:after="1376" w:line="230" w:lineRule="auto"/>
        <w:ind w:left="1698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МБОУ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Семлёвская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СОШ №2 Вяземского района Смоленской области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62"/>
        <w:gridCol w:w="3660"/>
        <w:gridCol w:w="3520"/>
      </w:tblGrid>
      <w:tr w:rsidR="0008772E">
        <w:trPr>
          <w:trHeight w:hRule="exact" w:val="276"/>
        </w:trPr>
        <w:tc>
          <w:tcPr>
            <w:tcW w:w="3062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5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660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50" w:after="0" w:line="230" w:lineRule="auto"/>
              <w:ind w:left="45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20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50"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08772E">
        <w:trPr>
          <w:trHeight w:hRule="exact" w:val="202"/>
        </w:trPr>
        <w:tc>
          <w:tcPr>
            <w:tcW w:w="3062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ШМО учителей общественно-</w:t>
            </w:r>
          </w:p>
        </w:tc>
        <w:tc>
          <w:tcPr>
            <w:tcW w:w="3660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Заместитель директора по УВР</w:t>
            </w:r>
          </w:p>
        </w:tc>
        <w:tc>
          <w:tcPr>
            <w:tcW w:w="3520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директор </w:t>
            </w:r>
          </w:p>
        </w:tc>
      </w:tr>
      <w:tr w:rsidR="0008772E">
        <w:trPr>
          <w:trHeight w:hRule="exact" w:val="480"/>
        </w:trPr>
        <w:tc>
          <w:tcPr>
            <w:tcW w:w="3062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научного цикла</w:t>
            </w:r>
          </w:p>
        </w:tc>
        <w:tc>
          <w:tcPr>
            <w:tcW w:w="3660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194" w:after="0" w:line="230" w:lineRule="auto"/>
              <w:ind w:left="45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______________Ипполитова Е.В.</w:t>
            </w:r>
          </w:p>
        </w:tc>
        <w:tc>
          <w:tcPr>
            <w:tcW w:w="3520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19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______________Перегоедова В.И.</w:t>
            </w:r>
          </w:p>
        </w:tc>
      </w:tr>
    </w:tbl>
    <w:p w:rsidR="0008772E" w:rsidRDefault="0008772E">
      <w:pPr>
        <w:autoSpaceDE w:val="0"/>
        <w:autoSpaceDN w:val="0"/>
        <w:spacing w:after="0" w:line="62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2700"/>
        <w:gridCol w:w="3440"/>
      </w:tblGrid>
      <w:tr w:rsidR="0008772E">
        <w:trPr>
          <w:trHeight w:hRule="exact" w:val="358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6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Руководитель ШМО</w:t>
            </w:r>
          </w:p>
        </w:tc>
        <w:tc>
          <w:tcPr>
            <w:tcW w:w="2700" w:type="dxa"/>
            <w:tcMar>
              <w:left w:w="0" w:type="dxa"/>
              <w:right w:w="0" w:type="dxa"/>
            </w:tcMar>
          </w:tcPr>
          <w:p w:rsidR="0008772E" w:rsidRPr="003846E6" w:rsidRDefault="008B6B2B">
            <w:pPr>
              <w:autoSpaceDE w:val="0"/>
              <w:autoSpaceDN w:val="0"/>
              <w:spacing w:before="60" w:after="0" w:line="230" w:lineRule="auto"/>
              <w:ind w:left="376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3846E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11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08772E" w:rsidRPr="003846E6" w:rsidRDefault="008B6B2B" w:rsidP="003846E6">
            <w:pPr>
              <w:autoSpaceDE w:val="0"/>
              <w:autoSpaceDN w:val="0"/>
              <w:spacing w:before="60" w:after="0" w:line="230" w:lineRule="auto"/>
              <w:ind w:right="777"/>
              <w:jc w:val="righ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3846E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109-01/08</w:t>
            </w:r>
          </w:p>
        </w:tc>
      </w:tr>
      <w:tr w:rsidR="0008772E" w:rsidRPr="008B6B2B">
        <w:trPr>
          <w:trHeight w:hRule="exact" w:val="396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11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______________Коваленко И.А.</w:t>
            </w:r>
          </w:p>
        </w:tc>
        <w:tc>
          <w:tcPr>
            <w:tcW w:w="2700" w:type="dxa"/>
            <w:tcMar>
              <w:left w:w="0" w:type="dxa"/>
              <w:right w:w="0" w:type="dxa"/>
            </w:tcMar>
          </w:tcPr>
          <w:p w:rsidR="0008772E" w:rsidRPr="008B6B2B" w:rsidRDefault="008B6B2B" w:rsidP="003846E6">
            <w:pPr>
              <w:autoSpaceDE w:val="0"/>
              <w:autoSpaceDN w:val="0"/>
              <w:spacing w:before="110" w:after="0" w:line="230" w:lineRule="auto"/>
              <w:ind w:left="376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3846E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0</w:t>
            </w:r>
            <w:r w:rsidRPr="008B6B2B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0</w:t>
            </w:r>
            <w:r w:rsidR="003846E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.</w:t>
            </w:r>
            <w:r w:rsidRPr="008B6B2B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2022 г.</w:t>
            </w:r>
          </w:p>
        </w:tc>
        <w:tc>
          <w:tcPr>
            <w:tcW w:w="3440" w:type="dxa"/>
            <w:tcMar>
              <w:left w:w="0" w:type="dxa"/>
              <w:right w:w="0" w:type="dxa"/>
            </w:tcMar>
          </w:tcPr>
          <w:p w:rsidR="0008772E" w:rsidRPr="008B6B2B" w:rsidRDefault="008B6B2B" w:rsidP="003846E6">
            <w:pPr>
              <w:autoSpaceDE w:val="0"/>
              <w:autoSpaceDN w:val="0"/>
              <w:spacing w:before="110" w:after="0" w:line="230" w:lineRule="auto"/>
              <w:jc w:val="center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3846E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31</w:t>
            </w:r>
            <w:r w:rsidRPr="008B6B2B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0</w:t>
            </w:r>
            <w:r w:rsidR="003846E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8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. </w:t>
            </w:r>
            <w:r w:rsidRPr="008B6B2B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2022 г.</w:t>
            </w:r>
          </w:p>
        </w:tc>
      </w:tr>
    </w:tbl>
    <w:p w:rsidR="0008772E" w:rsidRPr="008B6B2B" w:rsidRDefault="008B6B2B">
      <w:pPr>
        <w:autoSpaceDE w:val="0"/>
        <w:autoSpaceDN w:val="0"/>
        <w:spacing w:before="122" w:after="0" w:line="230" w:lineRule="auto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Протокол №</w:t>
      </w:r>
      <w:r w:rsidR="003846E6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1</w:t>
      </w:r>
    </w:p>
    <w:p w:rsidR="0008772E" w:rsidRPr="008B6B2B" w:rsidRDefault="008B6B2B">
      <w:pPr>
        <w:autoSpaceDE w:val="0"/>
        <w:autoSpaceDN w:val="0"/>
        <w:spacing w:before="182" w:after="0" w:line="230" w:lineRule="auto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от "</w:t>
      </w:r>
      <w:r w:rsidR="003846E6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3</w:t>
      </w:r>
      <w:r w:rsidRPr="008B6B2B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0" 0</w:t>
      </w:r>
      <w:r w:rsidR="003846E6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8</w:t>
      </w:r>
      <w:r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. </w:t>
      </w:r>
      <w:r w:rsidRPr="008B6B2B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2022 г.</w:t>
      </w:r>
    </w:p>
    <w:p w:rsidR="0008772E" w:rsidRPr="008B6B2B" w:rsidRDefault="008B6B2B">
      <w:pPr>
        <w:autoSpaceDE w:val="0"/>
        <w:autoSpaceDN w:val="0"/>
        <w:spacing w:before="1038" w:after="0" w:line="262" w:lineRule="auto"/>
        <w:ind w:left="3744" w:right="3744"/>
        <w:jc w:val="center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РАБОЧАЯ ПРОГРАММА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1737004)</w:t>
      </w:r>
    </w:p>
    <w:p w:rsidR="0008772E" w:rsidRPr="008B6B2B" w:rsidRDefault="008B6B2B">
      <w:pPr>
        <w:autoSpaceDE w:val="0"/>
        <w:autoSpaceDN w:val="0"/>
        <w:spacing w:before="166" w:after="0" w:line="262" w:lineRule="auto"/>
        <w:ind w:left="2160" w:right="2016"/>
        <w:jc w:val="center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учебного курса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«Основы духовно-нравственной культуры народов России»</w:t>
      </w:r>
    </w:p>
    <w:p w:rsidR="008B6B2B" w:rsidRDefault="008B6B2B" w:rsidP="008B6B2B">
      <w:pPr>
        <w:autoSpaceDE w:val="0"/>
        <w:autoSpaceDN w:val="0"/>
        <w:spacing w:before="672" w:after="0" w:line="262" w:lineRule="auto"/>
        <w:ind w:left="3024" w:right="2880"/>
        <w:jc w:val="center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для 5 класса основного общего образования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Составитель: </w:t>
      </w:r>
    </w:p>
    <w:p w:rsidR="0008772E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Ипполитова Елена Владимировна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учитель истории</w:t>
      </w: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right="17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right="17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right="17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right="17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right="17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ст. </w:t>
      </w:r>
      <w:proofErr w:type="spellStart"/>
      <w:r>
        <w:rPr>
          <w:rFonts w:ascii="Times New Roman" w:eastAsia="Times New Roman" w:hAnsi="Times New Roman"/>
          <w:color w:val="000000"/>
          <w:sz w:val="24"/>
          <w:lang w:val="ru-RU"/>
        </w:rPr>
        <w:t>Семлёво</w:t>
      </w:r>
      <w:proofErr w:type="spellEnd"/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2022</w:t>
      </w: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8B6B2B" w:rsidRDefault="008B6B2B" w:rsidP="008B6B2B">
      <w:pPr>
        <w:autoSpaceDE w:val="0"/>
        <w:autoSpaceDN w:val="0"/>
        <w:spacing w:after="0" w:line="240" w:lineRule="auto"/>
        <w:ind w:left="3022" w:right="17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8772E" w:rsidRPr="008B6B2B" w:rsidRDefault="0008772E">
      <w:pPr>
        <w:autoSpaceDE w:val="0"/>
        <w:autoSpaceDN w:val="0"/>
        <w:spacing w:after="78" w:line="220" w:lineRule="exact"/>
        <w:rPr>
          <w:lang w:val="ru-RU"/>
        </w:rPr>
      </w:pPr>
    </w:p>
    <w:p w:rsidR="0008772E" w:rsidRPr="008B6B2B" w:rsidRDefault="008B6B2B" w:rsidP="008B6B2B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08772E" w:rsidRPr="008B6B2B" w:rsidRDefault="008B6B2B">
      <w:pPr>
        <w:autoSpaceDE w:val="0"/>
        <w:autoSpaceDN w:val="0"/>
        <w:spacing w:before="346" w:after="0" w:line="262" w:lineRule="auto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КУРСА «ОСНОВЫ ДУХОВНО-НРАВСТВЕННОЙ КУЛЬТУРЫ НАРОДОВ РОССИИ»</w:t>
      </w:r>
    </w:p>
    <w:p w:rsidR="008B6B2B" w:rsidRDefault="008B6B2B" w:rsidP="008B6B2B">
      <w:pPr>
        <w:tabs>
          <w:tab w:val="left" w:pos="180"/>
        </w:tabs>
        <w:autoSpaceDE w:val="0"/>
        <w:autoSpaceDN w:val="0"/>
        <w:spacing w:after="0" w:line="240" w:lineRule="auto"/>
        <w:ind w:right="-51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Программа по предметной области «Основы духовно-нравственной культуры народов России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»(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далее  — ОДНКНР) для 5 классов образовательных организаций составлена в соответствии с: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требованиями Федерального государственного образовательного стандарта основного общего образования (ФГОС ООО) (утверждён приказом  Министерства просвещения Российской Федерации от 31 мая 2021 г. № 287); </w:t>
      </w:r>
    </w:p>
    <w:p w:rsidR="008B6B2B" w:rsidRDefault="008B6B2B" w:rsidP="008B6B2B">
      <w:pPr>
        <w:tabs>
          <w:tab w:val="left" w:pos="180"/>
        </w:tabs>
        <w:autoSpaceDE w:val="0"/>
        <w:autoSpaceDN w:val="0"/>
        <w:spacing w:after="0" w:line="240" w:lineRule="auto"/>
        <w:ind w:right="-51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требованиями к результатам освоения программы основного общего образования (личностным,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метапредметным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, предметным);</w:t>
      </w:r>
    </w:p>
    <w:p w:rsidR="0008772E" w:rsidRPr="008B6B2B" w:rsidRDefault="008B6B2B" w:rsidP="008B6B2B">
      <w:pPr>
        <w:tabs>
          <w:tab w:val="left" w:pos="180"/>
        </w:tabs>
        <w:autoSpaceDE w:val="0"/>
        <w:autoSpaceDN w:val="0"/>
        <w:spacing w:after="0" w:line="240" w:lineRule="auto"/>
        <w:ind w:right="-51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основными подходами к развитию и формированию универсальных учебных действий (УУД) для основного общего образования.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В программе по данному курсу соблюдается преемственность с Федеральным государственным образовательным стандартом начального общего образования, а также учитываются возрастные и психологические особенности обучающихся на ступени основного общего образования,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необходимость формирования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связей. Также в программе учитывается, что данная дисциплина носит культурологический и воспитательный характер, что позволяет утверждать, что именно духовно-нравственное развитие обучающихся в духе общероссийской гражданской идентичности на основе традиционных российских духовно-нравственных ценностей — важнейший результат обучения ОДНКНР.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Сохранение традиционных российских духовно-нравственных ценностей как значимой части культурного и исторического наследия народов России  — один из ключевых национальных приоритетов Российской Федерации, способствующих дальнейшей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гуманизации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и развитию российского общества, формированию гражданской идентичности у подрастающих поколений.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1" w:firstLine="284"/>
        <w:jc w:val="both"/>
        <w:rPr>
          <w:lang w:val="ru-RU"/>
        </w:rPr>
      </w:pP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Согласно Стратегии национальной безопасности Российской Федерации (утверждена указом Президента Российской Федерации от 2  июля 2021 г. № 400, пункт 91), к традиционным российским духовно-нравственным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историческая память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преемственность поколений, единство народов России. Именно традиционные российские духовно-нравственные ценности объединяют Россию как многонациональное и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многоконфессиональное государство, лежат в основе представлений о гражданской идентичности как ключевом ориентире духовно-нравственного развития обучающихся.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Центральная идея гражданской идентичности — образ будущего нашей страны, который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формируется с учётом национальных и стратегических приоритетов российского общества,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культурно-исторических традиций всех народов России, духовно-нравственных ценностей, присущих ей на протяжении всей её истории.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1" w:firstLine="284"/>
        <w:jc w:val="both"/>
        <w:rPr>
          <w:lang w:val="ru-RU"/>
        </w:rPr>
      </w:pP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В  процессе изучения курса ОДНКНР школьники получают возможность систематизировать, расширять и углублять полученные в рамках общественно-научных дисциплин знания и представления о структуре и закономерностях развития социума, о прошлом и настоящем родной страны, находить в истории российского общества существенные связи с традиционной духовно-нравственной культурой России, определять свою идентичность как члена семьи, школьного коллектива, региональной общности, гражданина страны с опорой на традиционные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духовно-нравственные ценности.</w:t>
      </w:r>
    </w:p>
    <w:p w:rsidR="008B6B2B" w:rsidRPr="008B6B2B" w:rsidRDefault="008B6B2B" w:rsidP="008B6B2B">
      <w:pPr>
        <w:autoSpaceDE w:val="0"/>
        <w:autoSpaceDN w:val="0"/>
        <w:spacing w:after="0" w:line="240" w:lineRule="auto"/>
        <w:ind w:right="-51" w:firstLine="284"/>
        <w:jc w:val="both"/>
        <w:rPr>
          <w:sz w:val="24"/>
          <w:szCs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Не менее важно отметить, что данный курс формируется и преподаётся в соответствии с </w:t>
      </w:r>
      <w:r w:rsidRPr="008B6B2B">
        <w:rPr>
          <w:sz w:val="24"/>
          <w:szCs w:val="24"/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принципами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культурологичности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культуросообразности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научности содержания и подхода к отбору информации, соответствия требованиям возрастной педагогики и психологии.</w:t>
      </w:r>
    </w:p>
    <w:p w:rsidR="008B6B2B" w:rsidRPr="008B6B2B" w:rsidRDefault="008B6B2B" w:rsidP="008B6B2B">
      <w:pPr>
        <w:autoSpaceDE w:val="0"/>
        <w:autoSpaceDN w:val="0"/>
        <w:spacing w:after="0" w:line="240" w:lineRule="auto"/>
        <w:ind w:right="-51" w:firstLine="284"/>
        <w:jc w:val="both"/>
        <w:rPr>
          <w:sz w:val="24"/>
          <w:szCs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В процессе изучения курса обучающиеся получают представление о существенных взаимосвязях между материальной и духовной культурой, обусловленности культурных реалий современного общества его духовно-нравственным обликом. Изучаются основные компоненты культуры, её специфические инструменты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самопрезентации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исторические и современные особенности духовно-нравственного развития народов России.</w:t>
      </w:r>
    </w:p>
    <w:p w:rsidR="008B6B2B" w:rsidRPr="008B6B2B" w:rsidRDefault="008B6B2B" w:rsidP="008B6B2B">
      <w:pPr>
        <w:ind w:right="-52" w:firstLine="284"/>
        <w:rPr>
          <w:lang w:val="ru-RU"/>
        </w:rPr>
        <w:sectPr w:rsidR="008B6B2B" w:rsidRPr="008B6B2B">
          <w:pgSz w:w="11900" w:h="16840"/>
          <w:pgMar w:top="298" w:right="650" w:bottom="41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Pr="008B6B2B" w:rsidRDefault="0008772E" w:rsidP="008B6B2B">
      <w:pPr>
        <w:autoSpaceDE w:val="0"/>
        <w:autoSpaceDN w:val="0"/>
        <w:spacing w:after="78" w:line="220" w:lineRule="exact"/>
        <w:ind w:right="-52" w:firstLine="284"/>
        <w:rPr>
          <w:lang w:val="ru-RU"/>
        </w:rPr>
      </w:pP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Содержание курса направлено на формирование нравственного идеала, гражданской идентичности личности обучающегося и воспитание патриотических чу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вств к Р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одине (осознание себя как гражданина своего Отечества), формирование исторической памяти.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Материал курса представлен через актуализацию макроуровня (Россия в целом как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многонациональное,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поликонфессиональное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государство, с едиными для всех законами,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общероссийскими духовно-нравственными и культурными ценностями) на микроуровне (собственная идентичность, осознанная как часть малой Родины, семьи и семейных традиций, этнической и религиозной истории, к которой принадлежит обучающийся как личность).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Принцип </w:t>
      </w:r>
      <w:proofErr w:type="spellStart"/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>культурологичности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преподавании означает важность культурологического, а не конфессионального подхода, отсутствие культурной, этнической, религиозной ангажированности в содержании предмета и его смысловых акцентах.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>Принцип научности подходов и содержания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преподавании данной дисциплины означает важность терминологического единства, необходимость освоения основных научных подходов к рассмотрению культуры и усвоению научной терминологии для понимания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культурообразующих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элементов и формирования познавательного интереса к этнокультурным и религиозным феноменам.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>Принцип соответствия требованиям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возрастной педагогики и психологии включает отбор тем и содержания курса согласно приоритетным зонам ближайшего развития, когнитивным способностям и социальным потребностям обучающихся, содержанию гуманитарных и общественно-научных учебных предметов.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Принцип формирования гражданского самосознания и общероссийской гражданской </w:t>
      </w:r>
      <w:proofErr w:type="gramStart"/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>идентичности</w:t>
      </w:r>
      <w:proofErr w:type="gramEnd"/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обучающихся в процессе изучения курса предметной области ОДНКНР включает осознание важности наднационального и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надконфессионального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гражданского единства народов России как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основополагающего элемента в воспитании патриотизма и любви к Родине. Данный принцип должен быть реализован через поиск объединяющих черт в духовно-нравственной жизни народов России, их культуре, религии и историческом развитии.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ЦЕЛИ И ЗАДАЧИ ИЗУЧЕНИЯ УЧЕБНОГО КУРСА «ОСНОВЫ ДУХОВНО-НРАВСТВЕННОЙ КУЛЬТУРЫ НАРОДОВ РОССИИ»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left="180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Целями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изучения учебного курса являются: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формирование общероссийской гражданской идентичности обучающихся через изучение культуры (единого культурного пространства) России в контексте процессов </w:t>
      </w:r>
      <w:r w:rsidRPr="008B6B2B">
        <w:rPr>
          <w:lang w:val="ru-RU"/>
        </w:rPr>
        <w:br/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этноконфессионального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согласия и взаимодействия, взаимопроникновения и мирного сосуществования народов, религий, национальных культур;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создание условий для становления у обучающихся мировоззрения на основе традиционных российских духовно-нравственных ценностей, ведущих к осознанию своей принадлежности к многонациональному народу Российской Федерации;</w:t>
      </w:r>
    </w:p>
    <w:p w:rsidR="0008772E" w:rsidRPr="008B6B2B" w:rsidRDefault="008B6B2B" w:rsidP="008B6B2B">
      <w:pPr>
        <w:autoSpaceDE w:val="0"/>
        <w:autoSpaceDN w:val="0"/>
        <w:spacing w:after="0" w:line="240" w:lineRule="auto"/>
        <w:ind w:right="-5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и сохранение уважения к ценностям и убеждениям представителей разных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14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национальностей и вероисповеданий, а также способности к диалогу с представителями других культур и мировоззрений;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129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идентификация собственной личности как полноправного субъекта культурного, исторического и цивилизационного развития страны.</w:t>
      </w:r>
    </w:p>
    <w:p w:rsidR="008B6B2B" w:rsidRPr="008B6B2B" w:rsidRDefault="008B6B2B" w:rsidP="008B6B2B">
      <w:pPr>
        <w:autoSpaceDE w:val="0"/>
        <w:autoSpaceDN w:val="0"/>
        <w:spacing w:after="0" w:line="240" w:lineRule="auto"/>
        <w:ind w:left="180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Цели курса определяют следующие </w:t>
      </w: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задачи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8B6B2B" w:rsidRPr="008B6B2B" w:rsidRDefault="008B6B2B" w:rsidP="00327CB3">
      <w:pPr>
        <w:tabs>
          <w:tab w:val="left" w:pos="10472"/>
        </w:tabs>
        <w:autoSpaceDE w:val="0"/>
        <w:autoSpaceDN w:val="0"/>
        <w:spacing w:after="0" w:line="240" w:lineRule="auto"/>
        <w:ind w:right="-1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овладение предметными компетенциями, имеющими преимущественное значение для формирования гражданской идентичности обучающегося;</w:t>
      </w:r>
    </w:p>
    <w:p w:rsidR="008B6B2B" w:rsidRPr="008B6B2B" w:rsidRDefault="008B6B2B" w:rsidP="00327CB3">
      <w:pPr>
        <w:tabs>
          <w:tab w:val="left" w:pos="10472"/>
        </w:tabs>
        <w:autoSpaceDE w:val="0"/>
        <w:autoSpaceDN w:val="0"/>
        <w:spacing w:after="0" w:line="240" w:lineRule="auto"/>
        <w:ind w:right="-1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приобретение и усвоение знаний о нормах общественной морали и нравственности как основополагающих элементах духовной культуры современного общества;</w:t>
      </w:r>
    </w:p>
    <w:p w:rsidR="008B6B2B" w:rsidRPr="008B6B2B" w:rsidRDefault="008B6B2B" w:rsidP="00327CB3">
      <w:pPr>
        <w:tabs>
          <w:tab w:val="left" w:pos="10472"/>
        </w:tabs>
        <w:autoSpaceDE w:val="0"/>
        <w:autoSpaceDN w:val="0"/>
        <w:spacing w:after="0" w:line="240" w:lineRule="auto"/>
        <w:ind w:right="-1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развитие представлений о значении духовно-нравственных ценностей и нравственных норм для достойной жизни личности, семьи, общества, ответственного отношения к будущему отцовству и материнству;</w:t>
      </w:r>
    </w:p>
    <w:p w:rsidR="008B6B2B" w:rsidRPr="008B6B2B" w:rsidRDefault="008B6B2B" w:rsidP="00327CB3">
      <w:pPr>
        <w:tabs>
          <w:tab w:val="left" w:pos="10472"/>
        </w:tabs>
        <w:autoSpaceDE w:val="0"/>
        <w:autoSpaceDN w:val="0"/>
        <w:spacing w:after="0" w:line="240" w:lineRule="auto"/>
        <w:ind w:right="-1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становление компетенций межкультурного взаимодействия как способности и готовности вести межличностный, межкультурный, межконфессиональный диалог при осознании и сохранении собственной культурной идентичности;</w:t>
      </w:r>
    </w:p>
    <w:p w:rsidR="008B6B2B" w:rsidRPr="008B6B2B" w:rsidRDefault="008B6B2B" w:rsidP="00327CB3">
      <w:pPr>
        <w:tabs>
          <w:tab w:val="left" w:pos="10472"/>
        </w:tabs>
        <w:autoSpaceDE w:val="0"/>
        <w:autoSpaceDN w:val="0"/>
        <w:spacing w:after="0" w:line="240" w:lineRule="auto"/>
        <w:ind w:right="-1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формирование основ научного мышления обучающихся через систематизацию знаний и представлений, полученных на уроках литературы, истории, изобразительного искусства, музыки;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-1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обучение рефлексии собственного поведения и оценке поведения окружающих через развитие навыков обоснованных нравственных суждений, оценок и выводов;</w:t>
      </w:r>
    </w:p>
    <w:p w:rsidR="008B6B2B" w:rsidRPr="008B6B2B" w:rsidRDefault="008B6B2B" w:rsidP="00327CB3">
      <w:pPr>
        <w:tabs>
          <w:tab w:val="left" w:pos="10472"/>
        </w:tabs>
        <w:autoSpaceDE w:val="0"/>
        <w:autoSpaceDN w:val="0"/>
        <w:spacing w:after="0" w:line="240" w:lineRule="auto"/>
        <w:ind w:right="-1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воспитание уважительного и бережного отношения к историческому, религиозному и культурному наследию народов России;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-1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содействие осознанному формированию мировоззренческих ориентиров, основанных на приоритете традиционных российских духовно-нравственных ценностей;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-1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патриотизма как формы гражданского самосознания через понимание роли личности в истории и культуре, осознание важности социального взаимодействия, гражданской идентичности для процветания общества в целом.</w:t>
      </w:r>
    </w:p>
    <w:p w:rsidR="008B6B2B" w:rsidRPr="008B6B2B" w:rsidRDefault="008B6B2B" w:rsidP="00327CB3">
      <w:pPr>
        <w:tabs>
          <w:tab w:val="left" w:pos="180"/>
        </w:tabs>
        <w:autoSpaceDE w:val="0"/>
        <w:autoSpaceDN w:val="0"/>
        <w:spacing w:after="0" w:line="240" w:lineRule="auto"/>
        <w:ind w:right="-18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Изучение курса «Основы духовно-нравственной культуры народов России» вносит значительный вклад в достижение главных целей основного общего образования, способствуя: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-1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расширению и систематизации знаний и представлений школьников о культуре и духовных традициях народов России, о нравственных ценностях, полученных при изучении основ религиозной культуры и светской этики, окружающего мира, литературного чтения и других предметов начальной школы;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-1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углублению представлений о светской этике, религиозной культуре народов России, их роли в развитии современного общества;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-1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формированию основ морали и нравственности, воплощённых в семейных, этнокультурных и религиозных ценностях, ориентированных на соизмерение своих поступков с нравственными идеалами, на осознание своих обязанностей перед обществом и государством;</w:t>
      </w:r>
    </w:p>
    <w:p w:rsidR="008B6B2B" w:rsidRPr="008B6B2B" w:rsidRDefault="008B6B2B" w:rsidP="00327CB3">
      <w:pPr>
        <w:autoSpaceDE w:val="0"/>
        <w:autoSpaceDN w:val="0"/>
        <w:spacing w:after="0" w:line="240" w:lineRule="auto"/>
        <w:ind w:right="-1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воспитанию патриотизма; уважения к истории, языку, культурным и религиозным традициям</w:t>
      </w:r>
    </w:p>
    <w:p w:rsidR="0008772E" w:rsidRPr="008B6B2B" w:rsidRDefault="008B6B2B" w:rsidP="00327CB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своего народа и других народов России, толерантному отношению к людям другой культуры, умению принимать и ценить ценности других культур, находить в них общее и особенное, черты, способствующие взаимному обогащению культур;</w:t>
      </w:r>
    </w:p>
    <w:p w:rsidR="0008772E" w:rsidRPr="008B6B2B" w:rsidRDefault="008B6B2B" w:rsidP="00327CB3">
      <w:pPr>
        <w:autoSpaceDE w:val="0"/>
        <w:autoSpaceDN w:val="0"/>
        <w:spacing w:after="0" w:line="240" w:lineRule="auto"/>
        <w:ind w:right="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пробуждению интереса к культуре других народов, проявлению уважения, способности к сотрудничеству, взаимодействию на основе поиска общих культурных стратегий и идеалов;</w:t>
      </w:r>
    </w:p>
    <w:p w:rsidR="0008772E" w:rsidRPr="008B6B2B" w:rsidRDefault="008B6B2B" w:rsidP="00327CB3">
      <w:pPr>
        <w:autoSpaceDE w:val="0"/>
        <w:autoSpaceDN w:val="0"/>
        <w:spacing w:after="0" w:line="240" w:lineRule="auto"/>
        <w:ind w:right="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осознанию приоритетной значимости духовно-нравственных ценностей, проявляющейся в преобладании этических, интеллектуальных, альтруистических мотивов над 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потребительскими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и эгоистическими;</w:t>
      </w:r>
    </w:p>
    <w:p w:rsidR="0008772E" w:rsidRPr="008B6B2B" w:rsidRDefault="008B6B2B" w:rsidP="00327CB3">
      <w:pPr>
        <w:autoSpaceDE w:val="0"/>
        <w:autoSpaceDN w:val="0"/>
        <w:spacing w:after="0" w:line="240" w:lineRule="auto"/>
        <w:ind w:right="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раскрытию природы духовно-нравственных ценностей российского общества, объединяющих светскость и духовность;</w:t>
      </w:r>
    </w:p>
    <w:p w:rsidR="0008772E" w:rsidRPr="008B6B2B" w:rsidRDefault="008B6B2B" w:rsidP="00327CB3">
      <w:pPr>
        <w:autoSpaceDE w:val="0"/>
        <w:autoSpaceDN w:val="0"/>
        <w:spacing w:after="0" w:line="240" w:lineRule="auto"/>
        <w:ind w:right="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формирование ответственного отношения к учению и труду, готовности и 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способности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обучающихся к саморазвитию и самообразованию на основе мотивации к обучению и познанию, осознанному выбору ценностных ориентаций, способствующих развитию общества в целом;</w:t>
      </w:r>
    </w:p>
    <w:p w:rsidR="0008772E" w:rsidRPr="008B6B2B" w:rsidRDefault="008B6B2B" w:rsidP="00327CB3">
      <w:pPr>
        <w:tabs>
          <w:tab w:val="left" w:pos="10490"/>
        </w:tabs>
        <w:autoSpaceDE w:val="0"/>
        <w:autoSpaceDN w:val="0"/>
        <w:spacing w:after="0" w:line="240" w:lineRule="auto"/>
        <w:ind w:right="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получению научных представлений о культуре и её функциях, особенностях взаимодействия с социальными институтами, а, следовательно, способности их применять в анализе и изучении социально-культурных явлений в истории и культуре России и современном обществе, давать нравственные оценки поступков и событий на основе осознания главенствующей роли духовно-нравственных ценностей в социальных и культурно-исторических процессах;</w:t>
      </w:r>
    </w:p>
    <w:p w:rsidR="0008772E" w:rsidRPr="008B6B2B" w:rsidRDefault="008B6B2B" w:rsidP="00327CB3">
      <w:pPr>
        <w:autoSpaceDE w:val="0"/>
        <w:autoSpaceDN w:val="0"/>
        <w:spacing w:after="0" w:line="240" w:lineRule="auto"/>
        <w:ind w:right="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развитию информационной культуры школьников, компетенций в отборе, использовании и структурировании информации, а также возможностей для активной самостоятельной познавательной деятельности.</w:t>
      </w:r>
    </w:p>
    <w:p w:rsidR="0008772E" w:rsidRPr="008B6B2B" w:rsidRDefault="008B6B2B" w:rsidP="00327CB3">
      <w:pPr>
        <w:autoSpaceDE w:val="0"/>
        <w:autoSpaceDN w:val="0"/>
        <w:spacing w:after="0" w:line="240" w:lineRule="auto"/>
        <w:ind w:right="100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КУРСА «ОСНОВЫ ДУХОВНО-НРАВСТВЕННОЙ КУЛЬТУРЫ НАРОДОВ РОССИИ» В УЧЕБНОМ ПЛАНЕ</w:t>
      </w:r>
    </w:p>
    <w:p w:rsidR="0008772E" w:rsidRPr="008B6B2B" w:rsidRDefault="008B6B2B" w:rsidP="00327CB3">
      <w:pPr>
        <w:tabs>
          <w:tab w:val="left" w:pos="180"/>
        </w:tabs>
        <w:autoSpaceDE w:val="0"/>
        <w:autoSpaceDN w:val="0"/>
        <w:spacing w:after="0" w:line="240" w:lineRule="auto"/>
        <w:ind w:right="144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Учебный курс "Основы духовно-нравственной культуры народов России" изучается в 5 классе не менее одного часа в неделе, общий объем составляет 34 часа.</w:t>
      </w:r>
    </w:p>
    <w:p w:rsidR="0008772E" w:rsidRPr="008B6B2B" w:rsidRDefault="0008772E">
      <w:pPr>
        <w:rPr>
          <w:lang w:val="ru-RU"/>
        </w:rPr>
        <w:sectPr w:rsidR="0008772E" w:rsidRPr="008B6B2B">
          <w:pgSz w:w="11900" w:h="16840"/>
          <w:pgMar w:top="286" w:right="736" w:bottom="1440" w:left="666" w:header="720" w:footer="720" w:gutter="0"/>
          <w:cols w:space="720" w:equalWidth="0">
            <w:col w:w="10498" w:space="0"/>
          </w:cols>
          <w:docGrid w:linePitch="360"/>
        </w:sectPr>
      </w:pPr>
    </w:p>
    <w:p w:rsidR="0008772E" w:rsidRPr="008B6B2B" w:rsidRDefault="0008772E">
      <w:pPr>
        <w:autoSpaceDE w:val="0"/>
        <w:autoSpaceDN w:val="0"/>
        <w:spacing w:after="78" w:line="220" w:lineRule="exact"/>
        <w:rPr>
          <w:lang w:val="ru-RU"/>
        </w:rPr>
      </w:pPr>
    </w:p>
    <w:p w:rsidR="0008772E" w:rsidRPr="008B6B2B" w:rsidRDefault="008B6B2B" w:rsidP="00327CB3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СОДЕРЖАНИЕ УЧЕБНОГО КУРСА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left="180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1.</w:t>
      </w:r>
    </w:p>
    <w:p w:rsidR="00327CB3" w:rsidRDefault="008B6B2B" w:rsidP="00D66232">
      <w:pPr>
        <w:autoSpaceDE w:val="0"/>
        <w:autoSpaceDN w:val="0"/>
        <w:spacing w:after="0" w:line="240" w:lineRule="auto"/>
        <w:ind w:left="180" w:right="1296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«Россия — наш общий дом»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left="180" w:right="1296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1. Зачем изучать курс «Основы духовно-нравственной культуры народов России»?</w:t>
      </w:r>
    </w:p>
    <w:p w:rsidR="0008772E" w:rsidRPr="00D66232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jc w:val="both"/>
        <w:rPr>
          <w:b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Формирование и закрепление гражданского единства. Родина и Отечество. Традиционные ценности и ролевые модели. Традиционная семья. Всеобщий характер морали и нравственности. Русский язык и единое культурное пространство. Риски и угрозы духовно-нравственной культуры народов России. </w:t>
      </w:r>
      <w:r w:rsidRPr="008B6B2B">
        <w:rPr>
          <w:lang w:val="ru-RU"/>
        </w:rPr>
        <w:tab/>
      </w: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2. Наш дом — Россия.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288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Россия — многонациональная страна. Многонациональный народ Российской Федерации. Россия как общий дом. Дружба народов.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left="180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3. Язык и история.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720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Что такое язык? Как в языке народа отражается его история? Язык как инструмент культуры. Важность коммуникации между людьми. Языки народов мира, их взаимосвязь.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left="180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4. Русский язык — язык общения и язык возможностей.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Русский язык — основа российской культуры. Как складывался русский язык: вклад народов России в его развитие. Русский язык как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культурообразующий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проект и язык межнационального общения.</w:t>
      </w:r>
    </w:p>
    <w:p w:rsidR="0008772E" w:rsidRPr="00D66232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1008"/>
        <w:jc w:val="both"/>
        <w:rPr>
          <w:b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Важность общего языка для всех народов России. Возможности, которые даёт русский язык. </w:t>
      </w:r>
      <w:r w:rsidRPr="008B6B2B">
        <w:rPr>
          <w:lang w:val="ru-RU"/>
        </w:rPr>
        <w:tab/>
      </w: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5. Истоки родной культуры.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Что такое культура. Культура и природа. Роль культуры в жизни общества. Многообразие культур и его причины. Единство культурного пространства России.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left="180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6. Материальная культура.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-48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Материальная культура: архитектура, одежда, пища, транспорт, техника. Связь между материальной культурой и духовно-нравственными ценностями общества.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left="180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7. Духовная культура.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Духовно-нравственная культура. Искусство, наука, духовность. Мораль, нравственность, ценности.</w:t>
      </w:r>
    </w:p>
    <w:p w:rsidR="0008772E" w:rsidRPr="00D66232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432"/>
        <w:jc w:val="both"/>
        <w:rPr>
          <w:b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Художественное осмысление мира. Символ и знак. Духовная культура как реализация ценностей. </w:t>
      </w:r>
      <w:r w:rsidRPr="008B6B2B">
        <w:rPr>
          <w:lang w:val="ru-RU"/>
        </w:rPr>
        <w:tab/>
      </w: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8. Культура и религия.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left="180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Религия и культура. Что такое религия, её роль в жизни общества и человека.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jc w:val="both"/>
        <w:rPr>
          <w:lang w:val="ru-RU"/>
        </w:rPr>
      </w:pP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Государствообразующие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религии России. Единство ценностей в религиях России.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left="180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9. Культура и образование.</w:t>
      </w:r>
    </w:p>
    <w:p w:rsidR="0008772E" w:rsidRPr="008B6B2B" w:rsidRDefault="008B6B2B" w:rsidP="00D66232">
      <w:pPr>
        <w:tabs>
          <w:tab w:val="left" w:pos="180"/>
          <w:tab w:val="left" w:pos="10584"/>
        </w:tabs>
        <w:autoSpaceDE w:val="0"/>
        <w:autoSpaceDN w:val="0"/>
        <w:spacing w:after="0" w:line="240" w:lineRule="auto"/>
        <w:ind w:right="-48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Зачем нужно учиться? Культура как способ получения нужных знаний. Образование как ключ к социализации и духовно-нравственному развитию человека.</w:t>
      </w:r>
    </w:p>
    <w:p w:rsidR="0008772E" w:rsidRPr="00D66232" w:rsidRDefault="00D66232" w:rsidP="00D66232">
      <w:pPr>
        <w:autoSpaceDE w:val="0"/>
        <w:autoSpaceDN w:val="0"/>
        <w:spacing w:after="0" w:line="240" w:lineRule="auto"/>
        <w:ind w:left="180"/>
        <w:jc w:val="both"/>
        <w:rPr>
          <w:b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  </w:t>
      </w:r>
      <w:r w:rsidR="008B6B2B"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10. Многообразие культур России (практическое занятие).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-48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Единство культур народов России. Что значит быть культурным человеком? Знание о культуре народов России.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left="180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2.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right="3921" w:firstLine="284"/>
        <w:jc w:val="both"/>
        <w:rPr>
          <w:b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«Семья и духовно-нравственные ценности»</w:t>
      </w:r>
      <w:r w:rsidRPr="008B6B2B">
        <w:rPr>
          <w:lang w:val="ru-RU"/>
        </w:rPr>
        <w:br/>
      </w:r>
      <w:r w:rsidR="00D6623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     </w:t>
      </w: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11. Семья — хранитель духовных ценностей.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Семья — базовый элемент общества. Семейные ценности, традиции и культура. Помощь сиротам как духовно-нравственный долг человека.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12. Родина начинается с семьи.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144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История семьи как часть истории народа, государства, человечества. Как 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связаны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Родина и семья? Что такое Родина и Отечество?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13. Традиции семейного воспитания в России.</w:t>
      </w:r>
    </w:p>
    <w:p w:rsidR="00D66232" w:rsidRPr="008B6B2B" w:rsidRDefault="008B6B2B" w:rsidP="00D66232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Семейные традиции народов России. Межнациональные семьи. Семейное воспитание как</w:t>
      </w:r>
      <w:r w:rsidR="00D66232" w:rsidRP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D66232" w:rsidRPr="008B6B2B">
        <w:rPr>
          <w:rFonts w:ascii="Times New Roman" w:eastAsia="Times New Roman" w:hAnsi="Times New Roman"/>
          <w:color w:val="000000"/>
          <w:sz w:val="24"/>
          <w:lang w:val="ru-RU"/>
        </w:rPr>
        <w:t>трансляция ценностей.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14. Образ семьи в культуре народов России.</w:t>
      </w:r>
    </w:p>
    <w:p w:rsidR="00D66232" w:rsidRPr="008B6B2B" w:rsidRDefault="00D66232" w:rsidP="00D66232">
      <w:pPr>
        <w:tabs>
          <w:tab w:val="left" w:pos="180"/>
        </w:tabs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Произведения устного поэтического творчества (сказки, поговорки и т.д.) о семье и семейных обязанностях. Семья в литературе и произведениях разных видов искусства.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15. Труд в истории семьи.</w:t>
      </w:r>
    </w:p>
    <w:p w:rsidR="0008772E" w:rsidRPr="008B6B2B" w:rsidRDefault="0008772E" w:rsidP="00D66232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  <w:sectPr w:rsidR="0008772E" w:rsidRPr="008B6B2B">
          <w:pgSz w:w="11900" w:h="16840"/>
          <w:pgMar w:top="298" w:right="650" w:bottom="39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lang w:val="ru-RU"/>
        </w:rPr>
        <w:lastRenderedPageBreak/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Социальные роли в истории семьи. Роль домашнего труда. Роль нравственных норм в благополучии семьи.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16. Семья в современном мире (практическое занятие).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Рассказ о своей семье (с использованием фотографий, книг, писем и др.). Семейное древо.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Семейные традиции.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3.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right="5328" w:firstLine="284"/>
        <w:jc w:val="both"/>
        <w:rPr>
          <w:b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«Духовно-нравственное богатство личности»</w:t>
      </w:r>
      <w:r w:rsidRPr="008B6B2B">
        <w:rPr>
          <w:lang w:val="ru-RU"/>
        </w:rPr>
        <w:br/>
      </w:r>
      <w:r w:rsid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      </w:t>
      </w: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17. Личность — общество — культура.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Что делает человека человеком? Почему человек не может жить вне общества. Связь между обществом и культурой как реализация духовно-нравственных ценностей.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18. Духовный мир человека. Человек — творец культуры.</w:t>
      </w:r>
    </w:p>
    <w:p w:rsidR="000F5FF3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Культура как духовный мир человека. Мораль. Нравственность. Патриотизм. Реализация ценностей в культуре. Творчество: что это такое? Границы творчества. Традиции и новации в культуре. Границы культур. Созидательный труд. Важность труда как творческой деятельности, как реализации. </w:t>
      </w:r>
      <w:r w:rsidRPr="008B6B2B">
        <w:rPr>
          <w:lang w:val="ru-RU"/>
        </w:rPr>
        <w:tab/>
      </w:r>
    </w:p>
    <w:p w:rsidR="0008772E" w:rsidRPr="00D66232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19. Личность и духовно-нравственные ценности.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Мораль и нравственность в жизни человека. Взаимопомощь, сострадание, милосердие, любовь, дружба, коллективизм, патриотизм, любовь к 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близким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right="1048" w:firstLine="284"/>
        <w:jc w:val="both"/>
        <w:rPr>
          <w:b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4. «Культурное единство России»</w:t>
      </w:r>
      <w:r w:rsidRPr="008B6B2B">
        <w:rPr>
          <w:lang w:val="ru-RU"/>
        </w:rPr>
        <w:br/>
      </w:r>
      <w:r w:rsid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     </w:t>
      </w: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20. Историческая память как духовно-нравственная ценность.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right="14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Что такое история и почему она важна? История семьи — часть истории народа, государства, человечества. Важность исторической памяти, недопустимость её фальсификации. Преемственность поколений.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21. Литература как язык культуры.</w:t>
      </w:r>
    </w:p>
    <w:p w:rsidR="0008772E" w:rsidRPr="008B6B2B" w:rsidRDefault="008B6B2B" w:rsidP="00D66232">
      <w:pPr>
        <w:tabs>
          <w:tab w:val="left" w:pos="180"/>
        </w:tabs>
        <w:autoSpaceDE w:val="0"/>
        <w:autoSpaceDN w:val="0"/>
        <w:spacing w:after="0" w:line="240" w:lineRule="auto"/>
        <w:ind w:right="144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Литература как художественное осмысление действительности. От сказки к роману. Зачем нужны литературные произведения? Внутренний мир человека и его духовность.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22. Взаимовлияние культур.</w:t>
      </w:r>
    </w:p>
    <w:p w:rsidR="0008772E" w:rsidRPr="008B6B2B" w:rsidRDefault="008B6B2B" w:rsidP="00D66232">
      <w:pPr>
        <w:tabs>
          <w:tab w:val="left" w:pos="10490"/>
        </w:tabs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Взаимодействие культур.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Межпоколенная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и межкультурная трансляция. Обмен ценностными установками и идеями. Примеры межкультурной коммуникации как способ формирования общих духовно-нравственных ценностей.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23. Духовно-нравственные ценности российского народа.</w:t>
      </w:r>
    </w:p>
    <w:p w:rsidR="0008772E" w:rsidRPr="008B6B2B" w:rsidRDefault="008B6B2B" w:rsidP="00D66232">
      <w:pPr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справедливость, коллективизм, взаимопомощь, историческая память и преемственность поколений, единство народов России.</w:t>
      </w:r>
      <w:proofErr w:type="gramEnd"/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24. Регионы России: культурное многообразие.</w:t>
      </w:r>
    </w:p>
    <w:p w:rsidR="0008772E" w:rsidRPr="008B6B2B" w:rsidRDefault="008B6B2B" w:rsidP="00B74453">
      <w:pPr>
        <w:tabs>
          <w:tab w:val="left" w:pos="180"/>
        </w:tabs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Исторические и социальные причины культурного разнообразия. Каждый регион уникален. Малая Родина — часть общего Отечества.</w:t>
      </w:r>
    </w:p>
    <w:p w:rsidR="0008772E" w:rsidRPr="00D66232" w:rsidRDefault="008B6B2B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25. Праздники в культуре народов России.</w:t>
      </w:r>
    </w:p>
    <w:p w:rsidR="0008772E" w:rsidRPr="008B6B2B" w:rsidRDefault="008B6B2B" w:rsidP="00B74453">
      <w:pPr>
        <w:tabs>
          <w:tab w:val="left" w:pos="180"/>
        </w:tabs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Что такое праздник? Почему праздники важны. Праздничные традиции в России. Народные праздники как память культуры, как воплощение духовно-нравственных идеалов.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26. Памятники архитектуры в культуре народов России.</w:t>
      </w:r>
    </w:p>
    <w:p w:rsidR="00D66232" w:rsidRPr="008B6B2B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Памятники как часть культуры: исторические, художественные, архитектурные. Культура как память. Музеи. Храмы. Дворцы. Исторические здания как свидетели истории. Архитектура и духовно-нравственные ценности народов России.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27. Музыкальная культура народов России.</w:t>
      </w:r>
    </w:p>
    <w:p w:rsidR="00D66232" w:rsidRPr="008B6B2B" w:rsidRDefault="00D66232" w:rsidP="00B74453">
      <w:pPr>
        <w:tabs>
          <w:tab w:val="left" w:pos="180"/>
        </w:tabs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Музыка. Музыкальные произведения. Музыка как форма выражения эмоциональных связей между людьми. Народные инструменты. История народа в его музыке и инструментах.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28. Изобразительное искусство народов России.</w:t>
      </w:r>
    </w:p>
    <w:p w:rsidR="00D66232" w:rsidRPr="008B6B2B" w:rsidRDefault="00D66232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Художественная реальность. Скульптура: от религиозных сюжетов к современному искусству. Храмовые росписи и фольклорные орнаменты. Живопись, графика. Выдающиеся художники разных народов России.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29. Фольклор и литература народов России.</w:t>
      </w:r>
    </w:p>
    <w:p w:rsidR="00D66232" w:rsidRPr="008B6B2B" w:rsidRDefault="00D66232" w:rsidP="00B74453">
      <w:pPr>
        <w:tabs>
          <w:tab w:val="left" w:pos="180"/>
        </w:tabs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Пословицы и поговорки. Эпос и сказка. Фольклор как отражение истории народа и его ценностей, морали и нравственности. Национальная литература. Богатство культуры народа в его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литературе.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Тема 30. Бытовые традиции народов России: пища, одежда, дом (</w:t>
      </w:r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>практическое занятие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).</w:t>
      </w:r>
    </w:p>
    <w:p w:rsidR="00D66232" w:rsidRPr="008B6B2B" w:rsidRDefault="00D66232" w:rsidP="00B74453">
      <w:pPr>
        <w:tabs>
          <w:tab w:val="left" w:pos="180"/>
        </w:tabs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Рассказ о бытовых традициях своей семьи, народа, региона. Доклад с использованием разнообразного зрительного ряда и других источников.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31. Культурная карта России (</w:t>
      </w:r>
      <w:r w:rsidRPr="00D66232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практическое занятие</w:t>
      </w: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).</w:t>
      </w:r>
    </w:p>
    <w:p w:rsidR="00D66232" w:rsidRPr="008B6B2B" w:rsidRDefault="00D66232" w:rsidP="00B74453">
      <w:pPr>
        <w:tabs>
          <w:tab w:val="left" w:pos="180"/>
          <w:tab w:val="left" w:pos="10326"/>
        </w:tabs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География культур России. Россия как культурная карта. Описание регионов в соответствии с их особенностями.</w:t>
      </w:r>
    </w:p>
    <w:p w:rsidR="00D66232" w:rsidRPr="00D66232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>Тема 32. Единство страны — залог будущего России.</w:t>
      </w:r>
    </w:p>
    <w:p w:rsidR="00D66232" w:rsidRPr="008B6B2B" w:rsidRDefault="00D66232" w:rsidP="00D66232">
      <w:pPr>
        <w:tabs>
          <w:tab w:val="left" w:pos="180"/>
        </w:tabs>
        <w:autoSpaceDE w:val="0"/>
        <w:autoSpaceDN w:val="0"/>
        <w:spacing w:after="0" w:line="240" w:lineRule="auto"/>
        <w:ind w:right="-42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Россия — единая страна. Русский мир. Общая история, сходство культурных традиций, единые духовно-нравственные ценности народов России.</w:t>
      </w:r>
    </w:p>
    <w:p w:rsidR="0008772E" w:rsidRDefault="0008772E" w:rsidP="00D66232">
      <w:pPr>
        <w:spacing w:after="0" w:line="240" w:lineRule="auto"/>
        <w:ind w:firstLine="284"/>
        <w:jc w:val="both"/>
        <w:rPr>
          <w:lang w:val="ru-RU"/>
        </w:rPr>
      </w:pPr>
    </w:p>
    <w:p w:rsidR="00D66232" w:rsidRPr="008B6B2B" w:rsidRDefault="00D66232" w:rsidP="0018418C">
      <w:pPr>
        <w:autoSpaceDE w:val="0"/>
        <w:autoSpaceDN w:val="0"/>
        <w:spacing w:after="0" w:line="240" w:lineRule="auto"/>
        <w:ind w:firstLine="284"/>
        <w:jc w:val="center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D66232" w:rsidRPr="008B6B2B" w:rsidRDefault="00D66232" w:rsidP="00D66232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D66232" w:rsidRPr="008B6B2B" w:rsidRDefault="00D66232" w:rsidP="00B74453">
      <w:pPr>
        <w:autoSpaceDE w:val="0"/>
        <w:autoSpaceDN w:val="0"/>
        <w:spacing w:after="0" w:line="240" w:lineRule="auto"/>
        <w:ind w:right="57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Планируемые результаты освоения курса представляют собой систему ведущих целевых установок и ожидаемых результатов освоения всех компонентов, составляющих содержательную основу образовательной программы.</w:t>
      </w:r>
    </w:p>
    <w:p w:rsidR="00D66232" w:rsidRPr="008B6B2B" w:rsidRDefault="00D66232" w:rsidP="00B74453">
      <w:pPr>
        <w:tabs>
          <w:tab w:val="left" w:pos="180"/>
        </w:tabs>
        <w:autoSpaceDE w:val="0"/>
        <w:autoSpaceDN w:val="0"/>
        <w:spacing w:after="0" w:line="240" w:lineRule="auto"/>
        <w:ind w:right="57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курса достигаются в единстве учебной и воспитательной деятельности.</w:t>
      </w:r>
    </w:p>
    <w:p w:rsidR="00D66232" w:rsidRPr="008B6B2B" w:rsidRDefault="00D66232" w:rsidP="00B74453">
      <w:pPr>
        <w:autoSpaceDE w:val="0"/>
        <w:autoSpaceDN w:val="0"/>
        <w:spacing w:after="0" w:line="240" w:lineRule="auto"/>
        <w:ind w:right="57" w:firstLine="284"/>
        <w:jc w:val="both"/>
        <w:rPr>
          <w:lang w:val="ru-RU"/>
        </w:rPr>
      </w:pPr>
      <w:proofErr w:type="gramStart"/>
      <w:r w:rsidRPr="008B6B2B">
        <w:rPr>
          <w:rFonts w:ascii="Times New Roman" w:eastAsia="Times New Roman" w:hAnsi="Times New Roman"/>
          <w:i/>
          <w:color w:val="000000"/>
          <w:sz w:val="24"/>
          <w:lang w:val="ru-RU"/>
        </w:rPr>
        <w:t>Личностные результаты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освоения курса 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целенаправленной социально значимой деятельности;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внутренней позиции личности как особого ценностного отношения к себе, окружающим людям и жизни в целом.</w:t>
      </w:r>
      <w:proofErr w:type="gramEnd"/>
    </w:p>
    <w:p w:rsidR="00D66232" w:rsidRPr="00D66232" w:rsidRDefault="00D66232" w:rsidP="00B74453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240" w:lineRule="auto"/>
        <w:ind w:right="57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Патриотическое воспитание </w:t>
      </w:r>
    </w:p>
    <w:p w:rsidR="00D66232" w:rsidRPr="00D66232" w:rsidRDefault="00D66232" w:rsidP="00B74453">
      <w:pPr>
        <w:pStyle w:val="ae"/>
        <w:tabs>
          <w:tab w:val="left" w:pos="180"/>
        </w:tabs>
        <w:autoSpaceDE w:val="0"/>
        <w:autoSpaceDN w:val="0"/>
        <w:spacing w:after="0" w:line="240" w:lineRule="auto"/>
        <w:ind w:left="0" w:right="57" w:firstLine="284"/>
        <w:jc w:val="both"/>
        <w:rPr>
          <w:lang w:val="ru-RU"/>
        </w:rPr>
      </w:pPr>
      <w:r w:rsidRPr="00D66232">
        <w:rPr>
          <w:lang w:val="ru-RU"/>
        </w:rPr>
        <w:tab/>
      </w:r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Самоопределение (личностное, профессиональное, жизненное): </w:t>
      </w:r>
      <w:proofErr w:type="spellStart"/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 российской гражданской идентичности: патриотизма, уважения к Отечеству, прошлому и настоящему многонационального народа России через представления об исторической роли культур народов России, традиционных религий, духовно-нравственных ценностей в становлении российской государственности.</w:t>
      </w:r>
    </w:p>
    <w:p w:rsidR="00D66232" w:rsidRPr="00D66232" w:rsidRDefault="00D66232" w:rsidP="00B74453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240" w:lineRule="auto"/>
        <w:ind w:right="56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6623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Гражданское воспитание </w:t>
      </w:r>
    </w:p>
    <w:p w:rsidR="00D66232" w:rsidRPr="00D66232" w:rsidRDefault="00D66232" w:rsidP="00B74453">
      <w:pPr>
        <w:pStyle w:val="ae"/>
        <w:tabs>
          <w:tab w:val="left" w:pos="180"/>
        </w:tabs>
        <w:autoSpaceDE w:val="0"/>
        <w:autoSpaceDN w:val="0"/>
        <w:spacing w:after="0" w:line="240" w:lineRule="auto"/>
        <w:ind w:left="0" w:right="56" w:firstLine="284"/>
        <w:jc w:val="both"/>
        <w:rPr>
          <w:lang w:val="ru-RU"/>
        </w:rPr>
      </w:pPr>
      <w:r w:rsidRPr="00D66232">
        <w:rPr>
          <w:lang w:val="ru-RU"/>
        </w:rPr>
        <w:tab/>
      </w:r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Осознанность своей гражданской идентичности через знание истории, языка, культуры своего народа, своего края, основ культурного наследия народов России и человечества и знание основных норм морали, нравственных и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>потребительстве</w:t>
      </w:r>
      <w:proofErr w:type="spellEnd"/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; </w:t>
      </w:r>
      <w:proofErr w:type="spellStart"/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D66232">
        <w:rPr>
          <w:rFonts w:ascii="Times New Roman" w:eastAsia="Times New Roman" w:hAnsi="Times New Roman"/>
          <w:color w:val="000000"/>
          <w:sz w:val="24"/>
          <w:lang w:val="ru-RU"/>
        </w:rPr>
        <w:t xml:space="preserve"> понимания и принятия гуманистических, демократических и традиционных ценностей многонационального российского общества с помощью воспитания способности к духовному развитию, нравственному самосовершенствованию; воспитание веротерпимости, уважительного отношения к религиозным чувствам, взглядам людей или их отсутствию.</w:t>
      </w:r>
    </w:p>
    <w:p w:rsidR="00B74453" w:rsidRPr="00B74453" w:rsidRDefault="00D66232" w:rsidP="00B74453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B74453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Ценности познавательной деятельности </w:t>
      </w:r>
    </w:p>
    <w:p w:rsidR="00D66232" w:rsidRPr="00B74453" w:rsidRDefault="00D66232" w:rsidP="00B74453">
      <w:pPr>
        <w:pStyle w:val="ae"/>
        <w:tabs>
          <w:tab w:val="left" w:pos="180"/>
        </w:tabs>
        <w:autoSpaceDE w:val="0"/>
        <w:autoSpaceDN w:val="0"/>
        <w:spacing w:after="0" w:line="240" w:lineRule="auto"/>
        <w:ind w:left="0" w:right="-22" w:firstLine="284"/>
        <w:jc w:val="both"/>
        <w:rPr>
          <w:lang w:val="ru-RU"/>
        </w:rPr>
      </w:pPr>
      <w:r w:rsidRPr="00B74453">
        <w:rPr>
          <w:lang w:val="ru-RU"/>
        </w:rPr>
        <w:tab/>
      </w:r>
      <w:r w:rsidRPr="00B74453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D66232" w:rsidRPr="008B6B2B" w:rsidRDefault="00D66232" w:rsidP="00B74453">
      <w:pPr>
        <w:tabs>
          <w:tab w:val="left" w:pos="10326"/>
        </w:tabs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proofErr w:type="spellStart"/>
      <w:r w:rsidRPr="008B6B2B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Смыслообразование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: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ответственного отношения к учению, готовности и 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способности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обучающихся к саморазвитию и самообразованию на основе мотивации к обучению и познанию через развитие способностей к духовному развитию, нравственному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самосовершенствованию; воспитание веротерпимости, уважительного отношения к религиозным чувствам, взглядам людей или их отсутствию.</w:t>
      </w:r>
    </w:p>
    <w:p w:rsidR="00B74453" w:rsidRPr="00B74453" w:rsidRDefault="00D66232" w:rsidP="00B74453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240" w:lineRule="auto"/>
        <w:ind w:right="288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B74453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Духовно-нравственное воспитание </w:t>
      </w:r>
    </w:p>
    <w:p w:rsidR="00B74453" w:rsidRDefault="00D66232" w:rsidP="00B74453">
      <w:pPr>
        <w:pStyle w:val="ae"/>
        <w:tabs>
          <w:tab w:val="left" w:pos="0"/>
          <w:tab w:val="left" w:pos="10348"/>
        </w:tabs>
        <w:autoSpaceDE w:val="0"/>
        <w:autoSpaceDN w:val="0"/>
        <w:spacing w:after="0" w:line="240" w:lineRule="auto"/>
        <w:ind w:left="0" w:right="-22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proofErr w:type="gramStart"/>
      <w:r w:rsidRPr="00B74453">
        <w:rPr>
          <w:rFonts w:ascii="Times New Roman" w:eastAsia="Times New Roman" w:hAnsi="Times New Roman"/>
          <w:color w:val="000000"/>
          <w:sz w:val="24"/>
          <w:lang w:val="ru-RU"/>
        </w:rPr>
        <w:t xml:space="preserve">Сформированность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родного края, России и народов мира; освоение социальных норм, правил поведения, ролей и форм социальной жизни в группах и сообществах, включая взрослые и социальные сообщества; </w:t>
      </w:r>
      <w:proofErr w:type="gramEnd"/>
    </w:p>
    <w:p w:rsidR="00B74453" w:rsidRDefault="00D66232" w:rsidP="00B74453">
      <w:pPr>
        <w:pStyle w:val="ae"/>
        <w:tabs>
          <w:tab w:val="left" w:pos="0"/>
        </w:tabs>
        <w:autoSpaceDE w:val="0"/>
        <w:autoSpaceDN w:val="0"/>
        <w:spacing w:after="0" w:line="240" w:lineRule="auto"/>
        <w:ind w:left="0" w:right="2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B74453">
        <w:rPr>
          <w:lang w:val="ru-RU"/>
        </w:rPr>
        <w:tab/>
      </w:r>
      <w:proofErr w:type="spellStart"/>
      <w:r w:rsidRPr="00B74453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B74453">
        <w:rPr>
          <w:rFonts w:ascii="Times New Roman" w:eastAsia="Times New Roman" w:hAnsi="Times New Roman"/>
          <w:color w:val="000000"/>
          <w:sz w:val="24"/>
          <w:lang w:val="ru-RU"/>
        </w:rPr>
        <w:t xml:space="preserve"> нравственной рефлексии и компетентности в решении моральных проблем на основе личностного выбора, нравственных чувств и нравственного поведения, осознанного и</w:t>
      </w:r>
      <w:r w:rsidR="00B74453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ответственного отношения к собственным поступкам; </w:t>
      </w:r>
    </w:p>
    <w:p w:rsidR="00B74453" w:rsidRPr="008B6B2B" w:rsidRDefault="00B74453" w:rsidP="00B74453">
      <w:pPr>
        <w:pStyle w:val="ae"/>
        <w:tabs>
          <w:tab w:val="left" w:pos="0"/>
        </w:tabs>
        <w:autoSpaceDE w:val="0"/>
        <w:autoSpaceDN w:val="0"/>
        <w:spacing w:after="0" w:line="240" w:lineRule="auto"/>
        <w:ind w:left="0" w:right="28" w:firstLine="284"/>
        <w:jc w:val="both"/>
        <w:rPr>
          <w:lang w:val="ru-RU"/>
        </w:rPr>
      </w:pPr>
      <w:r w:rsidRPr="008B6B2B">
        <w:rPr>
          <w:lang w:val="ru-RU"/>
        </w:rPr>
        <w:lastRenderedPageBreak/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осознание значения семьи в жизни человека и общества; принятие ценности семейной жизни; уважительное и заботливое отношение к членам своей семьи через знание основных норм морали, нравственных, духовных идеалов, хранимых в культурных традициях народов России; готовность на их основе к сознательному самоограничению в поступках, поведении, расточительном потреблении.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proofErr w:type="spellStart"/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</w:t>
      </w:r>
      <w:proofErr w:type="spellEnd"/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результаты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28" w:firstLine="284"/>
        <w:jc w:val="both"/>
        <w:rPr>
          <w:lang w:val="ru-RU"/>
        </w:rPr>
      </w:pPr>
      <w:proofErr w:type="spellStart"/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результаты освоения курса включают освоение обучающимися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понятий (используются в нескольких предметных областях) и универсальные учебные действия (познавательные, коммуникативные, регулятивные); способность их использовать в учебной, познавательной и социальной практике; готовность к самостоятельному планированию и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осуществлению учебной деятельности и организации учебного сотрудничества с педагогом и сверстниками, к участию в построении индивидуальной образовательной траектории;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овладение навыками работы с информацией: восприятие и создание информационных текстов в различных форматах, в том числе цифровых, с учётом назначения информац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ии и её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аудитории.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388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1. Познавательные универсальные учебные действия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Познавательные универсальные учебные действия включают: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2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определять понятия, создавать обобщения, устанавливать аналогии,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 (логические УУД);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2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умение создавать, применять и преобразовывать знаки и символы, модели и схемы для решения учебных и познавательных задач (знаков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о-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символические / моделирование);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смысловое чтение;</w:t>
      </w:r>
    </w:p>
    <w:p w:rsidR="00B74453" w:rsidRPr="008B6B2B" w:rsidRDefault="00B74453" w:rsidP="00B74453">
      <w:pPr>
        <w:tabs>
          <w:tab w:val="left" w:pos="10490"/>
        </w:tabs>
        <w:autoSpaceDE w:val="0"/>
        <w:autoSpaceDN w:val="0"/>
        <w:spacing w:after="0" w:line="240" w:lineRule="auto"/>
        <w:ind w:right="2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развитие мотивации к овладению культурой активного использования словарей и других поисковых систем.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3600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2. Коммуникативные универсальные учебные действия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Коммуникативные универсальные учебные действия включают: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 (учебное сотрудничество);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деятельности; владение устной и письменной речью, монологической контекстной речью (коммуникация);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2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и развитие компетентности в области использования информационно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-к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оммуникационных технологий (ИКТ-компетентность).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417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3. Регулятивные универсальные учебные действия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Регулятивные универсальные учебные действия включают: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умение самостоятельно определять цели обучения, ставить и формулировать для себя новые задачи в учёбе и познавательной деятельности, развивать мотивы и интересы своей</w:t>
      </w:r>
      <w:r w:rsidRPr="00B74453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познавательной деятельности (целеполагание);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 (планирование);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й(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контроль и коррекция);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умение оценивать правильность выполнения учебной задачи, собственные возможности её решения (оценка);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владение основами самоконтроля, самооценки, принятия решений и осуществления осознанного выбора в учебной и познавательной (познавательная рефлексия,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саморегуляция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) деятельности.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Предметные результаты освоения курса включают освоение научных знаний, умений и способов действий, специфических для соответствующей предметной области; предпосылки научного типа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мышления; виды деятельности по получению нового знания, его интерпретации, преобразованию и применению в различных учебных ситуациях, в том числе при создании проектов.</w:t>
      </w:r>
    </w:p>
    <w:p w:rsidR="00B74453" w:rsidRDefault="00B74453" w:rsidP="00B74453">
      <w:pPr>
        <w:autoSpaceDE w:val="0"/>
        <w:autoSpaceDN w:val="0"/>
        <w:spacing w:after="0" w:line="240" w:lineRule="auto"/>
        <w:ind w:right="100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1. «Россия — наш общий дом»</w:t>
      </w:r>
    </w:p>
    <w:p w:rsidR="00B74453" w:rsidRPr="00D83CB7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1. Зачем изучать курс «Основы духовно-нравственной культуры народов России»?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цель и предназначение курса «Основы духовно-нравственной культуры народов России», понимать важность изучения культуры и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гражданствообразующих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религий для формирования личности гражданина России;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содержании данного курса, в том числе о понятиях «мораль и нравственность», «семья», «традиционные ценности», об угрозах духовно-нравственному единству страны;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между языком и культурой, духовно-нравственным развитием личности и социальным поведением.</w:t>
      </w:r>
    </w:p>
    <w:p w:rsidR="00B74453" w:rsidRPr="00D83CB7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2. Наш дом — Россия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об историческом пути формирования многонационального состава населения Российской Федерации, его мирном характере и причинах его формирования;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86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о современном состоянии культурного и религиозного разнообразия народов Российской Федерации, причинах культурных различий;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необходимость межнационального и межрелигиозного сотрудничества и взаимодействия, важность сотрудничества и дружбы между народами и нациями, обосновывать их необходимость</w:t>
      </w:r>
    </w:p>
    <w:p w:rsidR="00B74453" w:rsidRPr="00D83CB7" w:rsidRDefault="00B74453" w:rsidP="00B74453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3. Язык и история</w:t>
      </w:r>
    </w:p>
    <w:p w:rsidR="00B74453" w:rsidRPr="008B6B2B" w:rsidRDefault="00B74453" w:rsidP="00B74453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понимать, что такое язык, каковы важность его изучения и влияние на миропонимание личности;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базовые представления о формировании языка как носителя духовно-нравственных смыслов культуры;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суть и смысл коммуникативной роли языка, в том числе в организации межкультурного диалога и взаимодействия;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своё понимание необходимости нравственной чистоты языка, важности лингвистической гигиены, речевого этикета.</w:t>
      </w:r>
    </w:p>
    <w:p w:rsidR="00B74453" w:rsidRPr="00D83CB7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4. Русский язык — язык общения и язык возможностей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базовые представления о происхождении и развитии русского языка, его взаимосвязи с языками других народов России;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уметь обосновать важность русского языка как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культурообразующего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языка народов России, важность его для существования государства и общества;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понимать, что русский язык — не только важнейший элемент национальной культуры, но и историко-культурное наследие, достояние российского государства, уметь приводить примеры;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нравственных категориях русского языка и их происхождении.</w:t>
      </w:r>
    </w:p>
    <w:p w:rsidR="00B74453" w:rsidRPr="00D83CB7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5. Истоки родной культуры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сформированное представление о понятие «культура»;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1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доказывать взаимосвязь культуры и природы; знать основные формы репрезентации культуры, уметь их различать и соотносить с реальными проявлениями культурного многообразия;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43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выделять общие черты в культуре различных народов, обосновывать их значение и причины.</w:t>
      </w:r>
    </w:p>
    <w:p w:rsidR="00B74453" w:rsidRPr="00D83CB7" w:rsidRDefault="00B74453" w:rsidP="0030667F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6. Материальная культура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об артефактах культуры;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14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базовое представление о традиционных укладах хозяйства: земледелии, скотоводстве, охоте, рыболовстве;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между хозяйственным укладом и проявлениями духовной культуры;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объяснять зависимость основных культурных укладов народов России от географии их массового расселения, природных условий и взаимодействия с другими этносами.</w:t>
      </w:r>
    </w:p>
    <w:p w:rsidR="00B74453" w:rsidRPr="00D83CB7" w:rsidRDefault="00B74453" w:rsidP="0030667F">
      <w:pPr>
        <w:autoSpaceDE w:val="0"/>
        <w:autoSpaceDN w:val="0"/>
        <w:spacing w:after="0" w:line="240" w:lineRule="auto"/>
        <w:ind w:right="-14"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7. Духовная культура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таких культурных концептах как «искусство», «наука», «религия»;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давать определения терминам «мораль», «нравственность», «духовные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ценности»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,«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духовность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» на доступном для обучающихся уровне осмысления;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смысл и взаимосвязь названных терминов с формами их репрезентации в культуре;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значение культурных символов, нравственный и духовный смысл культурных артефактов;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1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знать, что такое знаки и символы, уметь соотносить их с культурными явлениями, с которыми они связаны.</w:t>
      </w:r>
    </w:p>
    <w:p w:rsidR="0030667F" w:rsidRPr="00D83CB7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8. Культура и религия</w:t>
      </w:r>
    </w:p>
    <w:p w:rsidR="0030667F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понятии «религия», уметь пояснить её роль в жизни общества и основные социально-культурные функции;</w:t>
      </w:r>
    </w:p>
    <w:p w:rsidR="0030667F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связь религии и морали;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роль и значение духовных ценностей в религиях народов России;</w:t>
      </w:r>
      <w:r w:rsidRPr="008B6B2B">
        <w:rPr>
          <w:lang w:val="ru-RU"/>
        </w:rPr>
        <w:br/>
      </w:r>
      <w:r w:rsidR="0030667F">
        <w:rPr>
          <w:rFonts w:ascii="Times New Roman" w:eastAsia="Times New Roman" w:hAnsi="Times New Roman"/>
          <w:color w:val="000000"/>
          <w:sz w:val="24"/>
          <w:lang w:val="ru-RU"/>
        </w:rPr>
        <w:t xml:space="preserve"> 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характеризовать 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государствообразующие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конфессии России и их картины мира.</w:t>
      </w:r>
    </w:p>
    <w:p w:rsidR="0030667F" w:rsidRPr="00D83CB7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9. Культура и образование</w:t>
      </w:r>
    </w:p>
    <w:p w:rsidR="0030667F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Характеризовать термин «образование» и уметь обосновать его важность для личности и общества;</w:t>
      </w:r>
      <w:r w:rsidRPr="008B6B2B">
        <w:rPr>
          <w:lang w:val="ru-RU"/>
        </w:rPr>
        <w:br/>
      </w:r>
      <w:r w:rsidR="0030667F">
        <w:rPr>
          <w:rFonts w:ascii="Times New Roman" w:eastAsia="Times New Roman" w:hAnsi="Times New Roman"/>
          <w:color w:val="000000"/>
          <w:sz w:val="24"/>
          <w:lang w:val="ru-RU"/>
        </w:rPr>
        <w:t xml:space="preserve"> 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об основных ступенях образования в России и их необходимости;</w:t>
      </w:r>
    </w:p>
    <w:p w:rsidR="0030667F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культуры и образованности человека;</w:t>
      </w:r>
      <w:r w:rsidRPr="008B6B2B">
        <w:rPr>
          <w:lang w:val="ru-RU"/>
        </w:rPr>
        <w:br/>
      </w:r>
      <w:r w:rsidR="0030667F">
        <w:rPr>
          <w:rFonts w:ascii="Times New Roman" w:eastAsia="Times New Roman" w:hAnsi="Times New Roman"/>
          <w:color w:val="000000"/>
          <w:sz w:val="24"/>
          <w:lang w:val="ru-RU"/>
        </w:rPr>
        <w:t xml:space="preserve"> 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приводить примеры взаимосвязи между знанием, образованием и личностным и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профессиональным ростом человека;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right="-22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между знанием и духовно-нравственным развитием общества, осознавать ценность знания, истины, востребованность процесса познания как получения новых сведений о мире.</w:t>
      </w:r>
    </w:p>
    <w:p w:rsidR="0030667F" w:rsidRPr="00D83CB7" w:rsidRDefault="00B74453" w:rsidP="0030667F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10. Многообразие культур России (практическое занятие)</w:t>
      </w:r>
    </w:p>
    <w:p w:rsidR="0030667F" w:rsidRDefault="00B74453" w:rsidP="0030667F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сформированные представления о закономерностях развития культуры и истории народов, их культурных особенностях;</w:t>
      </w:r>
    </w:p>
    <w:p w:rsidR="00911591" w:rsidRDefault="00B74453" w:rsidP="0030667F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выделять общее и единичное в культуре на основе предметных знаний о культуре своего народа;</w:t>
      </w:r>
      <w:r w:rsidRPr="008B6B2B">
        <w:rPr>
          <w:lang w:val="ru-RU"/>
        </w:rPr>
        <w:br/>
      </w:r>
      <w:r w:rsidR="00911591">
        <w:rPr>
          <w:rFonts w:ascii="Times New Roman" w:eastAsia="Times New Roman" w:hAnsi="Times New Roman"/>
          <w:color w:val="000000"/>
          <w:sz w:val="24"/>
          <w:lang w:val="ru-RU"/>
        </w:rPr>
        <w:t xml:space="preserve"> 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предполагать и доказывать наличие взаимосвязи между культурой и духовно-нравственными ценностями на основе местной культурно-исторической специфики;</w:t>
      </w:r>
    </w:p>
    <w:p w:rsidR="00B74453" w:rsidRPr="008B6B2B" w:rsidRDefault="00B74453" w:rsidP="0030667F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важность сохранения культурного многообразия как источника духовно-нравственных ценностей, морали и нравственности современного общества.</w:t>
      </w:r>
    </w:p>
    <w:p w:rsidR="00911591" w:rsidRDefault="00B74453" w:rsidP="0030667F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2. «Семья и духовно-нравственные ценности»</w:t>
      </w:r>
    </w:p>
    <w:p w:rsidR="00911591" w:rsidRPr="00D83CB7" w:rsidRDefault="00B74453" w:rsidP="0030667F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11. Семья — хранитель духовных ценностей</w:t>
      </w:r>
    </w:p>
    <w:p w:rsidR="00911591" w:rsidRDefault="00B74453" w:rsidP="0030667F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смысл термина «семья»;</w:t>
      </w:r>
    </w:p>
    <w:p w:rsidR="00911591" w:rsidRDefault="00B74453" w:rsidP="0030667F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иметь представление о взаимосвязях между типом культуры и особенностями семейного быта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 отношений в семье;</w:t>
      </w:r>
    </w:p>
    <w:p w:rsidR="00911591" w:rsidRDefault="00B74453" w:rsidP="0030667F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осознавать значение термина «поколение» и его взаимосвязь с культурными особенностями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своего времени;</w:t>
      </w:r>
    </w:p>
    <w:p w:rsidR="00911591" w:rsidRDefault="00B74453" w:rsidP="0030667F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составить рассказ о своей семье в соответствии с культурно-историческими условиями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её существования;</w:t>
      </w:r>
    </w:p>
    <w:p w:rsidR="00911591" w:rsidRDefault="00B74453" w:rsidP="0030667F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обосновывать такие понятия, как «счастливая семья», «семейное счастье»;</w:t>
      </w:r>
    </w:p>
    <w:p w:rsidR="00911591" w:rsidRDefault="00B74453" w:rsidP="00911591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доказывать важность семьи как хранителя традиций и её воспитательную</w:t>
      </w:r>
      <w:r w:rsidR="00911591">
        <w:rPr>
          <w:lang w:val="ru-RU"/>
        </w:rPr>
        <w:t xml:space="preserve">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роль;</w:t>
      </w:r>
    </w:p>
    <w:p w:rsidR="00B74453" w:rsidRPr="008B6B2B" w:rsidRDefault="00B74453" w:rsidP="00911591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смысл терминов «сиротство», «социальное сиротство», обосновывать нравственную важность заботы о сиротах, знать о формах помощи сиротам со стороны государства.</w:t>
      </w:r>
    </w:p>
    <w:p w:rsidR="00911591" w:rsidRPr="00D83CB7" w:rsidRDefault="00B74453" w:rsidP="00911591">
      <w:pPr>
        <w:autoSpaceDE w:val="0"/>
        <w:autoSpaceDN w:val="0"/>
        <w:spacing w:after="0" w:line="240" w:lineRule="auto"/>
        <w:ind w:right="720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12. Родина начинается с семьи</w:t>
      </w:r>
    </w:p>
    <w:p w:rsidR="00D83CB7" w:rsidRDefault="00B74453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понятие «Родина»;</w:t>
      </w:r>
    </w:p>
    <w:p w:rsidR="00911591" w:rsidRDefault="00911591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  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взаимосвязь и различия между концептами «Отечество» и «Родина»;</w:t>
      </w:r>
    </w:p>
    <w:p w:rsidR="00911591" w:rsidRDefault="00B74453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понимать, что такое история семьи, каковы формы её выражения и сохранения;</w:t>
      </w:r>
    </w:p>
    <w:p w:rsidR="00B74453" w:rsidRPr="008B6B2B" w:rsidRDefault="00B74453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и доказывать взаимосвязь истории семьи и истории народа, государства, человечества.</w:t>
      </w:r>
    </w:p>
    <w:p w:rsidR="00911591" w:rsidRPr="00D83CB7" w:rsidRDefault="00B74453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13. Традиции семейного воспитания в России</w:t>
      </w:r>
    </w:p>
    <w:p w:rsidR="00911591" w:rsidRDefault="00B74453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семейных традициях и обосновывать их важность как ключевых элементах семейных отношений;</w:t>
      </w:r>
    </w:p>
    <w:p w:rsidR="00911591" w:rsidRDefault="00B74453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взаимосвязь семейных традиций и культуры собственного этноса;</w:t>
      </w:r>
    </w:p>
    <w:p w:rsidR="00B74453" w:rsidRPr="008B6B2B" w:rsidRDefault="00B74453" w:rsidP="00D83CB7">
      <w:pPr>
        <w:tabs>
          <w:tab w:val="left" w:pos="10300"/>
        </w:tabs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рассказывать о семейных традициях своего народа и народов России, собственной семьи;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роль семейных традиций в культуре общества, трансляции ценностей, духовно-нравственных идеалов.</w:t>
      </w:r>
    </w:p>
    <w:p w:rsidR="00911591" w:rsidRPr="00D83CB7" w:rsidRDefault="00B74453" w:rsidP="00911591">
      <w:pPr>
        <w:autoSpaceDE w:val="0"/>
        <w:autoSpaceDN w:val="0"/>
        <w:spacing w:after="0" w:line="240" w:lineRule="auto"/>
        <w:ind w:right="289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14. Образ семьи в культуре народов России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Знать и называть традиционные сказочные и фольклорные сюжеты о семье, семейных обязанностях;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обосновывать своё понимание семейных ценностей, выраженных в фольклорных сюжетах;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морально-нравственное значение семьи в литературных произведениях, иметь представление о ключевых сюжетах с участием семьи в произведениях художественной культуры;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обосновывать важность семейных ценностей с использованием различного иллюстративного материала.</w:t>
      </w:r>
      <w:proofErr w:type="gramEnd"/>
    </w:p>
    <w:p w:rsidR="00911591" w:rsidRPr="00D83CB7" w:rsidRDefault="00B74453" w:rsidP="00911591">
      <w:pPr>
        <w:autoSpaceDE w:val="0"/>
        <w:autoSpaceDN w:val="0"/>
        <w:spacing w:after="0" w:line="240" w:lineRule="auto"/>
        <w:ind w:right="28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15. Труд в истории семьи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понимать, что такое семейное хозяйство и домашний труд;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и уметь объяснять специфику семьи как социального института, характеризовать роль домашнего труда и распределение экономических функций в семье;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оценивать семейный уклад и взаимосвязь с социально-экономической структурой общества в форме большой и малой семей;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характеризовать распределение семейного труда и осознавать его важность для укрепления целостности семьи.</w:t>
      </w:r>
      <w:proofErr w:type="gramEnd"/>
    </w:p>
    <w:p w:rsidR="00911591" w:rsidRP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16. Семья в современном мире (</w:t>
      </w:r>
      <w:r w:rsidRPr="00D83CB7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практическое занятие</w:t>
      </w: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)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сформированные представления о закономерностях развития семьи в культуре и</w:t>
      </w:r>
      <w:r w:rsidR="00D83CB7">
        <w:rPr>
          <w:lang w:val="ru-RU"/>
        </w:rPr>
        <w:t xml:space="preserve">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истории народов России, уметь обосновывать данные закономерности на региональных материалах и примерах из жизни собственной семьи;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выделять особенности духовной культуры семьи в фольклоре и культуре различных народов на основе предметных знаний о культуре своего народа;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предполагать и доказывать наличие взаимосвязи между культурой и духовно-нравственными ценностями семьи;</w:t>
      </w:r>
    </w:p>
    <w:p w:rsidR="00B74453" w:rsidRPr="008B6B2B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важность семьи и семейных традиций для трансляции духовно-нравственных ценностей, морали и нравственности как фактора культурной преемственности.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3. «Духовно-нравственное богатство личности»</w:t>
      </w:r>
    </w:p>
    <w:p w:rsidR="00D83CB7" w:rsidRP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17. Личность — общество — культура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значение термина «человек» в контексте духовно-нравственной культуры;</w:t>
      </w:r>
      <w:r w:rsidRPr="008B6B2B">
        <w:rPr>
          <w:lang w:val="ru-RU"/>
        </w:rPr>
        <w:tab/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обосновать взаимосвязь и взаимообусловленность человека и общества, человека и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культуры;</w:t>
      </w:r>
      <w:r w:rsidRPr="008B6B2B">
        <w:rPr>
          <w:lang w:val="ru-RU"/>
        </w:rPr>
        <w:br/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объяснять различия между обоснованием термина «личность» в быту, в контексте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культуры и творчества;</w:t>
      </w:r>
    </w:p>
    <w:p w:rsidR="00B74453" w:rsidRPr="008B6B2B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знать, что такое гуманизм, иметь представление о его источниках в культуре.</w:t>
      </w:r>
    </w:p>
    <w:p w:rsidR="00D83CB7" w:rsidRDefault="00B74453" w:rsidP="00D83CB7">
      <w:pPr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18. Духовный мир человека. Человек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— творец культуры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значение термина «творчество» в нескольких аспектах и понимать границы их применимости;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доказывать важность моральн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о-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нравственных ограничений в творчестве;—  обосновывать важность творчества как реализацию духовно-нравственных ценностей человека;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доказывать детерминированность творчества культурой своего этноса;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взаимосвязь труда и творчества.</w:t>
      </w:r>
    </w:p>
    <w:p w:rsidR="00D83CB7" w:rsidRDefault="00B74453" w:rsidP="00D83CB7">
      <w:pPr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19. Личность и духовно-нравственные ценности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-48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значение и роль морали и нравственности в жизни человека;—  обосновывать происхождение духовных ценностей, понимание идеалов добра и зла;—  понимать и уметь показывать на примерах значение таких ценностей, как «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взаимопомощь»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,«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сострадание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», «милосердие», «любовь», «дружба», «коллективизм», «патриотизм», «любовь к близким».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4. «Культурное единство России»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t>Тема 20. Историческая память как духовно-нравственная ценность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уметь объяснять суть термина «история», знать основные исторические периоды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 уметь выделять их сущностные черты;</w:t>
      </w:r>
    </w:p>
    <w:p w:rsidR="00D83CB7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right="-48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значении и функциях изучения истории;</w:t>
      </w:r>
      <w:r w:rsidRPr="008B6B2B">
        <w:rPr>
          <w:lang w:val="ru-RU"/>
        </w:rPr>
        <w:br/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осознавать историю своей семьи и народа как часть мирового исторического процесса. </w:t>
      </w:r>
    </w:p>
    <w:p w:rsidR="00D83CB7" w:rsidRPr="008B6B2B" w:rsidRDefault="00D83CB7" w:rsidP="00D83CB7">
      <w:pPr>
        <w:tabs>
          <w:tab w:val="left" w:pos="240"/>
        </w:tabs>
        <w:autoSpaceDE w:val="0"/>
        <w:autoSpaceDN w:val="0"/>
        <w:spacing w:after="0" w:line="240" w:lineRule="auto"/>
        <w:ind w:right="-48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>Знать</w:t>
      </w:r>
      <w:r>
        <w:rPr>
          <w:lang w:val="ru-RU"/>
        </w:rPr>
        <w:t xml:space="preserve">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о существовании связи между историческими событиями и культурой. Обосновывать важность изучения истории как духовно-нравственного долга гражданина и патриота.</w:t>
      </w:r>
    </w:p>
    <w:p w:rsidR="00B74453" w:rsidRPr="008B6B2B" w:rsidRDefault="00B74453" w:rsidP="00D83CB7">
      <w:pPr>
        <w:spacing w:after="0" w:line="240" w:lineRule="auto"/>
        <w:ind w:right="-48"/>
        <w:jc w:val="both"/>
        <w:rPr>
          <w:lang w:val="ru-RU"/>
        </w:rPr>
        <w:sectPr w:rsidR="00B74453" w:rsidRPr="008B6B2B">
          <w:pgSz w:w="11900" w:h="16840"/>
          <w:pgMar w:top="286" w:right="754" w:bottom="452" w:left="846" w:header="720" w:footer="720" w:gutter="0"/>
          <w:cols w:space="720" w:equalWidth="0">
            <w:col w:w="10300" w:space="0"/>
          </w:cols>
          <w:docGrid w:linePitch="360"/>
        </w:sectPr>
      </w:pPr>
    </w:p>
    <w:p w:rsidR="00B74453" w:rsidRPr="00D83CB7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D83CB7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Тема 21. Литература как язык культуры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отличия литературы от других видов художественного творчества;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5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рассказывать об особенностях литературного повествования, выделять простые выразительные средства литературного языка;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5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и доказывать важность литературы как культурного явления, как формы трансляции культурных ценностей;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находить и обозначать средства выражения морального и нравственного смысла в литературных произведениях.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22. Взаимовлияние культур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14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значении терминов «взаимодействие культур», «культурный обмен»</w:t>
      </w:r>
      <w:r w:rsidR="004336B8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как формах распространения и обогащения духовно-нравственных идеалов общества;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обосновывать важность сохранения культурного наследия;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знать, что такое глобализация, уметь приводить примеры межкультурной коммуникации как способа формирования общих духовно-нравственных ценностей.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23. Духовно-нравственные ценности российского народа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-84" w:firstLine="284"/>
        <w:jc w:val="both"/>
        <w:rPr>
          <w:lang w:val="ru-RU"/>
        </w:rPr>
      </w:pP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суть и значение следующих духовно-нравственных ценностей: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взаимопомощь, историческая память и преемственность поколений, единство народов России с опорой на культурные и исторические особенности российского народа:</w:t>
      </w:r>
      <w:proofErr w:type="gramEnd"/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духовно-нравственные ценности в качестве базовых общегражданских ценностей российского общества и уметь доказывать это.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24. Регионы России: культурное многообразие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принципы федеративного устройства России и концепт «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полиэтничность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»;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называть основные этносы Российской Федерации и регионы, где они традиционно проживают;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объяснить значение словосочетаний «многонациональный народ Российской Федерации», «</w:t>
      </w:r>
      <w:proofErr w:type="spell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государствообразующий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народ», «титульный этнос»;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ценность многообразия культурных укладов народов Российской Федерации;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демонстрировать готовность к сохранению межнационального и межрелигиозного согласия в России;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8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выделять общие черты в культуре различных народов, обосновывать их значение и причины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4336B8">
        <w:rPr>
          <w:rFonts w:ascii="Times New Roman" w:eastAsia="Times New Roman" w:hAnsi="Times New Roman"/>
          <w:color w:val="000000"/>
          <w:sz w:val="24"/>
          <w:lang w:val="ru-RU"/>
        </w:rPr>
        <w:t>Тема 25. Праздники в культуре народов России</w:t>
      </w:r>
    </w:p>
    <w:p w:rsidR="004336B8" w:rsidRDefault="00B74453" w:rsidP="004336B8">
      <w:pPr>
        <w:autoSpaceDE w:val="0"/>
        <w:autoSpaceDN w:val="0"/>
        <w:spacing w:after="0" w:line="240" w:lineRule="auto"/>
        <w:ind w:right="576" w:firstLine="284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природе праздников и обосновывать их важность как элементов культуры;</w:t>
      </w:r>
      <w:r w:rsidRPr="008B6B2B">
        <w:rPr>
          <w:lang w:val="ru-RU"/>
        </w:rPr>
        <w:br/>
      </w:r>
      <w:r w:rsidR="004336B8"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взаимосвязь праздников и культурного уклада;</w:t>
      </w:r>
      <w:r w:rsidRPr="008B6B2B">
        <w:rPr>
          <w:lang w:val="ru-RU"/>
        </w:rPr>
        <w:br/>
      </w:r>
      <w:r w:rsidR="004336B8"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различать основные типы праздников;</w:t>
      </w:r>
      <w:r w:rsidRPr="008B6B2B">
        <w:rPr>
          <w:lang w:val="ru-RU"/>
        </w:rPr>
        <w:br/>
      </w:r>
      <w:r w:rsidR="004336B8"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рассказывать о праздничных традициях народов России и собственной семьи;</w:t>
      </w:r>
    </w:p>
    <w:p w:rsidR="004336B8" w:rsidRDefault="004336B8" w:rsidP="004336B8">
      <w:pPr>
        <w:autoSpaceDE w:val="0"/>
        <w:autoSpaceDN w:val="0"/>
        <w:spacing w:after="0" w:line="240" w:lineRule="auto"/>
        <w:ind w:right="-4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>—  анализировать связь праздников и истории, культуры народов России;</w:t>
      </w:r>
      <w:r w:rsidR="00B74453" w:rsidRPr="008B6B2B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основной смысл семейных праздников:</w:t>
      </w:r>
      <w:r w:rsidR="00B74453" w:rsidRPr="008B6B2B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>—  определять нравственный смысл праздников народов России;</w:t>
      </w:r>
    </w:p>
    <w:p w:rsidR="00B74453" w:rsidRPr="008B6B2B" w:rsidRDefault="004336B8" w:rsidP="004336B8">
      <w:pPr>
        <w:autoSpaceDE w:val="0"/>
        <w:autoSpaceDN w:val="0"/>
        <w:spacing w:after="0" w:line="240" w:lineRule="auto"/>
        <w:ind w:right="-4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 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значение праздников как элементов культу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рной памяти народов России, как </w:t>
      </w:r>
      <w:r w:rsidR="00B74453" w:rsidRPr="008B6B2B">
        <w:rPr>
          <w:rFonts w:ascii="Times New Roman" w:eastAsia="Times New Roman" w:hAnsi="Times New Roman"/>
          <w:color w:val="000000"/>
          <w:sz w:val="24"/>
          <w:lang w:val="ru-RU"/>
        </w:rPr>
        <w:t>воплощение духовно-нравственных идеалов.</w:t>
      </w:r>
    </w:p>
    <w:p w:rsid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26. Памятники архитектуры народов России</w:t>
      </w:r>
    </w:p>
    <w:p w:rsid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Знать, что такое архитектура, уметь охарактеризовать основные типы памятников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архитектуры и проследить связь между их структурой и особенностями культуры и этапами исторического развития;</w:t>
      </w:r>
    </w:p>
    <w:p w:rsid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между типом жилищ и типом хозяйственной деятельности;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охарактеризовать связь между уровнем научно-технического развития и типами жилищ;</w:t>
      </w:r>
    </w:p>
    <w:p w:rsid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объяснять взаимосвязь между особенностями архитектуры и духовно-нравственными ценностями народов России;</w:t>
      </w:r>
    </w:p>
    <w:p w:rsid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связь между историей памятника и историей края, характеризовать памятники истории и культуры;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нравственном и научном смысле краеведческой работы.</w:t>
      </w:r>
    </w:p>
    <w:p w:rsidR="004336B8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27. Музыкальная культура народов России</w:t>
      </w:r>
    </w:p>
    <w:p w:rsidR="004336B8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lastRenderedPageBreak/>
        <w:br/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понимать отличия музыки от других видов художественного творчества, рассказывать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об особенностях музыкального повествования, выделять простые выразительные средства </w:t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музыкального языка;</w:t>
      </w:r>
    </w:p>
    <w:p w:rsidR="004336B8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обосновывать и доказывать важность музыки как культурного явления, как формы </w:t>
      </w:r>
      <w:r w:rsidRPr="008B6B2B">
        <w:rPr>
          <w:lang w:val="ru-RU"/>
        </w:rPr>
        <w:br/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трансляции культурных ценностей;</w:t>
      </w:r>
    </w:p>
    <w:p w:rsidR="004336B8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и обозначать средства выражения морального и нравственного смысла </w:t>
      </w:r>
      <w:r w:rsidRPr="008B6B2B">
        <w:rPr>
          <w:lang w:val="ru-RU"/>
        </w:rPr>
        <w:br/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музыкальных произведений;</w:t>
      </w:r>
    </w:p>
    <w:p w:rsidR="004336B8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основные темы музыкального творчества народов России, народные инструменты </w:t>
      </w: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28. Изобразительное искусство народов России</w:t>
      </w:r>
    </w:p>
    <w:p w:rsidR="00B74453" w:rsidRPr="008B6B2B" w:rsidRDefault="00B74453" w:rsidP="00D83CB7">
      <w:pPr>
        <w:tabs>
          <w:tab w:val="left" w:pos="240"/>
        </w:tabs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отличия изобразительного искусства от других видов художественного творчества, рассказывать об особенностях и выразительных средствах изобразительного искусства;</w:t>
      </w:r>
      <w:r w:rsidRPr="008B6B2B">
        <w:rPr>
          <w:lang w:val="ru-RU"/>
        </w:rPr>
        <w:br/>
      </w:r>
      <w:r w:rsidRPr="008B6B2B">
        <w:rPr>
          <w:lang w:val="ru-RU"/>
        </w:rPr>
        <w:tab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объяснить, что такое скульптура, живопись, графика, фольклорные орнаменты;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обосновывать и доказывать важность изобразительного искусства как культурного явления, </w:t>
      </w:r>
      <w:r w:rsidR="004336B8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как формы трансляции культурных ценностей;</w:t>
      </w:r>
    </w:p>
    <w:p w:rsidR="00B74453" w:rsidRPr="008B6B2B" w:rsidRDefault="00B74453" w:rsidP="004336B8">
      <w:pPr>
        <w:tabs>
          <w:tab w:val="left" w:pos="10490"/>
        </w:tabs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находить и обозначать средства выражения морального и нравственного смысла изобразительного искусства;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основные темы изобразительного искусства народов России.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29. Фольклор и литература народов России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понимать, что такое пословицы и поговорки, обосновывать важность и нужность этих языковых выразительных средств;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объяснять, что такое эпос, миф, сказка, былина, песня;</w:t>
      </w:r>
    </w:p>
    <w:p w:rsidR="00B74453" w:rsidRPr="008B6B2B" w:rsidRDefault="00B74453" w:rsidP="004336B8">
      <w:pPr>
        <w:tabs>
          <w:tab w:val="left" w:pos="10490"/>
        </w:tabs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воспринимать и объяснять на примерах важность понимания фольклора как отражения истории народа и его ценностей, морали и нравственности;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знать, что такое национальная литература и каковы её выразительные средства;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оценивать морально-нравственный потенциал национальной литературы.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30. Бытовые традиции народов России: пища, одежда, дом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взаимосвязь между бытом и природными условиями проживания народа на примерах из истории и культуры своего региона;</w:t>
      </w:r>
    </w:p>
    <w:p w:rsidR="00B74453" w:rsidRPr="008B6B2B" w:rsidRDefault="00B74453" w:rsidP="004336B8">
      <w:pPr>
        <w:tabs>
          <w:tab w:val="left" w:pos="10490"/>
        </w:tabs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уметь доказывать и отстаивать важность сохранения и развития культурных, духовно-нравственных, семейных и этнических традиций, многообразия культур;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оценивать и устанавливать границы и приоритеты взаимодействия между людьми разной этнической, религиозной и гражданской идентичности на доступном для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шестиклассников уровне (с учётом их возрастных особенностей);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right="144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уметь показывать на примерах значение таких ценностей, как взаимопомощь, сострадание, милосердие, любовь, дружба, коллективизм, патриотизм, любовь к 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близким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через бытовые традиции народов своего края.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31. Культурная карта России (практическое занятие)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отличия культурной географии от физической и политической географии;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понимать, что такое культурная карта народов России;</w:t>
      </w:r>
    </w:p>
    <w:p w:rsidR="00B74453" w:rsidRPr="008B6B2B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описывать отдельные области культурной карты в соответствии с их особенностями.</w:t>
      </w:r>
    </w:p>
    <w:p w:rsidR="00B74453" w:rsidRPr="004336B8" w:rsidRDefault="00B74453" w:rsidP="00D83CB7">
      <w:pPr>
        <w:autoSpaceDE w:val="0"/>
        <w:autoSpaceDN w:val="0"/>
        <w:spacing w:after="0" w:line="240" w:lineRule="auto"/>
        <w:ind w:firstLine="284"/>
        <w:jc w:val="both"/>
        <w:rPr>
          <w:b/>
          <w:lang w:val="ru-RU"/>
        </w:rPr>
      </w:pPr>
      <w:r w:rsidRPr="004336B8">
        <w:rPr>
          <w:rFonts w:ascii="Times New Roman" w:eastAsia="Times New Roman" w:hAnsi="Times New Roman"/>
          <w:b/>
          <w:color w:val="000000"/>
          <w:sz w:val="24"/>
          <w:lang w:val="ru-RU"/>
        </w:rPr>
        <w:t>Тема 32. Единство страны — залог будущего России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значение и роль общих элементов в культуре народов России для обоснования её территориального, политического и экономического единства;</w:t>
      </w:r>
    </w:p>
    <w:p w:rsidR="00B74453" w:rsidRPr="008B6B2B" w:rsidRDefault="00B74453" w:rsidP="004336B8">
      <w:pPr>
        <w:autoSpaceDE w:val="0"/>
        <w:autoSpaceDN w:val="0"/>
        <w:spacing w:after="0" w:line="240" w:lineRule="auto"/>
        <w:ind w:right="56" w:firstLine="284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—  понимать и доказывать важность и преимущества этого единства перед требованиями национального самоопределения отдельных этносов.</w:t>
      </w:r>
    </w:p>
    <w:p w:rsidR="00D66232" w:rsidRPr="008B6B2B" w:rsidRDefault="00D66232" w:rsidP="00D66232">
      <w:pPr>
        <w:spacing w:after="0" w:line="240" w:lineRule="auto"/>
        <w:ind w:firstLine="284"/>
        <w:jc w:val="both"/>
        <w:rPr>
          <w:lang w:val="ru-RU"/>
        </w:rPr>
        <w:sectPr w:rsidR="00D66232" w:rsidRPr="008B6B2B">
          <w:pgSz w:w="11900" w:h="16840"/>
          <w:pgMar w:top="286" w:right="688" w:bottom="318" w:left="666" w:header="720" w:footer="720" w:gutter="0"/>
          <w:cols w:space="720" w:equalWidth="0">
            <w:col w:w="10546" w:space="0"/>
          </w:cols>
          <w:docGrid w:linePitch="360"/>
        </w:sectPr>
      </w:pPr>
    </w:p>
    <w:p w:rsidR="0008772E" w:rsidRPr="008B6B2B" w:rsidRDefault="0008772E">
      <w:pPr>
        <w:autoSpaceDE w:val="0"/>
        <w:autoSpaceDN w:val="0"/>
        <w:spacing w:after="64" w:line="220" w:lineRule="exact"/>
        <w:rPr>
          <w:lang w:val="ru-RU"/>
        </w:rPr>
      </w:pPr>
    </w:p>
    <w:p w:rsidR="0008772E" w:rsidRDefault="008B6B2B" w:rsidP="00DD014E">
      <w:pPr>
        <w:autoSpaceDE w:val="0"/>
        <w:autoSpaceDN w:val="0"/>
        <w:spacing w:after="258" w:line="233" w:lineRule="auto"/>
        <w:jc w:val="center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>ТЕМАТИЧЕСКОЕ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126"/>
        <w:gridCol w:w="666"/>
        <w:gridCol w:w="708"/>
        <w:gridCol w:w="851"/>
        <w:gridCol w:w="1134"/>
        <w:gridCol w:w="4433"/>
        <w:gridCol w:w="1416"/>
        <w:gridCol w:w="3700"/>
      </w:tblGrid>
      <w:tr w:rsidR="0008772E" w:rsidRPr="006E655C" w:rsidTr="001120FA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45" w:lineRule="auto"/>
              <w:ind w:right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№</w:t>
            </w:r>
            <w:r w:rsidRPr="006E65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45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2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Количество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8" w:after="0" w:line="245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Дата </w:t>
            </w:r>
            <w:r w:rsidRPr="006E65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изучения</w:t>
            </w:r>
          </w:p>
        </w:tc>
        <w:tc>
          <w:tcPr>
            <w:tcW w:w="4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 деятельности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8" w:after="0" w:line="245" w:lineRule="auto"/>
              <w:ind w:left="72" w:right="2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Виды, формы контроля</w:t>
            </w:r>
          </w:p>
        </w:tc>
        <w:tc>
          <w:tcPr>
            <w:tcW w:w="3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8" w:after="0" w:line="245" w:lineRule="auto"/>
              <w:ind w:left="72" w:right="4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08772E" w:rsidRPr="006E655C" w:rsidTr="001120FA">
        <w:trPr>
          <w:trHeight w:hRule="exact" w:val="902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120FA" w:rsidRDefault="001120F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контрольные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120FA" w:rsidRDefault="001120F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2E" w:rsidRPr="003846E6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Тематический блок 1. «Россия — наш общий дом»</w:t>
            </w:r>
          </w:p>
        </w:tc>
      </w:tr>
      <w:tr w:rsidR="0008772E" w:rsidRPr="006E655C" w:rsidTr="001120FA">
        <w:trPr>
          <w:trHeight w:hRule="exact" w:val="18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8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80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Зачем изучать курс «Основы духовно-нравственной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культуры народов России»?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80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01.09.2022 07.09.2022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80" w:after="0" w:line="252" w:lineRule="auto"/>
              <w:ind w:left="72" w:right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формировать представление об особенностях курса</w:t>
            </w:r>
            <w:r w:rsidR="001120FA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«Основы духовно-нравственной культуры народов России»; слушать и понимать объяснения учителя по теме урока; вести самостоятельную работу с учебником;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80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80" w:after="0" w:line="245" w:lineRule="auto"/>
              <w:ind w:left="72" w:right="864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http://rodon.nspu.ru/course/view.php?id=6 https://resh.edu.ru/special-course/1/1</w:t>
            </w:r>
          </w:p>
        </w:tc>
      </w:tr>
      <w:tr w:rsidR="0008772E" w:rsidRPr="003846E6" w:rsidTr="000E468F">
        <w:trPr>
          <w:trHeight w:hRule="exact" w:val="185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Наш дом — Россия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08.09.2022 14.09.2022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50" w:lineRule="auto"/>
              <w:ind w:left="72" w:right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слушать и понимать объяснения учи</w:t>
            </w:r>
            <w:r w:rsid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теля по теме урока; формировать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представление о необходимости и важности межнационального и межрелигиозного сотрудничества, взаимодействия;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120FA" w:rsidRDefault="008B6B2B" w:rsidP="001120FA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r w:rsidR="001120FA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6E655C" w:rsidRDefault="008B6B2B" w:rsidP="001120FA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50" w:lineRule="auto"/>
              <w:ind w:left="72" w:righ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experiment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opk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pravolimp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lessons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/1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rodon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nspu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course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view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php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?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id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=6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resh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special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course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/1/1</w:t>
            </w:r>
          </w:p>
        </w:tc>
      </w:tr>
      <w:tr w:rsidR="0008772E" w:rsidRPr="006E655C" w:rsidTr="001120FA">
        <w:trPr>
          <w:trHeight w:hRule="exact" w:val="240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Язык и история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15.09.2022 21.09.2022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формировать представления о языке как носителе духовно-нравственных смыслов культуры; понимать особенности коммуникативной роли языка; слуш</w:t>
            </w:r>
            <w:r w:rsidR="001120FA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ать и анализировать выступления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одноклассников, отбирать и сравнивать учебный материал по нескольким источникам;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2E" w:rsidRPr="003846E6" w:rsidTr="000E468F">
        <w:trPr>
          <w:trHeight w:hRule="exact" w:val="1974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1.4.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50" w:lineRule="auto"/>
              <w:ind w:left="72" w:right="5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Русский язык — язык общения и язык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возможностей</w:t>
            </w:r>
          </w:p>
        </w:tc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22.09.2022 28.09.2022</w:t>
            </w:r>
          </w:p>
        </w:tc>
        <w:tc>
          <w:tcPr>
            <w:tcW w:w="4433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формировать представление о русском языке как языке межнационального общения; слушать объяснения учителя, стараясь выделить главное; объяснять наблюдаемые в практике изучения языка явления;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120FA" w:rsidRDefault="008B6B2B" w:rsidP="001120FA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r w:rsidR="001120FA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6E655C" w:rsidRDefault="008B6B2B" w:rsidP="001120FA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772E" w:rsidRPr="003846E6" w:rsidTr="000C15F2">
        <w:trPr>
          <w:trHeight w:hRule="exact" w:val="213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Истоки родной культуры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1120FA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29.09.2022 05.10.2022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формировать представление о том, что такое культура, об общих чертах в  культуре разных народов; слушать и понимать объяснения учителя по теме урока; выполнять задания на понимание и разграничение понятий по теме;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C15F2" w:rsidRDefault="008B6B2B" w:rsidP="000C15F2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r w:rsidR="000C15F2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</w:t>
            </w:r>
            <w:r w:rsidR="000C15F2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чно</w:t>
            </w:r>
          </w:p>
          <w:p w:rsidR="0008772E" w:rsidRPr="006E655C" w:rsidRDefault="008B6B2B" w:rsidP="000C15F2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yandex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video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preview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/?</w:t>
            </w:r>
          </w:p>
        </w:tc>
      </w:tr>
      <w:tr w:rsidR="0008772E" w:rsidRPr="006E655C" w:rsidTr="000E468F">
        <w:trPr>
          <w:trHeight w:hRule="exact" w:val="183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Материальная культура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06.10.2022 12.10.2022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52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формировать представление о традиционных укладах жизни разных народов; слушать и анализировать выступления одноклассников; работать с учебником, анали</w:t>
            </w:r>
            <w:r w:rsid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зировать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проблемные ситуации;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2E" w:rsidRPr="003846E6" w:rsidTr="000C15F2">
        <w:trPr>
          <w:trHeight w:hRule="exact" w:val="283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Духовная культура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13.10.2022 19.10.2022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формировать представление о духовной культуре разных народов; понимать взаимосвязь между проявлениями материальной и духовной культуры;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выполнять задания на понимание и разграничение понятий по теме;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учиться работать с текстом и зри тельным рядом учебника;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C15F2" w:rsidRDefault="008B6B2B" w:rsidP="000C15F2">
            <w:pPr>
              <w:autoSpaceDE w:val="0"/>
              <w:autoSpaceDN w:val="0"/>
              <w:spacing w:before="78" w:after="0" w:line="250" w:lineRule="auto"/>
              <w:ind w:left="72" w:right="37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6E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r w:rsidR="000C15F2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6E655C" w:rsidRDefault="008B6B2B" w:rsidP="000C15F2">
            <w:pPr>
              <w:autoSpaceDE w:val="0"/>
              <w:autoSpaceDN w:val="0"/>
              <w:spacing w:before="78" w:after="0" w:line="250" w:lineRule="auto"/>
              <w:ind w:left="72" w:right="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6E655C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resh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subject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lesson</w:t>
            </w:r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/4024/</w:t>
            </w:r>
            <w:proofErr w:type="spellStart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conspect</w:t>
            </w:r>
            <w:proofErr w:type="spellEnd"/>
            <w:r w:rsidRPr="006E655C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/205289/</w:t>
            </w:r>
          </w:p>
        </w:tc>
      </w:tr>
    </w:tbl>
    <w:p w:rsidR="0008772E" w:rsidRPr="008B6B2B" w:rsidRDefault="0008772E">
      <w:pPr>
        <w:autoSpaceDE w:val="0"/>
        <w:autoSpaceDN w:val="0"/>
        <w:spacing w:after="0" w:line="14" w:lineRule="exact"/>
        <w:rPr>
          <w:lang w:val="ru-RU"/>
        </w:rPr>
      </w:pPr>
    </w:p>
    <w:p w:rsidR="0008772E" w:rsidRPr="008B6B2B" w:rsidRDefault="0008772E">
      <w:pPr>
        <w:rPr>
          <w:lang w:val="ru-RU"/>
        </w:rPr>
        <w:sectPr w:rsidR="0008772E" w:rsidRPr="008B6B2B">
          <w:pgSz w:w="16840" w:h="11900"/>
          <w:pgMar w:top="282" w:right="640" w:bottom="676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8772E" w:rsidRPr="008B6B2B" w:rsidRDefault="0008772E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126"/>
        <w:gridCol w:w="528"/>
        <w:gridCol w:w="846"/>
        <w:gridCol w:w="851"/>
        <w:gridCol w:w="1134"/>
        <w:gridCol w:w="4433"/>
        <w:gridCol w:w="1416"/>
        <w:gridCol w:w="3700"/>
      </w:tblGrid>
      <w:tr w:rsidR="0008772E" w:rsidRPr="000C15F2" w:rsidTr="000C15F2">
        <w:trPr>
          <w:trHeight w:hRule="exact" w:val="213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Культура и религия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20.10.2022 26.10.2022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52" w:lineRule="auto"/>
              <w:ind w:left="72" w:right="43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формировать представление о поня</w:t>
            </w:r>
            <w:r w:rsid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тии «религия», понимать и уметь 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объяснять, в чём заключается связь культуры и религии; слушать объяснения учителя, работать с научно-популярной литературой по теме;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Тестирование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ind w:left="72" w:right="864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https://www.culture.ru/ </w:t>
            </w:r>
            <w:r w:rsidRPr="000C15F2">
              <w:rPr>
                <w:sz w:val="24"/>
                <w:szCs w:val="24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http://experiment-opk.pravolimp.ru/lessons</w:t>
            </w:r>
          </w:p>
        </w:tc>
      </w:tr>
      <w:tr w:rsidR="0008772E" w:rsidRPr="000C15F2" w:rsidTr="000C15F2">
        <w:trPr>
          <w:trHeight w:hRule="exact" w:val="155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1.9.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Культура и образование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27.10.2022 09.11.2022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50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понимать смысл понятия «образование», уметь объяснять важность и необходимость образования для общества; слушать объяснения учителя, отбирать и сравнивать учебные материалы по теме;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45" w:lineRule="auto"/>
              <w:ind w:left="72" w:right="37"/>
              <w:rPr>
                <w:sz w:val="24"/>
                <w:szCs w:val="24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Контрольная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https://www.culture.ru/</w:t>
            </w:r>
          </w:p>
        </w:tc>
      </w:tr>
      <w:tr w:rsidR="0008772E" w:rsidRPr="000C15F2" w:rsidTr="000C15F2">
        <w:trPr>
          <w:trHeight w:hRule="exact" w:val="12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50" w:lineRule="auto"/>
              <w:ind w:left="72" w:right="43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Многообразие культур России (</w:t>
            </w:r>
            <w:r w:rsidRPr="000C15F2">
              <w:rPr>
                <w:rFonts w:ascii="Times New Roman" w:eastAsia="Times New Roman" w:hAnsi="Times New Roman"/>
                <w:i/>
                <w:color w:val="000000"/>
                <w:w w:val="97"/>
                <w:sz w:val="24"/>
                <w:szCs w:val="24"/>
                <w:lang w:val="ru-RU"/>
              </w:rPr>
              <w:t>практическое занятие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10.11.2022 16.11.2022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50" w:lineRule="auto"/>
              <w:ind w:left="72" w:right="288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отбирать материал по нескольким источникам, готовить доклады, работать с научно-популярной литературой; слушать выступления одноклассников;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C15F2" w:rsidRDefault="008B6B2B" w:rsidP="000C15F2">
            <w:pPr>
              <w:autoSpaceDE w:val="0"/>
              <w:autoSpaceDN w:val="0"/>
              <w:spacing w:before="76" w:after="0" w:line="245" w:lineRule="auto"/>
              <w:ind w:left="72" w:right="37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</w:t>
            </w:r>
            <w:proofErr w:type="spellEnd"/>
          </w:p>
          <w:p w:rsidR="0008772E" w:rsidRPr="000C15F2" w:rsidRDefault="008B6B2B" w:rsidP="000C15F2">
            <w:pPr>
              <w:autoSpaceDE w:val="0"/>
              <w:autoSpaceDN w:val="0"/>
              <w:spacing w:before="76" w:after="0" w:line="245" w:lineRule="auto"/>
              <w:ind w:left="72" w:right="37"/>
              <w:rPr>
                <w:sz w:val="24"/>
                <w:szCs w:val="24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ая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https://www.culture.ru/</w:t>
            </w:r>
          </w:p>
        </w:tc>
      </w:tr>
      <w:tr w:rsidR="0008772E" w:rsidRPr="003846E6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  <w:lang w:val="ru-RU"/>
              </w:rPr>
              <w:t>Тематический блок 2. «Семья и духовно-нравственные ценности»</w:t>
            </w:r>
          </w:p>
        </w:tc>
      </w:tr>
      <w:tr w:rsidR="0008772E" w:rsidRPr="000C15F2" w:rsidTr="000C15F2">
        <w:trPr>
          <w:trHeight w:hRule="exact" w:val="21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ind w:left="72" w:right="576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Семья  — хранитель духовных ценностей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17.11.2022 23.11.2022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52" w:lineRule="auto"/>
              <w:ind w:left="72" w:right="144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понимать, что такое семья, формировать представление о взаимосвязях между типом культуры и особенностями семейного уклада у разных народов;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значение термина «поколение»;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слушать объяснения учителя, решать проблемные задачи;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ind w:left="72" w:right="288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https://www.youtube.com/watch?v=cyMeQ8HMBtg https://yandex.ru/video/preview/?</w:t>
            </w:r>
          </w:p>
        </w:tc>
      </w:tr>
      <w:tr w:rsidR="0008772E" w:rsidRPr="003846E6" w:rsidTr="000C15F2">
        <w:trPr>
          <w:trHeight w:hRule="exact" w:val="198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Родина начинается с семьи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24.11.2022 30.11.2022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50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понимать и объяснять, как и почему история каждой семьи тесно связана с историей страны, народа; слушать объяснения учителя, разграничивать понятия по теме, систематизировать учебный материал;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C15F2" w:rsidRDefault="008B6B2B" w:rsidP="000C15F2">
            <w:pPr>
              <w:autoSpaceDE w:val="0"/>
              <w:autoSpaceDN w:val="0"/>
              <w:spacing w:before="78" w:after="0" w:line="250" w:lineRule="auto"/>
              <w:ind w:left="72" w:right="37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r w:rsid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0C15F2" w:rsidRDefault="008B6B2B" w:rsidP="000C15F2">
            <w:pPr>
              <w:autoSpaceDE w:val="0"/>
              <w:autoSpaceDN w:val="0"/>
              <w:spacing w:before="78" w:after="0" w:line="250" w:lineRule="auto"/>
              <w:ind w:left="72" w:right="37"/>
              <w:rPr>
                <w:sz w:val="24"/>
                <w:szCs w:val="24"/>
                <w:lang w:val="ru-RU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ind w:left="72" w:right="576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needlewoman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articles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rasskaz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rodina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nachinaetsya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semi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</w:tc>
      </w:tr>
      <w:tr w:rsidR="0008772E" w:rsidRPr="003846E6" w:rsidTr="00783F49">
        <w:trPr>
          <w:trHeight w:hRule="exact" w:val="27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ind w:left="72" w:right="576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Традиции семейного воспитания 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01.12.2022 07.12.2022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54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объяснять, что такое традиция, уметь рассказывать о традициях своей семьи, семейных традициях своего народа и других народов России;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уметь объяснять и разграничивать основные понятия по теме;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просматривать и анализировать учебные фильмы, работать с раздаточным материалом;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C15F2" w:rsidRDefault="008B6B2B" w:rsidP="000C15F2">
            <w:pPr>
              <w:autoSpaceDE w:val="0"/>
              <w:autoSpaceDN w:val="0"/>
              <w:spacing w:before="78" w:after="0" w:line="250" w:lineRule="auto"/>
              <w:ind w:left="72" w:right="37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r w:rsid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0C15F2" w:rsidRDefault="008B6B2B" w:rsidP="000C15F2">
            <w:pPr>
              <w:autoSpaceDE w:val="0"/>
              <w:autoSpaceDN w:val="0"/>
              <w:spacing w:before="78" w:after="0" w:line="250" w:lineRule="auto"/>
              <w:ind w:left="72" w:right="37"/>
              <w:rPr>
                <w:sz w:val="24"/>
                <w:szCs w:val="24"/>
                <w:lang w:val="ru-RU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https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://2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berega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spb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user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nizhnik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65/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file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/318945/</w:t>
            </w:r>
          </w:p>
        </w:tc>
      </w:tr>
      <w:tr w:rsidR="0008772E" w:rsidRPr="000C15F2" w:rsidTr="000C15F2">
        <w:trPr>
          <w:trHeight w:hRule="exact" w:val="21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ind w:left="72" w:right="43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Образ семьи в культуре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08.12.2022 14.12.2022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52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знать основные фольклорные сюжеты о семье, семейных ценностях; знать и понимать морально-нравственное значение семьи; работать с научно-популярной литературой, просматривать и анализировать учебные фильмы, систематизировать учебный материал;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08772E">
            <w:pPr>
              <w:rPr>
                <w:sz w:val="24"/>
                <w:szCs w:val="24"/>
              </w:rPr>
            </w:pPr>
          </w:p>
        </w:tc>
      </w:tr>
      <w:tr w:rsidR="0008772E" w:rsidRPr="003846E6" w:rsidTr="000E468F">
        <w:trPr>
          <w:trHeight w:hRule="exact" w:val="184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Труд в истории семьи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15.12.2022 21.12.2022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8" w:after="0" w:line="252" w:lineRule="auto"/>
              <w:ind w:left="72" w:right="144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понимать, что такое «семейный труд», сознавать и характеризовать важного общего семейного труда для укрепления целостности семьи; слушать объяснения учителя, самостоятельно работать с учебником;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C15F2" w:rsidRDefault="008B6B2B" w:rsidP="000C15F2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8772E" w:rsidRPr="000C15F2" w:rsidRDefault="008B6B2B" w:rsidP="000C15F2">
            <w:pPr>
              <w:autoSpaceDE w:val="0"/>
              <w:autoSpaceDN w:val="0"/>
              <w:spacing w:before="78" w:after="0" w:line="250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«Оценочного </w:t>
            </w:r>
            <w:r w:rsidRPr="000C15F2">
              <w:rPr>
                <w:sz w:val="24"/>
                <w:szCs w:val="24"/>
                <w:lang w:val="ru-RU"/>
              </w:rPr>
              <w:br/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08772E">
            <w:pPr>
              <w:rPr>
                <w:sz w:val="24"/>
                <w:szCs w:val="24"/>
                <w:lang w:val="ru-RU"/>
              </w:rPr>
            </w:pPr>
          </w:p>
        </w:tc>
      </w:tr>
      <w:tr w:rsidR="0008772E" w:rsidRPr="000C15F2" w:rsidTr="000E468F">
        <w:trPr>
          <w:trHeight w:hRule="exact" w:val="18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ind w:left="72" w:right="144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Семья в современном мире (</w:t>
            </w:r>
            <w:r w:rsidRPr="000C15F2">
              <w:rPr>
                <w:rFonts w:ascii="Times New Roman" w:eastAsia="Times New Roman" w:hAnsi="Times New Roman"/>
                <w:i/>
                <w:color w:val="000000"/>
                <w:w w:val="97"/>
                <w:sz w:val="24"/>
                <w:szCs w:val="24"/>
                <w:lang w:val="ru-RU"/>
              </w:rPr>
              <w:t>практическое занятие</w:t>
            </w: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 w:rsidP="000C15F2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sz w:val="24"/>
                <w:szCs w:val="24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22.12.2022 28.12.2022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50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понимать, почему важно изучать и хранить историю своей семьи, передавать её следующим поколениям; готовить доклад, сообщение; создавать семейное древо; отбирать и сравнивать материал из нескольких источников;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45" w:lineRule="auto"/>
              <w:ind w:left="72" w:right="288"/>
              <w:rPr>
                <w:sz w:val="24"/>
                <w:szCs w:val="24"/>
              </w:rPr>
            </w:pP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0C15F2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08772E">
            <w:pPr>
              <w:rPr>
                <w:sz w:val="24"/>
                <w:szCs w:val="24"/>
              </w:rPr>
            </w:pPr>
          </w:p>
        </w:tc>
      </w:tr>
      <w:tr w:rsidR="0008772E" w:rsidRPr="003846E6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C15F2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  <w:lang w:val="ru-RU"/>
              </w:rPr>
            </w:pPr>
            <w:r w:rsidRPr="000C15F2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  <w:lang w:val="ru-RU"/>
              </w:rPr>
              <w:t>Тематический блок 3. «Духовно-нравственное богатство личности»</w:t>
            </w:r>
          </w:p>
        </w:tc>
      </w:tr>
    </w:tbl>
    <w:p w:rsidR="0008772E" w:rsidRPr="008B6B2B" w:rsidRDefault="0008772E">
      <w:pPr>
        <w:autoSpaceDE w:val="0"/>
        <w:autoSpaceDN w:val="0"/>
        <w:spacing w:after="0" w:line="14" w:lineRule="exact"/>
        <w:rPr>
          <w:lang w:val="ru-RU"/>
        </w:rPr>
      </w:pPr>
    </w:p>
    <w:p w:rsidR="0008772E" w:rsidRPr="008B6B2B" w:rsidRDefault="0008772E">
      <w:pPr>
        <w:rPr>
          <w:lang w:val="ru-RU"/>
        </w:rPr>
        <w:sectPr w:rsidR="0008772E" w:rsidRPr="008B6B2B">
          <w:pgSz w:w="16840" w:h="11900"/>
          <w:pgMar w:top="284" w:right="640" w:bottom="47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8772E" w:rsidRPr="008B6B2B" w:rsidRDefault="0008772E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126"/>
        <w:gridCol w:w="528"/>
        <w:gridCol w:w="846"/>
        <w:gridCol w:w="851"/>
        <w:gridCol w:w="1134"/>
        <w:gridCol w:w="4433"/>
        <w:gridCol w:w="1416"/>
        <w:gridCol w:w="3700"/>
      </w:tblGrid>
      <w:tr w:rsidR="0008772E" w:rsidRPr="003846E6" w:rsidTr="000E468F">
        <w:trPr>
          <w:trHeight w:hRule="exact" w:val="242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Личность  — общество  —культура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29.12.2022 11.01.2023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знать, что такое гуманизм, понимать, что делает человека человеком и какие проявления людей можно назвать гуманными; </w:t>
            </w:r>
            <w:r w:rsidR="00783F49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работать с научн</w:t>
            </w:r>
            <w:proofErr w:type="gramStart"/>
            <w:r w:rsidR="00783F49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о-</w:t>
            </w:r>
            <w:proofErr w:type="gramEnd"/>
            <w:r w:rsidR="00783F49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популярной литературой, уметь разграничивать понятия, осваивать смысловое чтение (решать текстовые задачи);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E468F" w:rsidRDefault="008B6B2B" w:rsidP="00783F49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8772E" w:rsidRPr="000E468F" w:rsidRDefault="008B6B2B">
            <w:pPr>
              <w:autoSpaceDE w:val="0"/>
              <w:autoSpaceDN w:val="0"/>
              <w:spacing w:before="78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«Оценочного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772E" w:rsidRPr="000E468F" w:rsidTr="000E468F">
        <w:trPr>
          <w:trHeight w:hRule="exact" w:val="212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Духовный мир человека.</w:t>
            </w:r>
          </w:p>
          <w:p w:rsidR="0008772E" w:rsidRPr="000E468F" w:rsidRDefault="008B6B2B">
            <w:pPr>
              <w:autoSpaceDE w:val="0"/>
              <w:autoSpaceDN w:val="0"/>
              <w:spacing w:before="2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Человек — творец культуры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12.01.2023 18.01.2023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и объяснять значение слова «человек» в контексте духовно- нравственной культуры; слушать объяснения учителя, работать с учебником, уметь понимать и разграничивать основные понятия по теме;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2E" w:rsidRPr="003846E6" w:rsidTr="00783F49">
        <w:trPr>
          <w:trHeight w:hRule="exact" w:val="24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Личность и духовно-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нравственные ценности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19.01.2023 25.01.2023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5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объяснять, что такое мораль и нравственность, любовь </w:t>
            </w:r>
            <w:proofErr w:type="gram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к</w:t>
            </w:r>
            <w:proofErr w:type="gram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близким;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показывать на примерах важность таких ценностей как взаимопомощь, сострадание, милосердие, любовь, дружба и др.; разграничивать и определять основные понятия, решать текстовые задачи, работать с учебником;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E468F" w:rsidRDefault="008B6B2B" w:rsidP="000E468F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E468F" w:rsidRDefault="008B6B2B" w:rsidP="000E468F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0E468F" w:rsidRDefault="008B6B2B" w:rsidP="000E468F">
            <w:pPr>
              <w:autoSpaceDE w:val="0"/>
              <w:autoSpaceDN w:val="0"/>
              <w:spacing w:before="76" w:after="0" w:line="250" w:lineRule="auto"/>
              <w:ind w:left="72" w:right="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772E" w:rsidRPr="003846E6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Тематический блок 4. «Культурное единство России»</w:t>
            </w:r>
          </w:p>
        </w:tc>
      </w:tr>
      <w:tr w:rsidR="0008772E" w:rsidRPr="003846E6" w:rsidTr="000E468F">
        <w:trPr>
          <w:trHeight w:hRule="exact" w:val="19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7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Историческая память как духовно-нравственная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ценность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26.01.2023 01.02.2023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смысл термина «история», понимать важность изучения истории;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объяснять, что такое историческая память, как история каждой семьи связана с историей страны;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работать с учебником, выделять и определять основные понятия, слушать и анализировать выступления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одноклассников;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E468F" w:rsidRDefault="008B6B2B" w:rsidP="000E468F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8772E" w:rsidRPr="000E468F" w:rsidRDefault="008B6B2B" w:rsidP="000E468F">
            <w:pPr>
              <w:autoSpaceDE w:val="0"/>
              <w:autoSpaceDN w:val="0"/>
              <w:spacing w:before="78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«Оценочного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772E" w:rsidRPr="000E468F" w:rsidTr="00783F49">
        <w:trPr>
          <w:trHeight w:hRule="exact" w:val="24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ind w:left="72" w:right="576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Литература как язык культуры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02.02.2023 08.02.2023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особенности литературы, её отличия от других видов художественного творчества; объяснять средства выражения духовного мира человека, его морали и нравственности в произведениях литературы; слушать объяснения учителя, работать с художественной литературой, изучать и анализировать источники;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E468F" w:rsidRDefault="008B6B2B" w:rsidP="000E468F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8772E" w:rsidRPr="000E468F" w:rsidRDefault="008B6B2B" w:rsidP="000E468F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«Оценочного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https://www.culture.ru/</w:t>
            </w:r>
          </w:p>
        </w:tc>
      </w:tr>
      <w:tr w:rsidR="0008772E" w:rsidRPr="000E468F" w:rsidTr="00783F49">
        <w:trPr>
          <w:trHeight w:hRule="exact" w:val="269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Взаимовлияние культур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09.02.2023 15.02.2023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5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иметь представление о значении терминов</w:t>
            </w:r>
            <w:r w:rsid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«взаимодействие культур», «культурный обмен»; понимать и объяснять важность сохранения культурного наследия; слушать объяснения учителя, понимать и разграничивать понятия, отбирать и сравнивать материал по нескольким источникам;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2E" w:rsidRPr="000E468F" w:rsidTr="000E468F">
        <w:trPr>
          <w:trHeight w:hRule="exact" w:val="269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7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Духовно-нравственные ценности российского народа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0E468F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16.02.2023 01.03.2023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52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уметь объяснять значение основных понятий, отражающих духовно-нравственные ценности; осознавать их и защищать в качестве базовых общегражданских ценностей российского общества; слушать объяснения учителя, работать с учебником (смысловое чтение);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6840" w:h="11900"/>
          <w:pgMar w:top="284" w:right="640" w:bottom="80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8772E" w:rsidRDefault="0008772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126"/>
        <w:gridCol w:w="528"/>
        <w:gridCol w:w="846"/>
        <w:gridCol w:w="851"/>
        <w:gridCol w:w="1134"/>
        <w:gridCol w:w="4433"/>
        <w:gridCol w:w="1416"/>
        <w:gridCol w:w="3700"/>
      </w:tblGrid>
      <w:tr w:rsidR="0008772E" w:rsidRPr="000E468F" w:rsidTr="00783F49">
        <w:trPr>
          <w:trHeight w:hRule="exact" w:val="242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Регионы России: культурное многообразие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02.03.2023 15.03.2023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принципы федеративного устройства России, объяснять понятие «</w:t>
            </w: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полиэтничность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»; понимать ценность многообразия культурных укладов народов России; уметь рассказывать о культурном своеобразии своей малой родины;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слушать и анализировать выступления одноклассников, работать с источниками;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E468F" w:rsidRDefault="008B6B2B" w:rsidP="00783F49">
            <w:pPr>
              <w:autoSpaceDE w:val="0"/>
              <w:autoSpaceDN w:val="0"/>
              <w:spacing w:after="0" w:line="240" w:lineRule="auto"/>
              <w:ind w:left="74" w:right="40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Контрольная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работа;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E468F" w:rsidRDefault="008B6B2B" w:rsidP="00783F49">
            <w:pPr>
              <w:autoSpaceDE w:val="0"/>
              <w:autoSpaceDN w:val="0"/>
              <w:spacing w:after="0" w:line="240" w:lineRule="auto"/>
              <w:ind w:left="74" w:right="40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0E468F" w:rsidRDefault="008B6B2B" w:rsidP="00783F49">
            <w:pPr>
              <w:autoSpaceDE w:val="0"/>
              <w:autoSpaceDN w:val="0"/>
              <w:spacing w:after="0" w:line="240" w:lineRule="auto"/>
              <w:ind w:left="74" w:right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https://www.culture.ru/</w:t>
            </w:r>
          </w:p>
        </w:tc>
      </w:tr>
      <w:tr w:rsidR="0008772E" w:rsidRPr="000E468F" w:rsidTr="00783F49">
        <w:trPr>
          <w:trHeight w:hRule="exact" w:val="241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8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80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Праздники в культуре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80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16.03.2023 22.03.2023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80" w:after="0" w:line="254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объяснять, что такое «народный праздник»; уметь рассказывать о праздничных традициях разных народов и своей семьи;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 нравственный смысл народного праздника;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работать с учебником, просматривать и анализировать учебные фильмы;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80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2E" w:rsidRPr="000E468F" w:rsidTr="000E468F">
        <w:trPr>
          <w:trHeight w:hRule="exact" w:val="269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Памятники в культуре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23.03.2023 29.03.2023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устанавливать связь между историей памятника и историей края;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памятники истории и культуры; понимать нравственный и научный смысл краеведческой работы;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слушать объяснения учителя, работать с научно-популярной литературой, просматривать и анализировать учебные фильмы;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E468F" w:rsidRDefault="008B6B2B" w:rsidP="000E468F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8772E" w:rsidRPr="000E468F" w:rsidRDefault="008B6B2B" w:rsidP="000E468F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«Оценочного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https://www.culture.ru/</w:t>
            </w:r>
          </w:p>
        </w:tc>
      </w:tr>
      <w:tr w:rsidR="0008772E" w:rsidRPr="003846E6" w:rsidTr="00783F49">
        <w:trPr>
          <w:trHeight w:hRule="exact" w:val="255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Музыкальная культура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30.03.2023 05.04.2023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54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особенности музыки как вида искусства; знать и называть основные темы музыкального творчества народов России, понимать, как история народа отражается в его музыке; слушать объяснения учителя, работать с научн</w:t>
            </w:r>
            <w:proofErr w:type="gram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о-</w:t>
            </w:r>
            <w:proofErr w:type="gramEnd"/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популярной литературой, просматривать и анализировать учебные фильмы;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E468F" w:rsidRDefault="008B6B2B" w:rsidP="00783F49">
            <w:pPr>
              <w:autoSpaceDE w:val="0"/>
              <w:autoSpaceDN w:val="0"/>
              <w:spacing w:after="0" w:line="240" w:lineRule="auto"/>
              <w:ind w:left="74" w:right="40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783F49" w:rsidRDefault="008B6B2B" w:rsidP="00783F49">
            <w:pPr>
              <w:autoSpaceDE w:val="0"/>
              <w:autoSpaceDN w:val="0"/>
              <w:spacing w:after="0" w:line="240" w:lineRule="auto"/>
              <w:ind w:left="74" w:right="40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</w:t>
            </w:r>
          </w:p>
          <w:p w:rsidR="0008772E" w:rsidRPr="000E468F" w:rsidRDefault="008B6B2B" w:rsidP="00783F49">
            <w:pPr>
              <w:autoSpaceDE w:val="0"/>
              <w:autoSpaceDN w:val="0"/>
              <w:spacing w:after="0" w:line="240" w:lineRule="auto"/>
              <w:ind w:left="74" w:right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го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772E" w:rsidRPr="003846E6" w:rsidTr="00783F49">
        <w:trPr>
          <w:trHeight w:hRule="exact" w:val="32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4.9.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Изобразительное искусство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06.04.2023 19.04.2023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 особенности изобразительного искусства как вида художественного творчества;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 и обосновывать важность искусства как формы трансляции культурных ценностей; знать и называть основные темы искусства народов России; слушать объяснения учителя, работать с научно-популярной литературой, просматривать и анализировать учебные фильмы;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83F49" w:rsidRDefault="008B6B2B">
            <w:pPr>
              <w:autoSpaceDE w:val="0"/>
              <w:autoSpaceDN w:val="0"/>
              <w:spacing w:before="76" w:after="0" w:line="250" w:lineRule="auto"/>
              <w:ind w:left="72" w:right="144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8772E" w:rsidRPr="000E468F" w:rsidRDefault="008B6B2B">
            <w:pPr>
              <w:autoSpaceDE w:val="0"/>
              <w:autoSpaceDN w:val="0"/>
              <w:spacing w:before="76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«Оценочного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772E" w:rsidRPr="003846E6" w:rsidTr="00783F49">
        <w:trPr>
          <w:trHeight w:hRule="exact" w:val="268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Фольклор и литература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 w:rsidP="00783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20.04.2023 26.04.2023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понимать, что такое национальная литература; объяснять и показывать на примерах, как произведения фольклора отражают историю народа, его духовно-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нравственные ценности; отбирать и сравнивать материал из нескольких источников, решать текстовые задачи, слушать и анализировать выступления одноклассников;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83F49" w:rsidRDefault="008B6B2B">
            <w:pPr>
              <w:autoSpaceDE w:val="0"/>
              <w:autoSpaceDN w:val="0"/>
              <w:spacing w:before="78" w:after="0" w:line="250" w:lineRule="auto"/>
              <w:ind w:left="72" w:right="144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</w:p>
          <w:p w:rsidR="0008772E" w:rsidRPr="000E468F" w:rsidRDefault="008B6B2B">
            <w:pPr>
              <w:autoSpaceDE w:val="0"/>
              <w:autoSpaceDN w:val="0"/>
              <w:spacing w:before="78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«Оценочного листа»;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8772E" w:rsidRPr="000E468F" w:rsidTr="00783F49">
        <w:trPr>
          <w:trHeight w:hRule="exact" w:val="184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4.11.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Бытовые традиции народов России: пища, одежда, дом (</w:t>
            </w:r>
            <w:r w:rsidRPr="000E468F">
              <w:rPr>
                <w:rFonts w:ascii="Times New Roman" w:eastAsia="Times New Roman" w:hAnsi="Times New Roman" w:cs="Times New Roman"/>
                <w:i/>
                <w:color w:val="000000"/>
                <w:w w:val="97"/>
                <w:sz w:val="24"/>
                <w:szCs w:val="24"/>
                <w:lang w:val="ru-RU"/>
              </w:rPr>
              <w:t>практическое занятие</w:t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27.04.2023 03.05.2023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отбирать и сравнивать учебный материал по нескольким источникам, решать текстовые задачи, слушать и </w:t>
            </w:r>
            <w:r w:rsidRPr="000E46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783F49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анализировать выступления </w:t>
            </w:r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одноклассников, работать с научно-популярной литературой;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8B6B2B">
            <w:pPr>
              <w:autoSpaceDE w:val="0"/>
              <w:autoSpaceDN w:val="0"/>
              <w:spacing w:before="76" w:after="0" w:line="245" w:lineRule="auto"/>
              <w:ind w:left="72" w:right="28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0E468F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0E468F" w:rsidRDefault="00087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6840" w:h="11900"/>
          <w:pgMar w:top="284" w:right="640" w:bottom="3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8772E" w:rsidRDefault="0008772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126"/>
        <w:gridCol w:w="528"/>
        <w:gridCol w:w="846"/>
        <w:gridCol w:w="851"/>
        <w:gridCol w:w="1134"/>
        <w:gridCol w:w="4433"/>
        <w:gridCol w:w="1416"/>
        <w:gridCol w:w="3700"/>
      </w:tblGrid>
      <w:tr w:rsidR="0008772E" w:rsidRPr="00783F49" w:rsidTr="00783F49">
        <w:trPr>
          <w:trHeight w:hRule="exact" w:val="1569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4.12.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45" w:lineRule="auto"/>
              <w:ind w:right="288"/>
              <w:jc w:val="center"/>
              <w:rPr>
                <w:sz w:val="24"/>
                <w:szCs w:val="24"/>
                <w:lang w:val="ru-RU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Культурная карта России (</w:t>
            </w:r>
            <w:r w:rsidRPr="00783F49">
              <w:rPr>
                <w:rFonts w:ascii="Times New Roman" w:eastAsia="Times New Roman" w:hAnsi="Times New Roman"/>
                <w:i/>
                <w:color w:val="000000"/>
                <w:w w:val="97"/>
                <w:sz w:val="24"/>
                <w:szCs w:val="24"/>
                <w:lang w:val="ru-RU"/>
              </w:rPr>
              <w:t>практическое занятие</w:t>
            </w: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04.05.2023 10.05.2023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50" w:lineRule="auto"/>
              <w:ind w:left="72" w:right="144"/>
              <w:rPr>
                <w:sz w:val="24"/>
                <w:szCs w:val="24"/>
                <w:lang w:val="ru-RU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отбирать и сравнивать несколько источников, решать текстовые задачи, слушать и анализировать выступления одноклассников, работать с научно-популярной литературой;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45" w:lineRule="auto"/>
              <w:ind w:left="72" w:right="288"/>
              <w:rPr>
                <w:sz w:val="24"/>
                <w:szCs w:val="24"/>
              </w:rPr>
            </w:pPr>
            <w:proofErr w:type="spellStart"/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08772E">
            <w:pPr>
              <w:rPr>
                <w:sz w:val="24"/>
                <w:szCs w:val="24"/>
              </w:rPr>
            </w:pPr>
          </w:p>
        </w:tc>
      </w:tr>
      <w:tr w:rsidR="0008772E" w:rsidRPr="003846E6" w:rsidTr="00783F49">
        <w:trPr>
          <w:trHeight w:hRule="exact" w:val="18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4.13.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45" w:lineRule="auto"/>
              <w:ind w:left="72" w:right="144"/>
              <w:rPr>
                <w:sz w:val="24"/>
                <w:szCs w:val="24"/>
                <w:lang w:val="ru-RU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Единство страны  — залог будущего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45" w:lineRule="auto"/>
              <w:jc w:val="center"/>
              <w:rPr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11.05.2023 24.05.2023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52" w:lineRule="auto"/>
              <w:ind w:left="72" w:right="144"/>
              <w:rPr>
                <w:sz w:val="24"/>
                <w:szCs w:val="24"/>
                <w:lang w:val="ru-RU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понимать и объяснять значение общих элементов и черт в культуре разных народов России для обоснования её культурного, экономического единства; </w:t>
            </w:r>
            <w:r w:rsidRPr="00783F49">
              <w:rPr>
                <w:sz w:val="24"/>
                <w:szCs w:val="24"/>
                <w:lang w:val="ru-RU"/>
              </w:rPr>
              <w:br/>
            </w: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слушать объяснения учителя, систематизировать учебный материал;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  <w:lang w:val="ru-RU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Устный опрос; </w:t>
            </w:r>
            <w:r w:rsidRPr="00783F49">
              <w:rPr>
                <w:sz w:val="24"/>
                <w:szCs w:val="24"/>
                <w:lang w:val="ru-RU"/>
              </w:rPr>
              <w:br/>
            </w: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Промежуточная аттестация (тест);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08772E">
            <w:pPr>
              <w:rPr>
                <w:sz w:val="24"/>
                <w:szCs w:val="24"/>
                <w:lang w:val="ru-RU"/>
              </w:rPr>
            </w:pPr>
          </w:p>
        </w:tc>
      </w:tr>
      <w:tr w:rsidR="0008772E" w:rsidRPr="00783F49" w:rsidTr="00783F49">
        <w:trPr>
          <w:trHeight w:hRule="exact" w:val="1278"/>
        </w:trPr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>
            <w:pPr>
              <w:autoSpaceDE w:val="0"/>
              <w:autoSpaceDN w:val="0"/>
              <w:spacing w:before="76" w:after="0" w:line="245" w:lineRule="auto"/>
              <w:ind w:left="72" w:right="288"/>
              <w:rPr>
                <w:sz w:val="24"/>
                <w:szCs w:val="24"/>
                <w:lang w:val="ru-RU"/>
              </w:rPr>
            </w:pPr>
            <w:r w:rsidRPr="00783F49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b/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34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b/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8B6B2B" w:rsidP="00783F49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b/>
                <w:sz w:val="24"/>
                <w:szCs w:val="24"/>
              </w:rPr>
            </w:pPr>
            <w:r w:rsidRPr="00783F49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4</w:t>
            </w:r>
          </w:p>
        </w:tc>
        <w:tc>
          <w:tcPr>
            <w:tcW w:w="10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783F49" w:rsidRDefault="0008772E">
            <w:pPr>
              <w:rPr>
                <w:sz w:val="24"/>
                <w:szCs w:val="24"/>
              </w:rPr>
            </w:pP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08772E" w:rsidRDefault="0008772E">
      <w:pPr>
        <w:autoSpaceDE w:val="0"/>
        <w:autoSpaceDN w:val="0"/>
        <w:spacing w:after="78" w:line="220" w:lineRule="exact"/>
      </w:pPr>
    </w:p>
    <w:p w:rsidR="0008772E" w:rsidRDefault="008B6B2B" w:rsidP="00783F49">
      <w:pPr>
        <w:autoSpaceDE w:val="0"/>
        <w:autoSpaceDN w:val="0"/>
        <w:spacing w:after="32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031"/>
        <w:gridCol w:w="709"/>
        <w:gridCol w:w="1276"/>
        <w:gridCol w:w="1417"/>
        <w:gridCol w:w="1276"/>
        <w:gridCol w:w="1339"/>
      </w:tblGrid>
      <w:tr w:rsidR="0008772E" w:rsidTr="00DB0ACD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4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08772E" w:rsidTr="00DB0ACD">
        <w:trPr>
          <w:trHeight w:hRule="exact" w:val="828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Default="0008772E"/>
        </w:tc>
        <w:tc>
          <w:tcPr>
            <w:tcW w:w="4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Default="0008772E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Default="0008772E"/>
        </w:tc>
        <w:tc>
          <w:tcPr>
            <w:tcW w:w="1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72E" w:rsidRDefault="0008772E"/>
        </w:tc>
      </w:tr>
      <w:tr w:rsidR="0008772E" w:rsidTr="00DB0ACD">
        <w:trPr>
          <w:trHeight w:hRule="exact" w:val="277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14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Формирование и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закрепление гражданского единства. Родина и Отечество. Традиционные ценности и ролевые модели. Традиционная семья. Всеобщий характер морали и нравственности.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14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Русский язык и единое культурное пространство. Риски и угрозы духовно-нравственной культуры народов России.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FD1979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FD1979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FD1979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ответ;</w:t>
            </w:r>
          </w:p>
        </w:tc>
      </w:tr>
      <w:tr w:rsidR="0008772E" w:rsidRPr="003846E6" w:rsidTr="00DB0ACD">
        <w:trPr>
          <w:trHeight w:hRule="exact" w:val="168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Россия </w:t>
            </w:r>
            <w:proofErr w:type="gram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—м</w:t>
            </w:r>
            <w:proofErr w:type="gram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ногонациональная страна. Многонациональный народ Российской Федерации.</w:t>
            </w:r>
          </w:p>
          <w:p w:rsidR="0008772E" w:rsidRPr="008B6B2B" w:rsidRDefault="008B6B2B" w:rsidP="00DB0ACD">
            <w:pPr>
              <w:autoSpaceDE w:val="0"/>
              <w:autoSpaceDN w:val="0"/>
              <w:spacing w:before="70" w:after="0" w:line="23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Россия как общий дом.</w:t>
            </w:r>
            <w:r w:rsidR="00DB0ACD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Дружба народов.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FD1979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FD1979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FD1979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0ACD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DB0ACD">
        <w:trPr>
          <w:trHeight w:hRule="exact" w:val="214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>
            <w:pPr>
              <w:autoSpaceDE w:val="0"/>
              <w:autoSpaceDN w:val="0"/>
              <w:spacing w:before="98" w:after="0"/>
              <w:ind w:left="72" w:right="288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Что такое язык? Как в языке народа отражается его история? Язык как инструмент культуры.</w:t>
            </w:r>
          </w:p>
          <w:p w:rsidR="0008772E" w:rsidRPr="008B6B2B" w:rsidRDefault="008B6B2B">
            <w:pPr>
              <w:autoSpaceDE w:val="0"/>
              <w:autoSpaceDN w:val="0"/>
              <w:spacing w:before="70" w:after="0" w:line="278" w:lineRule="auto"/>
              <w:ind w:left="72" w:right="288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Важность коммуникации между людьми. Языки народов мира, их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взаимосвязь.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3846E6" w:rsidTr="00DB0ACD">
        <w:trPr>
          <w:trHeight w:hRule="exact" w:val="416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DB0ACD" w:rsidRDefault="008B6B2B">
            <w:pPr>
              <w:autoSpaceDE w:val="0"/>
              <w:autoSpaceDN w:val="0"/>
              <w:spacing w:before="98" w:after="0" w:line="288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Русский язык — основа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российской культуры. Как складывался русский язык: вклад народов России в</w:t>
            </w:r>
            <w:r w:rsidR="00DB0AC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его развитие. Русский язык как </w:t>
            </w: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культурообразующий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проект и язык межнационального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общения. Важность общего языка для всех народов России. </w:t>
            </w:r>
            <w:r w:rsidRPr="00DB0AC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Возможности, </w:t>
            </w:r>
            <w:r w:rsidRPr="00DB0ACD">
              <w:rPr>
                <w:lang w:val="ru-RU"/>
              </w:rPr>
              <w:br/>
            </w:r>
            <w:r w:rsidRPr="00DB0ACD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которые даёт русский язык.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0ACD" w:rsidRDefault="008B6B2B">
            <w:pPr>
              <w:autoSpaceDE w:val="0"/>
              <w:autoSpaceDN w:val="0"/>
              <w:spacing w:before="98" w:after="0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</w:tbl>
    <w:p w:rsidR="0008772E" w:rsidRPr="008B6B2B" w:rsidRDefault="0008772E">
      <w:pPr>
        <w:autoSpaceDE w:val="0"/>
        <w:autoSpaceDN w:val="0"/>
        <w:spacing w:after="0" w:line="14" w:lineRule="exact"/>
        <w:rPr>
          <w:lang w:val="ru-RU"/>
        </w:rPr>
      </w:pPr>
    </w:p>
    <w:p w:rsidR="0008772E" w:rsidRPr="008B6B2B" w:rsidRDefault="0008772E">
      <w:pPr>
        <w:rPr>
          <w:lang w:val="ru-RU"/>
        </w:rPr>
        <w:sectPr w:rsidR="0008772E" w:rsidRPr="008B6B2B">
          <w:pgSz w:w="11900" w:h="16840"/>
          <w:pgMar w:top="298" w:right="650" w:bottom="29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Pr="008B6B2B" w:rsidRDefault="0008772E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031"/>
        <w:gridCol w:w="709"/>
        <w:gridCol w:w="1276"/>
        <w:gridCol w:w="1417"/>
        <w:gridCol w:w="1276"/>
        <w:gridCol w:w="1339"/>
      </w:tblGrid>
      <w:tr w:rsidR="0008772E" w:rsidRPr="003846E6" w:rsidTr="00DB0ACD">
        <w:trPr>
          <w:trHeight w:hRule="exact" w:val="19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Что такое культура.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288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Культура и природа. Роль культуры в жизни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общества. Многообразие культур и его причины.</w:t>
            </w:r>
          </w:p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4" w:right="5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пространства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0ACD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DB0ACD">
        <w:trPr>
          <w:trHeight w:hRule="exact" w:val="169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4"/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Материальная культура: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архитектура, одежда, пища, транспорт, техника.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духовно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-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нравственными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ценностями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3846E6" w:rsidTr="00DB0ACD">
        <w:trPr>
          <w:trHeight w:hRule="exact" w:val="227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Духовно-нравственная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культура. Искусство, наука, духовность. Мораль,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нравственность, ценности.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Художественное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осмысление мира. Символ и знак. Духовная культура как реализация ценностей.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B0ACD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DB0ACD">
        <w:trPr>
          <w:trHeight w:hRule="exact" w:val="171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43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Религия и культура. Что такое религия, её роль в жизни общества и человека.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144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Государствообразующие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религии России. Единство ценностей в религиях России.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08772E" w:rsidTr="00DB0ACD">
        <w:trPr>
          <w:trHeight w:hRule="exact" w:val="169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Зачем нужно учиться?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Культура как способ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получения нужных знаний.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4" w:right="288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Образование как ключ к социализации и духовно-нравственному развитию человека.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08772E" w:rsidTr="00DB0ACD">
        <w:trPr>
          <w:trHeight w:hRule="exact" w:val="18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4" w:right="144"/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Единство культур народов России. Что значит быть культурным человеком?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России.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/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1900" w:h="16840"/>
          <w:pgMar w:top="284" w:right="650" w:bottom="60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Default="0008772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031"/>
        <w:gridCol w:w="709"/>
        <w:gridCol w:w="1276"/>
        <w:gridCol w:w="1417"/>
        <w:gridCol w:w="1276"/>
        <w:gridCol w:w="1339"/>
      </w:tblGrid>
      <w:tr w:rsidR="0008772E" w:rsidTr="00DB0ACD">
        <w:trPr>
          <w:trHeight w:hRule="exact" w:val="171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 w:right="144"/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Семья — базовый элемент общества. Семейные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ценности, традиции и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культура.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сиротам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духовно-нравственный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долг человека.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DB0ACD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3846E6" w:rsidTr="00137C05">
        <w:trPr>
          <w:trHeight w:hRule="exact" w:val="169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История семьи как часть истории народа,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государства, человечества.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Как </w:t>
            </w:r>
            <w:proofErr w:type="gram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связаны</w:t>
            </w:r>
            <w:proofErr w:type="gram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Родина и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семья? Что такое Родина и Отечество?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DB0ACD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7C05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RPr="003846E6" w:rsidTr="00137C05">
        <w:trPr>
          <w:trHeight w:hRule="exact" w:val="170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 w:right="86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Семейные традиции народов России.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Межнациональные семьи. Семейное воспитание как трансляция ценностей.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DB0ACD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7C05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137C05">
        <w:trPr>
          <w:trHeight w:hRule="exact" w:val="170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DB0ACD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 устного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поэтического творчества (сказки, поговорки и т.д.) о семье и семейных обязанностях. </w:t>
            </w: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Семья в </w:t>
            </w:r>
            <w:r w:rsidRPr="00137C05">
              <w:rPr>
                <w:lang w:val="ru-RU"/>
              </w:rPr>
              <w:br/>
            </w: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литературе и произведениях разных </w:t>
            </w:r>
            <w:r w:rsidRPr="00137C05">
              <w:rPr>
                <w:lang w:val="ru-RU"/>
              </w:rPr>
              <w:br/>
            </w: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видов искусства.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DB0ACD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3846E6" w:rsidTr="00137C05">
        <w:trPr>
          <w:trHeight w:hRule="exact" w:val="16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Социальные роли в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истории семьи. Роль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домашнего труда. Роль нравственных норм в благополучии семьи.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DB0ACD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7C05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137C05">
        <w:trPr>
          <w:trHeight w:hRule="exact" w:val="115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DB0ACD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Рассказ о своей семье (с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использованием фотографий, книг, писем и др.). </w:t>
            </w: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Семейное древо.</w:t>
            </w:r>
          </w:p>
          <w:p w:rsidR="0008772E" w:rsidRPr="00137C05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Семейные традиции.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DB0ACD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8772E" w:rsidTr="00137C05">
        <w:trPr>
          <w:trHeight w:hRule="exact" w:val="169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DB0ACD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Что делает человека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человеком? Почему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не может жить вне общества. Связь между обществом и культурой как реализация духовно-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нравственных ценностей.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DB0ACD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DB0ACD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1900" w:h="16840"/>
          <w:pgMar w:top="284" w:right="650" w:bottom="52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Default="0008772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031"/>
        <w:gridCol w:w="709"/>
        <w:gridCol w:w="1276"/>
        <w:gridCol w:w="1417"/>
        <w:gridCol w:w="1276"/>
        <w:gridCol w:w="1339"/>
      </w:tblGrid>
      <w:tr w:rsidR="0008772E" w:rsidTr="00137C05">
        <w:trPr>
          <w:trHeight w:hRule="exact" w:val="284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Культура как духовный мир человека. Мораль.</w:t>
            </w:r>
            <w:r w:rsidR="00137C05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Нравственность.</w:t>
            </w:r>
          </w:p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Патриотизм. Реализация ценностей в культуре.</w:t>
            </w:r>
          </w:p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Творчество: что это такое? Границы творчества.</w:t>
            </w:r>
            <w:r w:rsidR="00137C05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Традиции и новации в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культуре. Границы культур. Созидательный труд.</w:t>
            </w:r>
            <w:r w:rsidR="00137C05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Важность труда как </w:t>
            </w:r>
            <w:r w:rsidR="00137C05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творческой деятельности, как реализации.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137C05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137C05" w:rsidTr="00137C05">
        <w:trPr>
          <w:trHeight w:hRule="exact" w:val="25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Мораль и нравственность в жизни человека.</w:t>
            </w:r>
            <w:r w:rsidR="00137C05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Взаимопомощь,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сострадание, милосердие, любовь, дружба, коллективизм, патриотизм, любовь к </w:t>
            </w:r>
            <w:proofErr w:type="gram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близким</w:t>
            </w:r>
            <w:proofErr w:type="gram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  <w:rPr>
                <w:lang w:val="ru-RU"/>
              </w:rPr>
            </w:pP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08772E" w:rsidP="00137C05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Устный опрос;</w:t>
            </w:r>
          </w:p>
        </w:tc>
      </w:tr>
      <w:tr w:rsidR="0008772E" w:rsidTr="00137C05">
        <w:trPr>
          <w:trHeight w:hRule="exact" w:val="31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137C05">
            <w:pPr>
              <w:autoSpaceDE w:val="0"/>
              <w:autoSpaceDN w:val="0"/>
              <w:spacing w:after="0" w:line="240" w:lineRule="auto"/>
              <w:jc w:val="center"/>
              <w:rPr>
                <w:lang w:val="ru-RU"/>
              </w:rPr>
            </w:pP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20.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Что такое история и почему она важна? История семьи— </w:t>
            </w:r>
            <w:proofErr w:type="gram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</w:t>
            </w:r>
            <w:proofErr w:type="gram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сть истории народа, государства, человечества.</w:t>
            </w:r>
            <w:r w:rsidR="00137C05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Важность исторической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памяти, недопустимость её фальсификации.</w:t>
            </w:r>
            <w:r w:rsidR="00137C0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137C05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3846E6" w:rsidTr="00137C05">
        <w:trPr>
          <w:trHeight w:hRule="exact" w:val="167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Литература как художественное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осмысление действительности. От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сказки к роману. Зачем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нужны литературные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произведения?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Внутренний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духовность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137C05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7C05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</w:tbl>
    <w:p w:rsidR="0008772E" w:rsidRPr="008B6B2B" w:rsidRDefault="0008772E">
      <w:pPr>
        <w:autoSpaceDE w:val="0"/>
        <w:autoSpaceDN w:val="0"/>
        <w:spacing w:after="0" w:line="14" w:lineRule="exact"/>
        <w:rPr>
          <w:lang w:val="ru-RU"/>
        </w:rPr>
      </w:pPr>
    </w:p>
    <w:p w:rsidR="0008772E" w:rsidRPr="008B6B2B" w:rsidRDefault="0008772E">
      <w:pPr>
        <w:rPr>
          <w:lang w:val="ru-RU"/>
        </w:rPr>
        <w:sectPr w:rsidR="0008772E" w:rsidRPr="008B6B2B">
          <w:pgSz w:w="11900" w:h="16840"/>
          <w:pgMar w:top="284" w:right="650" w:bottom="143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Pr="008B6B2B" w:rsidRDefault="0008772E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031"/>
        <w:gridCol w:w="709"/>
        <w:gridCol w:w="1276"/>
        <w:gridCol w:w="1417"/>
        <w:gridCol w:w="1276"/>
        <w:gridCol w:w="1339"/>
      </w:tblGrid>
      <w:tr w:rsidR="0008772E" w:rsidTr="00137C05">
        <w:trPr>
          <w:trHeight w:hRule="exact" w:val="284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Взаимодействие культур.</w:t>
            </w:r>
          </w:p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Межпоколенная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межкультурная трансляция.</w:t>
            </w:r>
          </w:p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Обмен ценностными установками и идеями.</w:t>
            </w:r>
          </w:p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Примеры межкультурной коммуникации как способ формирования общих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духовно-нравственных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ценностей.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137C05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3846E6" w:rsidTr="00137C05">
        <w:trPr>
          <w:trHeight w:hRule="exact" w:val="367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proofErr w:type="gram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Жизнь, достоинство, права и свободы человека, патриотизм,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гражданственность, служение Отечеству и ответственность за его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судьбу, высокие нравственные идеалы, крепкая семья,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созидательный труд, приоритет духовного над материальным, гуманизм, милосердие,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справедливость, коллективизм,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взаимопомощь, историческая память и преемственность поколений, единство народов России.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137C05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37C05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137C05">
        <w:trPr>
          <w:trHeight w:hRule="exact" w:val="98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137C05" w:rsidRDefault="008B6B2B" w:rsidP="00137C05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Исторические и социальные причины культурного разнообразия. </w:t>
            </w:r>
            <w:r w:rsidRPr="00137C0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Каждый регион уникален.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137C05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Tr="00137C05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137C05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Малая Родина — часть общего Отечества.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137C05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137C05">
            <w:pPr>
              <w:autoSpaceDE w:val="0"/>
              <w:autoSpaceDN w:val="0"/>
              <w:spacing w:after="0" w:line="240" w:lineRule="auto"/>
              <w:ind w:left="72" w:right="63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Default="0008772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031"/>
        <w:gridCol w:w="709"/>
        <w:gridCol w:w="1276"/>
        <w:gridCol w:w="1417"/>
        <w:gridCol w:w="1276"/>
        <w:gridCol w:w="1339"/>
      </w:tblGrid>
      <w:tr w:rsidR="0008772E" w:rsidTr="00453331">
        <w:trPr>
          <w:trHeight w:hRule="exact" w:val="227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Памятники как часть культуры: исторические, художественные, архитектурные. Культура как память. Музеи. Храмы.</w:t>
            </w:r>
            <w:r w:rsidR="00453331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Дворцы. Исторические здания как свидетели истории. Архитектура и духовно-нравственные ценности народов России.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53331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RPr="003846E6" w:rsidTr="00453331">
        <w:trPr>
          <w:trHeight w:hRule="exact" w:val="170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53331" w:rsidRDefault="008B6B2B" w:rsidP="0045333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Музыка. Музыкальные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произведения. Музыка как форма выражения эмоциональных связей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между людьми. Народные инструменты. </w:t>
            </w:r>
            <w:r w:rsidRPr="00453331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История народа в его музыке и инструментах.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53331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331" w:rsidRDefault="008B6B2B" w:rsidP="00453331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RPr="003846E6" w:rsidTr="00453331">
        <w:trPr>
          <w:trHeight w:hRule="exact" w:val="19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Художественная реальность. Скульптура: от религиозных сюжетов к современному искусству.</w:t>
            </w:r>
          </w:p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Храмовые росписи и фольклорные орнаменты. Живопись, графика.</w:t>
            </w:r>
          </w:p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Выдающиеся художники разных народов России.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53331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53331" w:rsidRDefault="008B6B2B" w:rsidP="00453331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RPr="003846E6" w:rsidTr="004A0396">
        <w:trPr>
          <w:trHeight w:hRule="exact" w:val="17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Пословицы и поговорки.</w:t>
            </w:r>
            <w:r w:rsidR="004A0396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Эпос и сказка. Фольклор как отражение истории народа и его ценностей,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морали и нравственности. </w:t>
            </w: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Национальная литература. Богатство культуры народа в его литературе.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4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08772E" w:rsidP="00453331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A0396" w:rsidRDefault="008B6B2B" w:rsidP="00453331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4A0396">
        <w:trPr>
          <w:trHeight w:hRule="exact" w:val="155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53331">
            <w:pPr>
              <w:autoSpaceDE w:val="0"/>
              <w:autoSpaceDN w:val="0"/>
              <w:spacing w:after="0" w:line="240" w:lineRule="auto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30.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45333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Рассказ о бытовых традициях своей семьи, народа, региона. Доклад с использованием разнообразного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зрительного ряда и других источников.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53331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53331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1900" w:h="16840"/>
          <w:pgMar w:top="284" w:right="650" w:bottom="68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Default="0008772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4031"/>
        <w:gridCol w:w="709"/>
        <w:gridCol w:w="1276"/>
        <w:gridCol w:w="1417"/>
        <w:gridCol w:w="1276"/>
        <w:gridCol w:w="1339"/>
      </w:tblGrid>
      <w:tr w:rsidR="0008772E" w:rsidTr="004A0396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4A0396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География культур России.</w:t>
            </w:r>
          </w:p>
          <w:p w:rsidR="0008772E" w:rsidRPr="008B6B2B" w:rsidRDefault="008B6B2B" w:rsidP="004A0396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Россия как культурная </w:t>
            </w:r>
            <w:r w:rsidR="004A0396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карта. Описание регионов в соответствии с их особенностями.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A0396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08772E" w:rsidRPr="003846E6" w:rsidTr="004A0396">
        <w:trPr>
          <w:trHeight w:hRule="exact" w:val="169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4A0396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Россия — единая страна.</w:t>
            </w:r>
            <w:r w:rsidR="004A0396">
              <w:rPr>
                <w:lang w:val="ru-RU"/>
              </w:rPr>
              <w:t xml:space="preserve"> </w:t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Русский мир. Общая история, сходство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культурных традиций, единые духовно-нравственные ценности народов России.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4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08772E" w:rsidP="004A0396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8B6B2B">
              <w:rPr>
                <w:lang w:val="ru-RU"/>
              </w:rPr>
              <w:br/>
            </w: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 "Оценочно</w:t>
            </w:r>
          </w:p>
          <w:p w:rsidR="0008772E" w:rsidRPr="008B6B2B" w:rsidRDefault="008B6B2B" w:rsidP="004A0396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</w:t>
            </w:r>
            <w:proofErr w:type="spellEnd"/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листа";</w:t>
            </w:r>
          </w:p>
        </w:tc>
      </w:tr>
      <w:tr w:rsidR="0008772E" w:rsidTr="004A0396">
        <w:trPr>
          <w:trHeight w:hRule="exact" w:val="11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jc w:val="center"/>
              <w:rPr>
                <w:lang w:val="ru-RU"/>
              </w:rPr>
            </w:pPr>
            <w:r w:rsidRPr="004A0396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33.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4A0396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Общая история, сходство культурных традиций, единые духовно-нравственные ценности народов России.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A0396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8772E" w:rsidTr="004A0396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Промежуточная аттестация (тест)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A0396">
            <w:pPr>
              <w:spacing w:after="0" w:line="240" w:lineRule="auto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8B6B2B" w:rsidP="004A0396">
            <w:pPr>
              <w:autoSpaceDE w:val="0"/>
              <w:autoSpaceDN w:val="0"/>
              <w:spacing w:after="0" w:line="240" w:lineRule="auto"/>
              <w:ind w:right="288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 (тест);</w:t>
            </w:r>
          </w:p>
        </w:tc>
      </w:tr>
      <w:tr w:rsidR="0008772E" w:rsidTr="004A0396">
        <w:trPr>
          <w:trHeight w:hRule="exact" w:val="808"/>
        </w:trPr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8B6B2B" w:rsidRDefault="008B6B2B" w:rsidP="004A0396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8B6B2B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4"/>
              <w:jc w:val="center"/>
              <w:rPr>
                <w:b/>
              </w:rPr>
            </w:pPr>
            <w:r w:rsidRPr="004A0396">
              <w:rPr>
                <w:rFonts w:ascii="Times New Roman" w:eastAsia="Times New Roman" w:hAnsi="Times New Roman"/>
                <w:b/>
                <w:color w:val="000000"/>
                <w:sz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b/>
              </w:rPr>
            </w:pPr>
            <w:r w:rsidRPr="004A0396">
              <w:rPr>
                <w:rFonts w:ascii="Times New Roman" w:eastAsia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Pr="004A0396" w:rsidRDefault="008B6B2B" w:rsidP="004A0396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b/>
              </w:rPr>
            </w:pPr>
            <w:r w:rsidRPr="004A0396">
              <w:rPr>
                <w:rFonts w:ascii="Times New Roman" w:eastAsia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8772E" w:rsidRDefault="0008772E" w:rsidP="004A0396">
            <w:pPr>
              <w:spacing w:after="0" w:line="240" w:lineRule="auto"/>
            </w:pPr>
          </w:p>
        </w:tc>
      </w:tr>
    </w:tbl>
    <w:p w:rsidR="0008772E" w:rsidRDefault="0008772E">
      <w:pPr>
        <w:autoSpaceDE w:val="0"/>
        <w:autoSpaceDN w:val="0"/>
        <w:spacing w:after="0" w:line="14" w:lineRule="exact"/>
      </w:pPr>
    </w:p>
    <w:p w:rsidR="0008772E" w:rsidRDefault="0008772E">
      <w:pPr>
        <w:sectPr w:rsidR="0008772E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08772E" w:rsidRDefault="008B6B2B" w:rsidP="004A0396">
      <w:pPr>
        <w:autoSpaceDE w:val="0"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lastRenderedPageBreak/>
        <w:t>УЧЕБНО-МЕТОДИЧЕСКОЕ ОБЕСПЕЧЕНИЕ ОБРАЗОВАТЕЛЬНОГО ПРОЦЕССА</w:t>
      </w:r>
    </w:p>
    <w:p w:rsidR="0008772E" w:rsidRPr="004A0396" w:rsidRDefault="008B6B2B" w:rsidP="004A0396">
      <w:pPr>
        <w:autoSpaceDE w:val="0"/>
        <w:autoSpaceDN w:val="0"/>
        <w:spacing w:after="0" w:line="240" w:lineRule="auto"/>
        <w:rPr>
          <w:lang w:val="ru-RU"/>
        </w:rPr>
      </w:pPr>
      <w:r w:rsidRPr="004A0396">
        <w:rPr>
          <w:rFonts w:ascii="Times New Roman" w:eastAsia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4A0396" w:rsidRDefault="008B6B2B" w:rsidP="004A0396">
      <w:pPr>
        <w:autoSpaceDE w:val="0"/>
        <w:autoSpaceDN w:val="0"/>
        <w:spacing w:after="0" w:line="240" w:lineRule="auto"/>
        <w:ind w:right="-903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Виноградова Н.Ф., Власенко В.И., Поляков А.В., Основы духовно-нравственной культуры</w:t>
      </w:r>
    </w:p>
    <w:p w:rsidR="004A0396" w:rsidRDefault="008B6B2B" w:rsidP="00FD1BF4">
      <w:pPr>
        <w:autoSpaceDE w:val="0"/>
        <w:autoSpaceDN w:val="0"/>
        <w:spacing w:after="0" w:line="240" w:lineRule="auto"/>
        <w:ind w:right="-22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народов России, 5 класс. Общество с ограниченной ответственностью «</w:t>
      </w:r>
      <w:proofErr w:type="gramStart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Издательский</w:t>
      </w:r>
      <w:proofErr w:type="gram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4A0396" w:rsidRDefault="008B6B2B" w:rsidP="004A0396">
      <w:pPr>
        <w:autoSpaceDE w:val="0"/>
        <w:autoSpaceDN w:val="0"/>
        <w:spacing w:after="0" w:line="240" w:lineRule="auto"/>
        <w:ind w:right="-903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центр ВЕНТАНА-ГРАФ»; Акционерное общество «Издательство Просвещение»; </w:t>
      </w:r>
    </w:p>
    <w:p w:rsidR="004A0396" w:rsidRDefault="004A0396" w:rsidP="004A0396">
      <w:pPr>
        <w:autoSpaceDE w:val="0"/>
        <w:autoSpaceDN w:val="0"/>
        <w:spacing w:after="0" w:line="240" w:lineRule="auto"/>
        <w:ind w:right="-903" w:firstLine="28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8772E" w:rsidRPr="008B6B2B" w:rsidRDefault="008B6B2B" w:rsidP="004A0396">
      <w:pPr>
        <w:autoSpaceDE w:val="0"/>
        <w:autoSpaceDN w:val="0"/>
        <w:spacing w:after="0" w:line="240" w:lineRule="auto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08772E" w:rsidRPr="008B6B2B" w:rsidRDefault="008B6B2B" w:rsidP="004A0396">
      <w:pPr>
        <w:autoSpaceDE w:val="0"/>
        <w:autoSpaceDN w:val="0"/>
        <w:spacing w:after="0" w:line="240" w:lineRule="auto"/>
        <w:jc w:val="both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4A0396" w:rsidRDefault="004A0396" w:rsidP="004A0396">
      <w:pPr>
        <w:autoSpaceDE w:val="0"/>
        <w:autoSpaceDN w:val="0"/>
        <w:spacing w:after="0" w:line="240" w:lineRule="auto"/>
        <w:ind w:right="7344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8772E" w:rsidRPr="008B6B2B" w:rsidRDefault="008B6B2B" w:rsidP="004A0396">
      <w:pPr>
        <w:autoSpaceDE w:val="0"/>
        <w:autoSpaceDN w:val="0"/>
        <w:spacing w:after="0" w:line="240" w:lineRule="auto"/>
        <w:ind w:right="7344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https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culture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8B6B2B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youtube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com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watch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 xml:space="preserve">? </w:t>
      </w:r>
      <w:r w:rsidRPr="008B6B2B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yandex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video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preview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/?</w:t>
      </w:r>
    </w:p>
    <w:p w:rsidR="0008772E" w:rsidRPr="008B6B2B" w:rsidRDefault="008B6B2B" w:rsidP="004A0396">
      <w:pPr>
        <w:autoSpaceDE w:val="0"/>
        <w:autoSpaceDN w:val="0"/>
        <w:spacing w:after="0" w:line="240" w:lineRule="auto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https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resh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</w:p>
    <w:p w:rsidR="004A0396" w:rsidRDefault="004A0396" w:rsidP="004A0396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A0396" w:rsidRPr="008B6B2B" w:rsidRDefault="004A0396" w:rsidP="004A0396">
      <w:pPr>
        <w:autoSpaceDE w:val="0"/>
        <w:autoSpaceDN w:val="0"/>
        <w:spacing w:after="0" w:line="240" w:lineRule="auto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4A0396" w:rsidRPr="008B6B2B" w:rsidRDefault="004A0396" w:rsidP="004A0396">
      <w:pPr>
        <w:autoSpaceDE w:val="0"/>
        <w:autoSpaceDN w:val="0"/>
        <w:spacing w:after="0" w:line="240" w:lineRule="auto"/>
        <w:ind w:right="6624"/>
        <w:rPr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  <w:r w:rsidRPr="008B6B2B">
        <w:rPr>
          <w:lang w:val="ru-RU"/>
        </w:rPr>
        <w:br/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Компьютер, проектор, экран, колонки</w:t>
      </w:r>
    </w:p>
    <w:p w:rsidR="004A0396" w:rsidRDefault="004A0396" w:rsidP="004A0396">
      <w:pPr>
        <w:autoSpaceDE w:val="0"/>
        <w:autoSpaceDN w:val="0"/>
        <w:spacing w:after="0" w:line="240" w:lineRule="auto"/>
        <w:ind w:right="3024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A0396" w:rsidRDefault="004A0396" w:rsidP="004A0396">
      <w:pPr>
        <w:autoSpaceDE w:val="0"/>
        <w:autoSpaceDN w:val="0"/>
        <w:spacing w:after="0" w:line="240" w:lineRule="auto"/>
        <w:ind w:right="3024"/>
        <w:rPr>
          <w:rFonts w:ascii="Times New Roman" w:eastAsia="Times New Roman" w:hAnsi="Times New Roman"/>
          <w:color w:val="000000"/>
          <w:sz w:val="24"/>
          <w:lang w:val="ru-RU"/>
        </w:rPr>
      </w:pPr>
      <w:r w:rsidRPr="008B6B2B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ПРАКТИЧЕСКИХ РАБОТ </w:t>
      </w:r>
      <w:r w:rsidRPr="008B6B2B">
        <w:rPr>
          <w:rFonts w:ascii="Times New Roman" w:eastAsia="Times New Roman" w:hAnsi="Times New Roman"/>
          <w:color w:val="000000"/>
          <w:sz w:val="24"/>
          <w:lang w:val="ru-RU"/>
        </w:rPr>
        <w:t>Компьютер, проектор, экран, колонки</w:t>
      </w:r>
    </w:p>
    <w:p w:rsidR="008B6B2B" w:rsidRPr="008B6B2B" w:rsidRDefault="008B6B2B" w:rsidP="004A0396">
      <w:pPr>
        <w:rPr>
          <w:lang w:val="ru-RU"/>
        </w:rPr>
      </w:pPr>
    </w:p>
    <w:sectPr w:rsidR="008B6B2B" w:rsidRPr="008B6B2B" w:rsidSect="004A0396">
      <w:pgSz w:w="11900" w:h="16840"/>
      <w:pgMar w:top="851" w:right="701" w:bottom="1440" w:left="1440" w:header="720" w:footer="720" w:gutter="0"/>
      <w:cols w:space="720" w:equalWidth="0">
        <w:col w:w="9759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1B95077"/>
    <w:multiLevelType w:val="hybridMultilevel"/>
    <w:tmpl w:val="E37CBD96"/>
    <w:lvl w:ilvl="0" w:tplc="79F4FF82">
      <w:start w:val="1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</w:lvl>
    <w:lvl w:ilvl="3" w:tplc="0419000F" w:tentative="1">
      <w:start w:val="1"/>
      <w:numFmt w:val="decimal"/>
      <w:lvlText w:val="%4."/>
      <w:lvlJc w:val="left"/>
      <w:pPr>
        <w:ind w:left="3236" w:hanging="360"/>
      </w:p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</w:lvl>
    <w:lvl w:ilvl="6" w:tplc="0419000F" w:tentative="1">
      <w:start w:val="1"/>
      <w:numFmt w:val="decimal"/>
      <w:lvlText w:val="%7."/>
      <w:lvlJc w:val="left"/>
      <w:pPr>
        <w:ind w:left="5396" w:hanging="360"/>
      </w:p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772E"/>
    <w:rsid w:val="000C15F2"/>
    <w:rsid w:val="000E468F"/>
    <w:rsid w:val="000F5FF3"/>
    <w:rsid w:val="001120FA"/>
    <w:rsid w:val="00137C05"/>
    <w:rsid w:val="0015074B"/>
    <w:rsid w:val="0018418C"/>
    <w:rsid w:val="0029639D"/>
    <w:rsid w:val="0030667F"/>
    <w:rsid w:val="00326F90"/>
    <w:rsid w:val="00327CB3"/>
    <w:rsid w:val="003846E6"/>
    <w:rsid w:val="004336B8"/>
    <w:rsid w:val="00453331"/>
    <w:rsid w:val="004A0396"/>
    <w:rsid w:val="006E655C"/>
    <w:rsid w:val="00783F49"/>
    <w:rsid w:val="008B6B2B"/>
    <w:rsid w:val="00911591"/>
    <w:rsid w:val="00AA1D8D"/>
    <w:rsid w:val="00B47730"/>
    <w:rsid w:val="00B74453"/>
    <w:rsid w:val="00CB0664"/>
    <w:rsid w:val="00D66232"/>
    <w:rsid w:val="00D83CB7"/>
    <w:rsid w:val="00DB0ACD"/>
    <w:rsid w:val="00DD014E"/>
    <w:rsid w:val="00FC693F"/>
    <w:rsid w:val="00FD1979"/>
    <w:rsid w:val="00FD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4BFA22-62CB-468B-8DE7-CE3CF343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9505</Words>
  <Characters>54179</Characters>
  <Application>Microsoft Office Word</Application>
  <DocSecurity>0</DocSecurity>
  <Lines>451</Lines>
  <Paragraphs>127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63557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2022-09-09T16:12:00Z</dcterms:modified>
  <cp:category/>
</cp:coreProperties>
</file>