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1FD" w:rsidRDefault="005C01FD" w:rsidP="005C01FD">
      <w:pPr>
        <w:pStyle w:val="11"/>
        <w:spacing w:before="61"/>
        <w:ind w:left="865" w:right="1406"/>
        <w:jc w:val="center"/>
      </w:pPr>
      <w:r>
        <w:rPr>
          <w:color w:val="001F5F"/>
        </w:rPr>
        <w:t>ПРИЛОЖЕНИЕ К ОСНОВНОЙ ОБРАЗОВАТЕЛЬНОЙ ПРОГРАММЕ</w:t>
      </w:r>
      <w:r>
        <w:rPr>
          <w:color w:val="001F5F"/>
          <w:spacing w:val="-67"/>
        </w:rPr>
        <w:t xml:space="preserve"> </w:t>
      </w:r>
      <w:r>
        <w:rPr>
          <w:color w:val="001F5F"/>
        </w:rPr>
        <w:t>СРЕДНЕГО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ОБЩЕГО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ОБРАЗОВАНИЯ,</w:t>
      </w:r>
    </w:p>
    <w:p w:rsidR="005C01FD" w:rsidRDefault="005C01FD" w:rsidP="005C01FD">
      <w:pPr>
        <w:ind w:left="2898" w:right="3371"/>
        <w:jc w:val="center"/>
        <w:rPr>
          <w:b/>
          <w:color w:val="001F5F"/>
          <w:sz w:val="28"/>
        </w:rPr>
      </w:pPr>
      <w:proofErr w:type="gramStart"/>
      <w:r>
        <w:rPr>
          <w:b/>
          <w:color w:val="001F5F"/>
          <w:sz w:val="28"/>
        </w:rPr>
        <w:t>утвержденной приказом по школе №</w:t>
      </w:r>
      <w:r w:rsidRPr="006D76FA">
        <w:rPr>
          <w:b/>
          <w:color w:val="001F5F"/>
          <w:sz w:val="28"/>
        </w:rPr>
        <w:t>320 от 31.08</w:t>
      </w:r>
      <w:r>
        <w:rPr>
          <w:b/>
          <w:color w:val="001F5F"/>
          <w:sz w:val="28"/>
        </w:rPr>
        <w:t>.2023</w:t>
      </w:r>
      <w:r w:rsidRPr="006D76FA">
        <w:rPr>
          <w:b/>
          <w:color w:val="001F5F"/>
          <w:sz w:val="28"/>
        </w:rPr>
        <w:t xml:space="preserve"> </w:t>
      </w:r>
      <w:proofErr w:type="gramEnd"/>
    </w:p>
    <w:p w:rsidR="005C01FD" w:rsidRDefault="005C01FD" w:rsidP="005C01FD">
      <w:pPr>
        <w:ind w:left="2898" w:right="3371"/>
        <w:jc w:val="center"/>
        <w:rPr>
          <w:b/>
          <w:sz w:val="30"/>
        </w:rPr>
      </w:pPr>
      <w:r w:rsidRPr="006D76FA">
        <w:rPr>
          <w:b/>
          <w:color w:val="001F5F"/>
          <w:sz w:val="28"/>
        </w:rPr>
        <w:t>протокол 1 от 31.08</w:t>
      </w:r>
      <w:r>
        <w:rPr>
          <w:b/>
          <w:color w:val="001F5F"/>
          <w:sz w:val="28"/>
        </w:rPr>
        <w:t>.2023</w:t>
      </w:r>
    </w:p>
    <w:p w:rsidR="005C01FD" w:rsidRDefault="005C01FD" w:rsidP="005C01FD">
      <w:pPr>
        <w:pStyle w:val="a5"/>
        <w:spacing w:before="10"/>
        <w:rPr>
          <w:b/>
          <w:sz w:val="25"/>
        </w:rPr>
      </w:pPr>
    </w:p>
    <w:p w:rsidR="005C01FD" w:rsidRDefault="005C01FD" w:rsidP="005C01FD">
      <w:pPr>
        <w:spacing w:before="1" w:line="322" w:lineRule="exact"/>
        <w:ind w:left="860" w:right="1406"/>
        <w:jc w:val="center"/>
        <w:rPr>
          <w:b/>
          <w:sz w:val="28"/>
        </w:rPr>
      </w:pPr>
      <w:r>
        <w:rPr>
          <w:b/>
          <w:color w:val="005300"/>
          <w:sz w:val="28"/>
        </w:rPr>
        <w:t>Муниципальное</w:t>
      </w:r>
      <w:r>
        <w:rPr>
          <w:b/>
          <w:color w:val="005300"/>
          <w:spacing w:val="-5"/>
          <w:sz w:val="28"/>
        </w:rPr>
        <w:t xml:space="preserve"> </w:t>
      </w:r>
      <w:r>
        <w:rPr>
          <w:b/>
          <w:color w:val="005300"/>
          <w:sz w:val="28"/>
        </w:rPr>
        <w:t>бюджетное</w:t>
      </w:r>
      <w:r>
        <w:rPr>
          <w:b/>
          <w:color w:val="005300"/>
          <w:spacing w:val="-4"/>
          <w:sz w:val="28"/>
        </w:rPr>
        <w:t xml:space="preserve"> </w:t>
      </w:r>
      <w:r>
        <w:rPr>
          <w:b/>
          <w:color w:val="005300"/>
          <w:sz w:val="28"/>
        </w:rPr>
        <w:t>общеобразовательное</w:t>
      </w:r>
      <w:r>
        <w:rPr>
          <w:b/>
          <w:color w:val="005300"/>
          <w:spacing w:val="-6"/>
          <w:sz w:val="28"/>
        </w:rPr>
        <w:t xml:space="preserve"> </w:t>
      </w:r>
      <w:r>
        <w:rPr>
          <w:b/>
          <w:color w:val="005300"/>
          <w:sz w:val="28"/>
        </w:rPr>
        <w:t>учреждение</w:t>
      </w:r>
    </w:p>
    <w:p w:rsidR="005C01FD" w:rsidRDefault="005C01FD" w:rsidP="005C01FD">
      <w:pPr>
        <w:pStyle w:val="11"/>
        <w:spacing w:line="322" w:lineRule="exact"/>
        <w:ind w:left="862" w:right="1406"/>
        <w:jc w:val="center"/>
      </w:pPr>
      <w:r>
        <w:rPr>
          <w:color w:val="005300"/>
        </w:rPr>
        <w:t>«Средняя</w:t>
      </w:r>
      <w:r>
        <w:rPr>
          <w:color w:val="005300"/>
          <w:spacing w:val="66"/>
        </w:rPr>
        <w:t xml:space="preserve"> </w:t>
      </w:r>
      <w:r>
        <w:rPr>
          <w:color w:val="005300"/>
        </w:rPr>
        <w:t>школа</w:t>
      </w:r>
      <w:r>
        <w:rPr>
          <w:color w:val="005300"/>
          <w:spacing w:val="-2"/>
        </w:rPr>
        <w:t xml:space="preserve"> </w:t>
      </w:r>
      <w:r>
        <w:rPr>
          <w:color w:val="005300"/>
        </w:rPr>
        <w:t>№</w:t>
      </w:r>
      <w:r>
        <w:rPr>
          <w:color w:val="005300"/>
          <w:spacing w:val="-1"/>
        </w:rPr>
        <w:t xml:space="preserve"> </w:t>
      </w:r>
      <w:r>
        <w:rPr>
          <w:color w:val="005300"/>
        </w:rPr>
        <w:t>34»</w:t>
      </w:r>
    </w:p>
    <w:p w:rsidR="005C01FD" w:rsidRDefault="005C01FD" w:rsidP="005C01FD">
      <w:pPr>
        <w:pStyle w:val="a5"/>
        <w:rPr>
          <w:b/>
          <w:sz w:val="20"/>
        </w:rPr>
      </w:pPr>
    </w:p>
    <w:p w:rsidR="005C01FD" w:rsidRDefault="005C01FD" w:rsidP="005C01FD">
      <w:pPr>
        <w:pStyle w:val="a5"/>
        <w:spacing w:before="3"/>
        <w:rPr>
          <w:b/>
          <w:sz w:val="12"/>
        </w:rPr>
      </w:pPr>
      <w:r>
        <w:rPr>
          <w:noProof/>
          <w:lang w:eastAsia="ru-RU"/>
        </w:rPr>
        <w:drawing>
          <wp:anchor distT="0" distB="0" distL="0" distR="0" simplePos="0" relativeHeight="251660288" behindDoc="0" locked="0" layoutInCell="1" allowOverlap="1" wp14:anchorId="7B523EBB" wp14:editId="1D3D798E">
            <wp:simplePos x="0" y="0"/>
            <wp:positionH relativeFrom="page">
              <wp:posOffset>621032</wp:posOffset>
            </wp:positionH>
            <wp:positionV relativeFrom="paragraph">
              <wp:posOffset>119420</wp:posOffset>
            </wp:positionV>
            <wp:extent cx="1627772" cy="83820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772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61312" behindDoc="0" locked="0" layoutInCell="1" allowOverlap="1" wp14:anchorId="5A6D0C88" wp14:editId="2486B658">
            <wp:simplePos x="0" y="0"/>
            <wp:positionH relativeFrom="page">
              <wp:posOffset>3046097</wp:posOffset>
            </wp:positionH>
            <wp:positionV relativeFrom="paragraph">
              <wp:posOffset>114340</wp:posOffset>
            </wp:positionV>
            <wp:extent cx="1022769" cy="1001649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2769" cy="10016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5F0E07E3" wp14:editId="385178F7">
            <wp:simplePos x="0" y="0"/>
            <wp:positionH relativeFrom="page">
              <wp:posOffset>4699636</wp:posOffset>
            </wp:positionH>
            <wp:positionV relativeFrom="paragraph">
              <wp:posOffset>119420</wp:posOffset>
            </wp:positionV>
            <wp:extent cx="1690535" cy="842391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0535" cy="842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01FD" w:rsidRDefault="005C01FD" w:rsidP="005C01FD">
      <w:pPr>
        <w:pStyle w:val="a5"/>
        <w:rPr>
          <w:b/>
          <w:sz w:val="30"/>
        </w:rPr>
      </w:pPr>
    </w:p>
    <w:p w:rsidR="005C01FD" w:rsidRDefault="005C01FD" w:rsidP="005C01FD">
      <w:pPr>
        <w:pStyle w:val="a5"/>
        <w:rPr>
          <w:b/>
          <w:sz w:val="30"/>
        </w:rPr>
      </w:pPr>
    </w:p>
    <w:p w:rsidR="005C01FD" w:rsidRDefault="005C01FD" w:rsidP="005C01FD">
      <w:pPr>
        <w:pStyle w:val="a5"/>
        <w:spacing w:before="9"/>
        <w:rPr>
          <w:b/>
        </w:rPr>
      </w:pPr>
    </w:p>
    <w:p w:rsidR="005C01FD" w:rsidRDefault="005C01FD" w:rsidP="005C01FD">
      <w:pPr>
        <w:pStyle w:val="a7"/>
      </w:pPr>
      <w:r>
        <w:rPr>
          <w:color w:val="2C778B"/>
        </w:rPr>
        <w:t>РАБОЧАЯ</w:t>
      </w:r>
      <w:r>
        <w:rPr>
          <w:color w:val="2C778B"/>
          <w:spacing w:val="-3"/>
        </w:rPr>
        <w:t xml:space="preserve"> </w:t>
      </w:r>
      <w:r>
        <w:rPr>
          <w:color w:val="2C778B"/>
        </w:rPr>
        <w:t>ПРОГРАММА</w:t>
      </w:r>
    </w:p>
    <w:p w:rsidR="005C01FD" w:rsidRDefault="005C01FD" w:rsidP="005C01FD">
      <w:pPr>
        <w:spacing w:before="414"/>
        <w:ind w:left="858" w:right="1406"/>
        <w:jc w:val="center"/>
        <w:rPr>
          <w:b/>
          <w:sz w:val="48"/>
        </w:rPr>
      </w:pPr>
      <w:r>
        <w:rPr>
          <w:b/>
          <w:color w:val="2C778B"/>
          <w:sz w:val="48"/>
        </w:rPr>
        <w:t>По</w:t>
      </w:r>
      <w:r>
        <w:rPr>
          <w:b/>
          <w:color w:val="2C778B"/>
          <w:spacing w:val="-3"/>
          <w:sz w:val="48"/>
        </w:rPr>
        <w:t xml:space="preserve"> </w:t>
      </w:r>
      <w:r>
        <w:rPr>
          <w:b/>
          <w:color w:val="2C778B"/>
          <w:sz w:val="48"/>
        </w:rPr>
        <w:t>предмету</w:t>
      </w:r>
      <w:r>
        <w:rPr>
          <w:b/>
          <w:color w:val="2C778B"/>
          <w:spacing w:val="-4"/>
          <w:sz w:val="48"/>
        </w:rPr>
        <w:t xml:space="preserve"> </w:t>
      </w:r>
      <w:r>
        <w:rPr>
          <w:b/>
          <w:color w:val="2C778B"/>
          <w:sz w:val="48"/>
        </w:rPr>
        <w:t>«Математика»</w:t>
      </w:r>
    </w:p>
    <w:p w:rsidR="005C01FD" w:rsidRDefault="000E24B7" w:rsidP="005C01FD">
      <w:pPr>
        <w:ind w:right="546"/>
        <w:jc w:val="center"/>
        <w:rPr>
          <w:b/>
          <w:sz w:val="48"/>
        </w:rPr>
      </w:pPr>
      <w:r>
        <w:rPr>
          <w:b/>
          <w:color w:val="2C778B"/>
          <w:sz w:val="48"/>
        </w:rPr>
        <w:t>6</w:t>
      </w:r>
    </w:p>
    <w:p w:rsidR="005C01FD" w:rsidRDefault="005C01FD" w:rsidP="005C01FD">
      <w:pPr>
        <w:ind w:left="863" w:right="1406"/>
        <w:jc w:val="center"/>
        <w:rPr>
          <w:b/>
          <w:sz w:val="48"/>
        </w:rPr>
      </w:pPr>
      <w:r>
        <w:rPr>
          <w:b/>
          <w:color w:val="2C778B"/>
          <w:sz w:val="48"/>
        </w:rPr>
        <w:t>Срок</w:t>
      </w:r>
      <w:r>
        <w:rPr>
          <w:b/>
          <w:color w:val="2C778B"/>
          <w:spacing w:val="-3"/>
          <w:sz w:val="48"/>
        </w:rPr>
        <w:t xml:space="preserve"> </w:t>
      </w:r>
      <w:r>
        <w:rPr>
          <w:b/>
          <w:color w:val="2C778B"/>
          <w:sz w:val="48"/>
        </w:rPr>
        <w:t>реализации:</w:t>
      </w:r>
      <w:r>
        <w:rPr>
          <w:b/>
          <w:color w:val="2C778B"/>
          <w:spacing w:val="-2"/>
          <w:sz w:val="48"/>
        </w:rPr>
        <w:t xml:space="preserve"> </w:t>
      </w:r>
      <w:r w:rsidR="000E24B7">
        <w:rPr>
          <w:b/>
          <w:color w:val="2C778B"/>
          <w:sz w:val="48"/>
        </w:rPr>
        <w:t>1</w:t>
      </w:r>
      <w:r>
        <w:rPr>
          <w:b/>
          <w:color w:val="2C778B"/>
          <w:spacing w:val="-2"/>
          <w:sz w:val="48"/>
        </w:rPr>
        <w:t xml:space="preserve"> </w:t>
      </w:r>
      <w:r w:rsidR="001C7D62">
        <w:rPr>
          <w:b/>
          <w:color w:val="2C778B"/>
          <w:sz w:val="48"/>
        </w:rPr>
        <w:t>год</w:t>
      </w:r>
    </w:p>
    <w:p w:rsidR="005C01FD" w:rsidRDefault="005C01FD" w:rsidP="005C01FD">
      <w:pPr>
        <w:spacing w:before="274" w:line="298" w:lineRule="exact"/>
        <w:ind w:left="610"/>
        <w:rPr>
          <w:rFonts w:ascii="Microsoft Sans Serif" w:hAnsi="Microsoft Sans Serif"/>
          <w:sz w:val="29"/>
        </w:rPr>
        <w:sectPr w:rsidR="005C01FD" w:rsidSect="005C01FD">
          <w:footerReference w:type="default" r:id="rId11"/>
          <w:pgSz w:w="11900" w:h="16850"/>
          <w:pgMar w:top="1280" w:right="60" w:bottom="1140" w:left="440" w:header="720" w:footer="957" w:gutter="0"/>
          <w:pgNumType w:start="1"/>
          <w:cols w:space="720"/>
        </w:sectPr>
      </w:pPr>
    </w:p>
    <w:p w:rsidR="005C01FD" w:rsidRPr="006D76FA" w:rsidRDefault="005C01FD" w:rsidP="005C01FD">
      <w:pPr>
        <w:spacing w:before="35" w:line="235" w:lineRule="auto"/>
        <w:rPr>
          <w:rFonts w:ascii="Arial MT" w:hAnsi="Arial MT"/>
          <w:sz w:val="29"/>
        </w:rPr>
      </w:pPr>
    </w:p>
    <w:p w:rsidR="005C01FD" w:rsidRDefault="005C01FD" w:rsidP="005C01FD">
      <w:pPr>
        <w:spacing w:line="532" w:lineRule="exact"/>
        <w:ind w:left="138" w:right="3593"/>
        <w:jc w:val="center"/>
        <w:rPr>
          <w:b/>
          <w:sz w:val="48"/>
        </w:rPr>
      </w:pPr>
      <w:r>
        <w:br w:type="column"/>
      </w:r>
      <w:r>
        <w:rPr>
          <w:b/>
          <w:color w:val="2C778B"/>
          <w:sz w:val="48"/>
        </w:rPr>
        <w:lastRenderedPageBreak/>
        <w:t>(2023-2024)</w:t>
      </w:r>
    </w:p>
    <w:p w:rsidR="005C01FD" w:rsidRDefault="005C01FD" w:rsidP="005C01FD">
      <w:pPr>
        <w:pStyle w:val="a5"/>
        <w:spacing w:before="11"/>
        <w:rPr>
          <w:b/>
          <w:sz w:val="47"/>
        </w:rPr>
      </w:pPr>
    </w:p>
    <w:p w:rsidR="005C01FD" w:rsidRDefault="005C01FD" w:rsidP="005C01FD">
      <w:pPr>
        <w:pStyle w:val="11"/>
        <w:spacing w:line="319" w:lineRule="exact"/>
        <w:ind w:left="3412"/>
      </w:pPr>
      <w:r>
        <w:rPr>
          <w:color w:val="001F5F"/>
        </w:rPr>
        <w:t>Составитель</w:t>
      </w:r>
      <w:r>
        <w:t>:</w:t>
      </w:r>
    </w:p>
    <w:p w:rsidR="005C01FD" w:rsidRDefault="005C01FD" w:rsidP="005C01FD">
      <w:pPr>
        <w:pStyle w:val="a5"/>
        <w:spacing w:line="319" w:lineRule="exact"/>
        <w:ind w:left="3412"/>
        <w:rPr>
          <w:color w:val="001F5F"/>
        </w:rPr>
      </w:pPr>
      <w:r>
        <w:rPr>
          <w:color w:val="001F5F"/>
        </w:rPr>
        <w:t>Сергеева А.А.,</w:t>
      </w:r>
    </w:p>
    <w:p w:rsidR="005C01FD" w:rsidRDefault="001F3CA3" w:rsidP="005C01FD">
      <w:pPr>
        <w:pStyle w:val="a5"/>
        <w:spacing w:line="319" w:lineRule="exact"/>
        <w:ind w:left="3412"/>
      </w:pPr>
      <w:r>
        <w:rPr>
          <w:color w:val="001F5F"/>
        </w:rPr>
        <w:t>учитель</w:t>
      </w:r>
      <w:r w:rsidR="005C01FD">
        <w:rPr>
          <w:color w:val="001F5F"/>
          <w:spacing w:val="-1"/>
        </w:rPr>
        <w:t xml:space="preserve"> математики</w:t>
      </w:r>
    </w:p>
    <w:p w:rsidR="005C01FD" w:rsidRDefault="005C01FD" w:rsidP="005C01FD">
      <w:pPr>
        <w:pStyle w:val="a5"/>
        <w:rPr>
          <w:sz w:val="30"/>
        </w:rPr>
      </w:pPr>
      <w:bookmarkStart w:id="0" w:name="_GoBack"/>
      <w:bookmarkEnd w:id="0"/>
    </w:p>
    <w:p w:rsidR="005C01FD" w:rsidRDefault="005C01FD" w:rsidP="005C01FD">
      <w:pPr>
        <w:pStyle w:val="a5"/>
        <w:rPr>
          <w:sz w:val="30"/>
        </w:rPr>
      </w:pPr>
    </w:p>
    <w:p w:rsidR="005C01FD" w:rsidRDefault="005C01FD" w:rsidP="005C01FD">
      <w:pPr>
        <w:pStyle w:val="a5"/>
        <w:rPr>
          <w:sz w:val="30"/>
        </w:rPr>
      </w:pPr>
    </w:p>
    <w:p w:rsidR="005C01FD" w:rsidRDefault="005C01FD" w:rsidP="005C01FD">
      <w:pPr>
        <w:pStyle w:val="a5"/>
        <w:rPr>
          <w:sz w:val="30"/>
        </w:rPr>
      </w:pPr>
    </w:p>
    <w:p w:rsidR="005C01FD" w:rsidRDefault="005C01FD" w:rsidP="005C01FD">
      <w:pPr>
        <w:pStyle w:val="a5"/>
        <w:rPr>
          <w:sz w:val="30"/>
        </w:rPr>
      </w:pPr>
    </w:p>
    <w:p w:rsidR="005C01FD" w:rsidRDefault="005C01FD" w:rsidP="005C01FD">
      <w:pPr>
        <w:pStyle w:val="a5"/>
        <w:spacing w:before="4"/>
        <w:rPr>
          <w:sz w:val="30"/>
        </w:rPr>
      </w:pPr>
    </w:p>
    <w:p w:rsidR="005C01FD" w:rsidRDefault="005C01FD" w:rsidP="005C01FD">
      <w:pPr>
        <w:ind w:left="1201" w:right="4659"/>
        <w:jc w:val="center"/>
        <w:rPr>
          <w:b/>
          <w:color w:val="2C778B"/>
          <w:sz w:val="32"/>
        </w:rPr>
      </w:pPr>
    </w:p>
    <w:p w:rsidR="005C01FD" w:rsidRDefault="005C01FD" w:rsidP="005C01FD">
      <w:pPr>
        <w:ind w:left="1201" w:right="4659"/>
        <w:jc w:val="center"/>
        <w:rPr>
          <w:b/>
          <w:color w:val="2C778B"/>
          <w:sz w:val="32"/>
        </w:rPr>
      </w:pPr>
    </w:p>
    <w:p w:rsidR="005C01FD" w:rsidRDefault="005C01FD" w:rsidP="005C01FD">
      <w:pPr>
        <w:ind w:left="1201" w:right="4659"/>
        <w:jc w:val="center"/>
        <w:rPr>
          <w:b/>
          <w:sz w:val="32"/>
        </w:rPr>
      </w:pPr>
      <w:r>
        <w:rPr>
          <w:b/>
          <w:color w:val="2C778B"/>
          <w:sz w:val="32"/>
        </w:rPr>
        <w:t>г. Нижневартовск</w:t>
      </w:r>
      <w:r>
        <w:rPr>
          <w:b/>
          <w:color w:val="2C778B"/>
          <w:spacing w:val="-77"/>
          <w:sz w:val="32"/>
        </w:rPr>
        <w:t xml:space="preserve"> </w:t>
      </w:r>
      <w:r>
        <w:rPr>
          <w:b/>
          <w:color w:val="2C778B"/>
          <w:sz w:val="32"/>
        </w:rPr>
        <w:t>2023 год</w:t>
      </w:r>
    </w:p>
    <w:p w:rsidR="005C01FD" w:rsidRDefault="005C01FD" w:rsidP="005C01FD">
      <w:pPr>
        <w:jc w:val="center"/>
        <w:rPr>
          <w:sz w:val="32"/>
        </w:rPr>
        <w:sectPr w:rsidR="005C01FD">
          <w:type w:val="continuous"/>
          <w:pgSz w:w="11900" w:h="16850"/>
          <w:pgMar w:top="1280" w:right="60" w:bottom="1140" w:left="440" w:header="720" w:footer="720" w:gutter="0"/>
          <w:cols w:num="2" w:space="720" w:equalWidth="0">
            <w:col w:w="2872" w:space="40"/>
            <w:col w:w="8488"/>
          </w:cols>
        </w:sectPr>
      </w:pPr>
    </w:p>
    <w:p w:rsidR="005C01FD" w:rsidRDefault="005C01FD" w:rsidP="005C01FD">
      <w:pPr>
        <w:pStyle w:val="a5"/>
        <w:spacing w:before="73"/>
        <w:ind w:left="862" w:right="1406"/>
        <w:jc w:val="center"/>
      </w:pPr>
      <w:r>
        <w:lastRenderedPageBreak/>
        <w:t>Содержание: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1.Пояснительная записка: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Общая характеристика учебного предмета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 xml:space="preserve">Цели и особенности изучения учебного предмета. Цели и особенности 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 xml:space="preserve">изучения учебного </w:t>
      </w:r>
      <w:r>
        <w:rPr>
          <w:sz w:val="28"/>
        </w:rPr>
        <w:t xml:space="preserve">предмета «Математика». 5—6 </w:t>
      </w:r>
      <w:r w:rsidRPr="006F0A23">
        <w:rPr>
          <w:sz w:val="28"/>
        </w:rPr>
        <w:t>классы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Место учебного предмета в учебном плане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2 .Содержание образования (по годам обучения).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2.1 Содержание учебного курса «</w:t>
      </w:r>
      <w:r>
        <w:rPr>
          <w:sz w:val="28"/>
        </w:rPr>
        <w:t>Математика</w:t>
      </w:r>
      <w:r w:rsidRPr="006F0A23">
        <w:rPr>
          <w:sz w:val="28"/>
        </w:rPr>
        <w:t>» (по годам обучения).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3.Планируемые результаты освоения учебного предмета: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Личностные результаты;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proofErr w:type="spellStart"/>
      <w:r w:rsidRPr="006F0A23">
        <w:rPr>
          <w:sz w:val="28"/>
        </w:rPr>
        <w:t>Метапредметные</w:t>
      </w:r>
      <w:proofErr w:type="spellEnd"/>
      <w:r w:rsidRPr="006F0A23">
        <w:rPr>
          <w:sz w:val="28"/>
        </w:rPr>
        <w:t xml:space="preserve"> результаты;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Предметные результаты (по годам обучения).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ЛИЧНОСТНЫЕ РЕЗУЛЬТАТЫ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1. Патриотическое воспитание.</w:t>
      </w:r>
    </w:p>
    <w:p w:rsidR="005C01FD" w:rsidRPr="00D30424" w:rsidRDefault="005C01FD" w:rsidP="005C01FD">
      <w:pPr>
        <w:spacing w:line="360" w:lineRule="auto"/>
        <w:ind w:firstLine="720"/>
        <w:rPr>
          <w:sz w:val="28"/>
        </w:rPr>
      </w:pPr>
      <w:r w:rsidRPr="00D30424">
        <w:rPr>
          <w:sz w:val="28"/>
        </w:rPr>
        <w:t>2. Гражданское и духовно-нравственное воспитание.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3. Трудовое воспитание.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4. Эстетическое воспитание.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5. Ценности научного познания.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 xml:space="preserve">6. Физическое воспитание, формирование культуры здоровья и 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эмоционального благополучия.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7. Экологическое воспитание.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 xml:space="preserve">8. Личностные результаты, обеспечивающие адаптацию </w:t>
      </w:r>
      <w:proofErr w:type="gramStart"/>
      <w:r w:rsidRPr="006F0A23">
        <w:rPr>
          <w:sz w:val="28"/>
        </w:rPr>
        <w:t>обучающегося</w:t>
      </w:r>
      <w:proofErr w:type="gramEnd"/>
      <w:r w:rsidRPr="006F0A23">
        <w:rPr>
          <w:sz w:val="28"/>
        </w:rPr>
        <w:t xml:space="preserve"> к 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proofErr w:type="gramStart"/>
      <w:r w:rsidRPr="006F0A23">
        <w:rPr>
          <w:sz w:val="28"/>
        </w:rPr>
        <w:t>из</w:t>
      </w:r>
      <w:proofErr w:type="gramEnd"/>
      <w:r w:rsidRPr="006F0A23">
        <w:rPr>
          <w:sz w:val="28"/>
        </w:rPr>
        <w:t xml:space="preserve"> </w:t>
      </w:r>
      <w:proofErr w:type="gramStart"/>
      <w:r w:rsidRPr="006F0A23">
        <w:rPr>
          <w:sz w:val="28"/>
        </w:rPr>
        <w:t>меняющимся</w:t>
      </w:r>
      <w:proofErr w:type="gramEnd"/>
      <w:r w:rsidRPr="006F0A23">
        <w:rPr>
          <w:sz w:val="28"/>
        </w:rPr>
        <w:t xml:space="preserve"> условиям социальной и природной среды.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4. Тематическое планирование  (по годам обучения):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Темы и количество часов, отводимое на их изучение;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>Основное содержание;</w:t>
      </w:r>
    </w:p>
    <w:p w:rsidR="005C01FD" w:rsidRPr="006F0A23" w:rsidRDefault="005C01FD" w:rsidP="005C01FD">
      <w:pPr>
        <w:spacing w:line="360" w:lineRule="auto"/>
        <w:ind w:firstLine="720"/>
        <w:rPr>
          <w:sz w:val="28"/>
        </w:rPr>
      </w:pPr>
      <w:r w:rsidRPr="006F0A23">
        <w:rPr>
          <w:sz w:val="28"/>
        </w:rPr>
        <w:t xml:space="preserve">Основные виды деятельности </w:t>
      </w:r>
      <w:proofErr w:type="gramStart"/>
      <w:r w:rsidRPr="006F0A23">
        <w:rPr>
          <w:sz w:val="28"/>
        </w:rPr>
        <w:t>обучающихся</w:t>
      </w:r>
      <w:proofErr w:type="gramEnd"/>
      <w:r w:rsidRPr="006F0A23">
        <w:rPr>
          <w:sz w:val="28"/>
        </w:rPr>
        <w:t xml:space="preserve">. </w:t>
      </w:r>
    </w:p>
    <w:p w:rsidR="005C01FD" w:rsidRDefault="005C01FD" w:rsidP="005C01FD">
      <w:pPr>
        <w:spacing w:line="360" w:lineRule="auto"/>
        <w:ind w:firstLine="720"/>
        <w:rPr>
          <w:sz w:val="28"/>
        </w:rPr>
        <w:sectPr w:rsidR="005C01FD">
          <w:pgSz w:w="11900" w:h="16850"/>
          <w:pgMar w:top="480" w:right="60" w:bottom="1220" w:left="440" w:header="0" w:footer="957" w:gutter="0"/>
          <w:cols w:space="720"/>
        </w:sectPr>
      </w:pPr>
      <w:r w:rsidRPr="006F0A23">
        <w:rPr>
          <w:sz w:val="28"/>
        </w:rPr>
        <w:t>5. Календарно-тематическое планирование.</w:t>
      </w:r>
    </w:p>
    <w:p w:rsidR="005C01FD" w:rsidRPr="003B11F3" w:rsidRDefault="005C01FD" w:rsidP="005C01FD">
      <w:pPr>
        <w:spacing w:before="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663360" behindDoc="1" locked="0" layoutInCell="1" allowOverlap="1" wp14:anchorId="5DFC5616" wp14:editId="347F7152">
                <wp:simplePos x="0" y="0"/>
                <wp:positionH relativeFrom="page">
                  <wp:posOffset>720090</wp:posOffset>
                </wp:positionH>
                <wp:positionV relativeFrom="paragraph">
                  <wp:posOffset>282575</wp:posOffset>
                </wp:positionV>
                <wp:extent cx="6272530" cy="1270"/>
                <wp:effectExtent l="0" t="0" r="0" b="0"/>
                <wp:wrapTopAndBottom/>
                <wp:docPr id="21" name="Поли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7253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878"/>
                            <a:gd name="T2" fmla="+- 0 11012 1134"/>
                            <a:gd name="T3" fmla="*/ T2 w 98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78">
                              <a:moveTo>
                                <a:pt x="0" y="0"/>
                              </a:moveTo>
                              <a:lnTo>
                                <a:pt x="9878" y="0"/>
                              </a:lnTo>
                            </a:path>
                          </a:pathLst>
                        </a:custGeom>
                        <a:noFill/>
                        <a:ln w="45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1" o:spid="_x0000_s1026" style="position:absolute;margin-left:56.7pt;margin-top:22.25pt;width:493.9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" path="m,l9878,e" filled="f" strokeweight=".1271mm">
                <v:path arrowok="t" o:connecttype="custom" o:connectlocs="0,0;6272530,0" o:connectangles="0,0"/>
                <w10:wrap type="topAndBottom" anchorx="page"/>
              </v:shape>
            </w:pict>
          </mc:Fallback>
        </mc:AlternateContent>
      </w:r>
      <w:bookmarkStart w:id="1" w:name="_bookmark0"/>
      <w:bookmarkEnd w:id="1"/>
      <w:r w:rsidRPr="003B11F3">
        <w:rPr>
          <w:b/>
          <w:bCs/>
          <w:spacing w:val="-1"/>
          <w:sz w:val="28"/>
          <w:szCs w:val="28"/>
        </w:rPr>
        <w:t>ПОЯСНИТЕЛЬНАЯ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ЗАПИСКА</w:t>
      </w:r>
    </w:p>
    <w:p w:rsidR="005C01FD" w:rsidRPr="003B11F3" w:rsidRDefault="005C01FD" w:rsidP="005C01FD">
      <w:pPr>
        <w:spacing w:before="208" w:line="252" w:lineRule="auto"/>
        <w:ind w:right="15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Программа</w:t>
      </w:r>
      <w:r w:rsidRPr="003B11F3">
        <w:rPr>
          <w:spacing w:val="7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7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математике</w:t>
      </w:r>
      <w:r w:rsidRPr="003B11F3">
        <w:rPr>
          <w:spacing w:val="7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   обучающихся   5–9   классов   разработана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на основе ФГОС ООО. В программе по математике учтены идеи и положения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Концепции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развития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математического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образования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Российской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Федерации.</w:t>
      </w:r>
    </w:p>
    <w:p w:rsidR="005C01FD" w:rsidRPr="003B11F3" w:rsidRDefault="005C01FD" w:rsidP="005C01FD">
      <w:pPr>
        <w:spacing w:before="8" w:line="254" w:lineRule="auto"/>
        <w:ind w:right="145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Предметом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математики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являются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фундаментальные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структуры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нашего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мира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–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пространственные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количественные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отношения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(от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простейших,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усваиваемых в непосредственном опыте, до достаточно сложных, необходимых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для развития научных и прикладных идей). </w:t>
      </w:r>
      <w:proofErr w:type="gramStart"/>
      <w:r w:rsidRPr="003B11F3">
        <w:rPr>
          <w:sz w:val="28"/>
          <w:szCs w:val="28"/>
        </w:rPr>
        <w:t>Математические знания обеспечивают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понимание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принципов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устройства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использования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современной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техники,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восприятие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интерпретацию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социальной,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экономической,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политической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информации,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дают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возможность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выполнять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расчёты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составлять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алгоритмы,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находить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применять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формулы,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владеть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практическими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приёмами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геометрических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измерений и построений, читать информацию, представленную в виде таблиц,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диаграмм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графиков,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жить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условиях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неопределённости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понимать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вероятностный характер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случайных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событий.</w:t>
      </w:r>
      <w:proofErr w:type="gramEnd"/>
    </w:p>
    <w:p w:rsidR="005C01FD" w:rsidRPr="003B11F3" w:rsidRDefault="005C01FD" w:rsidP="005C01FD">
      <w:pPr>
        <w:tabs>
          <w:tab w:val="left" w:pos="1604"/>
          <w:tab w:val="left" w:pos="1920"/>
          <w:tab w:val="left" w:pos="2538"/>
          <w:tab w:val="left" w:pos="3942"/>
          <w:tab w:val="left" w:pos="4034"/>
          <w:tab w:val="left" w:pos="5846"/>
          <w:tab w:val="left" w:pos="6582"/>
          <w:tab w:val="left" w:pos="7179"/>
          <w:tab w:val="left" w:pos="8350"/>
          <w:tab w:val="left" w:pos="8524"/>
          <w:tab w:val="left" w:pos="8876"/>
          <w:tab w:val="left" w:pos="9904"/>
        </w:tabs>
        <w:spacing w:line="254" w:lineRule="auto"/>
        <w:ind w:right="154"/>
        <w:jc w:val="right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Изучение</w:t>
      </w:r>
      <w:r w:rsidRPr="003B11F3">
        <w:rPr>
          <w:spacing w:val="33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математики</w:t>
      </w:r>
      <w:r w:rsidRPr="003B11F3">
        <w:rPr>
          <w:spacing w:val="36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формирует</w:t>
      </w:r>
      <w:r w:rsidRPr="003B11F3">
        <w:rPr>
          <w:spacing w:val="42"/>
          <w:sz w:val="28"/>
          <w:szCs w:val="28"/>
        </w:rPr>
        <w:t xml:space="preserve"> </w:t>
      </w:r>
      <w:r w:rsidRPr="003B11F3">
        <w:rPr>
          <w:sz w:val="28"/>
          <w:szCs w:val="28"/>
        </w:rPr>
        <w:t>у</w:t>
      </w:r>
      <w:r w:rsidRPr="003B11F3">
        <w:rPr>
          <w:spacing w:val="32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обучающихся</w:t>
      </w:r>
      <w:r w:rsidRPr="003B11F3">
        <w:rPr>
          <w:spacing w:val="36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математический</w:t>
      </w:r>
      <w:r w:rsidRPr="003B11F3">
        <w:rPr>
          <w:spacing w:val="36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стиль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мышления,</w:t>
      </w:r>
      <w:r w:rsidRPr="003B11F3">
        <w:rPr>
          <w:spacing w:val="22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проявляющийся</w:t>
      </w:r>
      <w:r w:rsidRPr="003B11F3">
        <w:rPr>
          <w:spacing w:val="2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8"/>
          <w:sz w:val="28"/>
          <w:szCs w:val="28"/>
        </w:rPr>
        <w:t xml:space="preserve"> </w:t>
      </w:r>
      <w:r w:rsidRPr="003B11F3">
        <w:rPr>
          <w:sz w:val="28"/>
          <w:szCs w:val="28"/>
        </w:rPr>
        <w:t>определённых</w:t>
      </w:r>
      <w:r w:rsidRPr="003B11F3">
        <w:rPr>
          <w:spacing w:val="24"/>
          <w:sz w:val="28"/>
          <w:szCs w:val="28"/>
        </w:rPr>
        <w:t xml:space="preserve"> </w:t>
      </w:r>
      <w:r w:rsidRPr="003B11F3">
        <w:rPr>
          <w:sz w:val="28"/>
          <w:szCs w:val="28"/>
        </w:rPr>
        <w:t>умственных</w:t>
      </w:r>
      <w:r w:rsidRPr="003B11F3">
        <w:rPr>
          <w:spacing w:val="17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навыках.</w:t>
      </w:r>
      <w:proofErr w:type="gramEnd"/>
      <w:r w:rsidRPr="003B11F3">
        <w:rPr>
          <w:spacing w:val="22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Обучающиеся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осваивают</w:t>
      </w:r>
      <w:r w:rsidRPr="003B11F3">
        <w:rPr>
          <w:sz w:val="28"/>
          <w:szCs w:val="28"/>
        </w:rPr>
        <w:tab/>
        <w:t>такие</w:t>
      </w:r>
      <w:r w:rsidRPr="003B11F3">
        <w:rPr>
          <w:spacing w:val="128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приёмы</w:t>
      </w:r>
      <w:r w:rsidRPr="003B11F3">
        <w:rPr>
          <w:spacing w:val="128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z w:val="28"/>
          <w:szCs w:val="28"/>
        </w:rPr>
        <w:tab/>
        <w:t>методы</w:t>
      </w:r>
      <w:r w:rsidRPr="003B11F3">
        <w:rPr>
          <w:spacing w:val="126"/>
          <w:sz w:val="28"/>
          <w:szCs w:val="28"/>
        </w:rPr>
        <w:t xml:space="preserve"> </w:t>
      </w:r>
      <w:r w:rsidRPr="003B11F3">
        <w:rPr>
          <w:sz w:val="28"/>
          <w:szCs w:val="28"/>
        </w:rPr>
        <w:t>мышления,</w:t>
      </w:r>
      <w:r w:rsidRPr="003B11F3">
        <w:rPr>
          <w:sz w:val="28"/>
          <w:szCs w:val="28"/>
        </w:rPr>
        <w:tab/>
        <w:t>как</w:t>
      </w:r>
      <w:r w:rsidRPr="003B11F3">
        <w:rPr>
          <w:sz w:val="28"/>
          <w:szCs w:val="28"/>
        </w:rPr>
        <w:tab/>
        <w:t>индукция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и</w:t>
      </w:r>
      <w:r w:rsidRPr="003B11F3">
        <w:rPr>
          <w:sz w:val="28"/>
          <w:szCs w:val="28"/>
        </w:rPr>
        <w:tab/>
        <w:t>дедукция,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обобщение</w:t>
      </w:r>
      <w:r w:rsidRPr="003B11F3">
        <w:rPr>
          <w:spacing w:val="35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39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конкретизация,</w:t>
      </w:r>
      <w:r w:rsidRPr="003B11F3">
        <w:rPr>
          <w:spacing w:val="39"/>
          <w:sz w:val="28"/>
          <w:szCs w:val="28"/>
        </w:rPr>
        <w:t xml:space="preserve"> </w:t>
      </w:r>
      <w:r w:rsidRPr="003B11F3">
        <w:rPr>
          <w:sz w:val="28"/>
          <w:szCs w:val="28"/>
        </w:rPr>
        <w:t>анализ</w:t>
      </w:r>
      <w:r w:rsidRPr="003B11F3">
        <w:rPr>
          <w:spacing w:val="36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38"/>
          <w:sz w:val="28"/>
          <w:szCs w:val="28"/>
        </w:rPr>
        <w:t xml:space="preserve"> </w:t>
      </w:r>
      <w:r w:rsidRPr="003B11F3">
        <w:rPr>
          <w:sz w:val="28"/>
          <w:szCs w:val="28"/>
        </w:rPr>
        <w:t>синтез,</w:t>
      </w:r>
      <w:r w:rsidRPr="003B11F3">
        <w:rPr>
          <w:spacing w:val="33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классификация</w:t>
      </w:r>
      <w:r w:rsidRPr="003B11F3">
        <w:rPr>
          <w:spacing w:val="38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32"/>
          <w:sz w:val="28"/>
          <w:szCs w:val="28"/>
        </w:rPr>
        <w:t xml:space="preserve"> </w:t>
      </w:r>
      <w:r w:rsidRPr="003B11F3">
        <w:rPr>
          <w:sz w:val="28"/>
          <w:szCs w:val="28"/>
        </w:rPr>
        <w:t>систематизация,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абстрагирование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аналогия.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Объекты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математических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умозаключений,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правила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их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конструирования</w:t>
      </w:r>
      <w:r w:rsidRPr="003B11F3">
        <w:rPr>
          <w:spacing w:val="6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раскрывают</w:t>
      </w:r>
      <w:r w:rsidRPr="003B11F3">
        <w:rPr>
          <w:spacing w:val="5"/>
          <w:sz w:val="28"/>
          <w:szCs w:val="28"/>
        </w:rPr>
        <w:t xml:space="preserve"> </w:t>
      </w:r>
      <w:r w:rsidRPr="003B11F3">
        <w:rPr>
          <w:sz w:val="28"/>
          <w:szCs w:val="28"/>
        </w:rPr>
        <w:t>механизм</w:t>
      </w:r>
      <w:r w:rsidRPr="003B11F3">
        <w:rPr>
          <w:spacing w:val="8"/>
          <w:sz w:val="28"/>
          <w:szCs w:val="28"/>
        </w:rPr>
        <w:t xml:space="preserve"> </w:t>
      </w:r>
      <w:r w:rsidRPr="003B11F3">
        <w:rPr>
          <w:sz w:val="28"/>
          <w:szCs w:val="28"/>
        </w:rPr>
        <w:t>логических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построений,</w:t>
      </w:r>
      <w:r w:rsidRPr="003B11F3">
        <w:rPr>
          <w:spacing w:val="7"/>
          <w:sz w:val="28"/>
          <w:szCs w:val="28"/>
        </w:rPr>
        <w:t xml:space="preserve"> </w:t>
      </w:r>
      <w:r w:rsidRPr="003B11F3">
        <w:rPr>
          <w:sz w:val="28"/>
          <w:szCs w:val="28"/>
        </w:rPr>
        <w:t>способствуют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выработке</w:t>
      </w:r>
      <w:r w:rsidRPr="003B11F3">
        <w:rPr>
          <w:spacing w:val="10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умения</w:t>
      </w:r>
      <w:r w:rsidRPr="003B11F3">
        <w:rPr>
          <w:spacing w:val="6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формулировать,</w:t>
      </w:r>
      <w:r w:rsidRPr="003B11F3">
        <w:rPr>
          <w:spacing w:val="7"/>
          <w:sz w:val="28"/>
          <w:szCs w:val="28"/>
        </w:rPr>
        <w:t xml:space="preserve"> </w:t>
      </w:r>
      <w:r w:rsidRPr="003B11F3">
        <w:rPr>
          <w:sz w:val="28"/>
          <w:szCs w:val="28"/>
        </w:rPr>
        <w:t>обосновывать</w:t>
      </w:r>
      <w:r w:rsidRPr="003B11F3">
        <w:rPr>
          <w:spacing w:val="6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6"/>
          <w:sz w:val="28"/>
          <w:szCs w:val="28"/>
        </w:rPr>
        <w:t xml:space="preserve"> </w:t>
      </w:r>
      <w:r w:rsidRPr="003B11F3">
        <w:rPr>
          <w:sz w:val="28"/>
          <w:szCs w:val="28"/>
        </w:rPr>
        <w:t>доказывать</w:t>
      </w:r>
      <w:r w:rsidRPr="003B11F3">
        <w:rPr>
          <w:spacing w:val="6"/>
          <w:sz w:val="28"/>
          <w:szCs w:val="28"/>
        </w:rPr>
        <w:t xml:space="preserve"> </w:t>
      </w:r>
      <w:r w:rsidRPr="003B11F3">
        <w:rPr>
          <w:sz w:val="28"/>
          <w:szCs w:val="28"/>
        </w:rPr>
        <w:t>суждения,</w:t>
      </w:r>
      <w:r w:rsidRPr="003B11F3">
        <w:rPr>
          <w:spacing w:val="7"/>
          <w:sz w:val="28"/>
          <w:szCs w:val="28"/>
        </w:rPr>
        <w:t xml:space="preserve"> </w:t>
      </w:r>
      <w:r w:rsidRPr="003B11F3">
        <w:rPr>
          <w:sz w:val="28"/>
          <w:szCs w:val="28"/>
        </w:rPr>
        <w:t>тем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самым</w:t>
      </w:r>
      <w:r w:rsidRPr="003B11F3">
        <w:rPr>
          <w:spacing w:val="33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развивают</w:t>
      </w:r>
      <w:r w:rsidRPr="003B11F3">
        <w:rPr>
          <w:spacing w:val="32"/>
          <w:sz w:val="28"/>
          <w:szCs w:val="28"/>
        </w:rPr>
        <w:t xml:space="preserve"> </w:t>
      </w:r>
      <w:r w:rsidRPr="003B11F3">
        <w:rPr>
          <w:sz w:val="28"/>
          <w:szCs w:val="28"/>
        </w:rPr>
        <w:t>логическое</w:t>
      </w:r>
      <w:r w:rsidRPr="003B11F3">
        <w:rPr>
          <w:spacing w:val="30"/>
          <w:sz w:val="28"/>
          <w:szCs w:val="28"/>
        </w:rPr>
        <w:t xml:space="preserve"> </w:t>
      </w:r>
      <w:r w:rsidRPr="003B11F3">
        <w:rPr>
          <w:sz w:val="28"/>
          <w:szCs w:val="28"/>
        </w:rPr>
        <w:t>мышление.</w:t>
      </w:r>
      <w:r w:rsidRPr="003B11F3">
        <w:rPr>
          <w:spacing w:val="33"/>
          <w:sz w:val="28"/>
          <w:szCs w:val="28"/>
        </w:rPr>
        <w:t xml:space="preserve"> </w:t>
      </w:r>
      <w:r w:rsidRPr="003B11F3">
        <w:rPr>
          <w:sz w:val="28"/>
          <w:szCs w:val="28"/>
        </w:rPr>
        <w:t>Изучение</w:t>
      </w:r>
      <w:r w:rsidRPr="003B11F3">
        <w:rPr>
          <w:spacing w:val="30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математики</w:t>
      </w:r>
      <w:r w:rsidRPr="003B11F3">
        <w:rPr>
          <w:spacing w:val="33"/>
          <w:sz w:val="28"/>
          <w:szCs w:val="28"/>
        </w:rPr>
        <w:t xml:space="preserve"> </w:t>
      </w:r>
      <w:r w:rsidRPr="003B11F3">
        <w:rPr>
          <w:sz w:val="28"/>
          <w:szCs w:val="28"/>
        </w:rPr>
        <w:t>обеспечивает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формирование</w:t>
      </w:r>
      <w:r w:rsidRPr="003B11F3">
        <w:rPr>
          <w:spacing w:val="12"/>
          <w:sz w:val="28"/>
          <w:szCs w:val="28"/>
        </w:rPr>
        <w:t xml:space="preserve"> </w:t>
      </w:r>
      <w:r w:rsidRPr="003B11F3">
        <w:rPr>
          <w:sz w:val="28"/>
          <w:szCs w:val="28"/>
        </w:rPr>
        <w:t>алгоритмической</w:t>
      </w:r>
      <w:r w:rsidRPr="003B11F3">
        <w:rPr>
          <w:spacing w:val="1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компоненты</w:t>
      </w:r>
      <w:r w:rsidRPr="003B11F3">
        <w:rPr>
          <w:spacing w:val="9"/>
          <w:sz w:val="28"/>
          <w:szCs w:val="28"/>
        </w:rPr>
        <w:t xml:space="preserve"> </w:t>
      </w:r>
      <w:r w:rsidRPr="003B11F3">
        <w:rPr>
          <w:sz w:val="28"/>
          <w:szCs w:val="28"/>
        </w:rPr>
        <w:t>мышления</w:t>
      </w:r>
      <w:r w:rsidRPr="003B11F3">
        <w:rPr>
          <w:spacing w:val="1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воспитание</w:t>
      </w:r>
      <w:r w:rsidRPr="003B11F3">
        <w:rPr>
          <w:spacing w:val="16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умений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действовать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по</w:t>
      </w:r>
      <w:r w:rsidRPr="003B11F3">
        <w:rPr>
          <w:sz w:val="28"/>
          <w:szCs w:val="28"/>
        </w:rPr>
        <w:tab/>
        <w:t>заданным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алгоритмам,</w:t>
      </w:r>
      <w:r w:rsidRPr="003B11F3">
        <w:rPr>
          <w:sz w:val="28"/>
          <w:szCs w:val="28"/>
        </w:rPr>
        <w:tab/>
        <w:t>совершенствовать</w:t>
      </w:r>
      <w:r w:rsidRPr="003B11F3">
        <w:rPr>
          <w:sz w:val="28"/>
          <w:szCs w:val="28"/>
        </w:rPr>
        <w:tab/>
        <w:t>известные</w:t>
      </w:r>
      <w:r w:rsidRPr="003B11F3">
        <w:rPr>
          <w:sz w:val="28"/>
          <w:szCs w:val="28"/>
        </w:rPr>
        <w:tab/>
        <w:t>и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конструировать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новые.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процессе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решения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 –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основой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учебной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деятельности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уроках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математики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–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развиваются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творческая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прикладная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стороны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мышления.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даёт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возможность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развивать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 обучающихся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точную,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рациональную</w:t>
      </w:r>
      <w:r w:rsidRPr="003B11F3">
        <w:rPr>
          <w:spacing w:val="59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6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информативную</w:t>
      </w:r>
      <w:r w:rsidRPr="003B11F3">
        <w:rPr>
          <w:spacing w:val="60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речь,</w:t>
      </w:r>
      <w:r w:rsidRPr="003B11F3">
        <w:rPr>
          <w:spacing w:val="62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умение</w:t>
      </w:r>
      <w:r w:rsidRPr="003B11F3">
        <w:rPr>
          <w:spacing w:val="59"/>
          <w:sz w:val="28"/>
          <w:szCs w:val="28"/>
        </w:rPr>
        <w:t xml:space="preserve"> </w:t>
      </w:r>
      <w:r w:rsidRPr="003B11F3">
        <w:rPr>
          <w:sz w:val="28"/>
          <w:szCs w:val="28"/>
        </w:rPr>
        <w:t>отбирать</w:t>
      </w:r>
      <w:r w:rsidRPr="003B11F3">
        <w:rPr>
          <w:spacing w:val="62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наиболее</w:t>
      </w:r>
      <w:r w:rsidRPr="003B11F3">
        <w:rPr>
          <w:spacing w:val="59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подходящие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языковые,</w:t>
      </w:r>
      <w:r w:rsidRPr="003B11F3">
        <w:rPr>
          <w:spacing w:val="28"/>
          <w:sz w:val="28"/>
          <w:szCs w:val="28"/>
        </w:rPr>
        <w:t xml:space="preserve"> </w:t>
      </w:r>
      <w:r w:rsidRPr="003B11F3">
        <w:rPr>
          <w:sz w:val="28"/>
          <w:szCs w:val="28"/>
        </w:rPr>
        <w:t>символические,</w:t>
      </w:r>
      <w:r w:rsidRPr="003B11F3">
        <w:rPr>
          <w:spacing w:val="28"/>
          <w:sz w:val="28"/>
          <w:szCs w:val="28"/>
        </w:rPr>
        <w:t xml:space="preserve"> </w:t>
      </w:r>
      <w:r w:rsidRPr="003B11F3">
        <w:rPr>
          <w:sz w:val="28"/>
          <w:szCs w:val="28"/>
        </w:rPr>
        <w:t>графические</w:t>
      </w:r>
      <w:r w:rsidRPr="003B11F3">
        <w:rPr>
          <w:spacing w:val="32"/>
          <w:sz w:val="28"/>
          <w:szCs w:val="28"/>
        </w:rPr>
        <w:t xml:space="preserve"> </w:t>
      </w:r>
      <w:r w:rsidRPr="003B11F3">
        <w:rPr>
          <w:sz w:val="28"/>
          <w:szCs w:val="28"/>
        </w:rPr>
        <w:t>средства</w:t>
      </w:r>
      <w:r w:rsidRPr="003B11F3">
        <w:rPr>
          <w:spacing w:val="25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28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выражения</w:t>
      </w:r>
      <w:r w:rsidRPr="003B11F3">
        <w:rPr>
          <w:spacing w:val="28"/>
          <w:sz w:val="28"/>
          <w:szCs w:val="28"/>
        </w:rPr>
        <w:t xml:space="preserve"> </w:t>
      </w:r>
      <w:r w:rsidRPr="003B11F3">
        <w:rPr>
          <w:sz w:val="28"/>
          <w:szCs w:val="28"/>
        </w:rPr>
        <w:t>суждений</w:t>
      </w:r>
      <w:r w:rsidRPr="003B11F3">
        <w:rPr>
          <w:spacing w:val="27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</w:p>
    <w:p w:rsidR="005C01FD" w:rsidRPr="003B11F3" w:rsidRDefault="005C01FD" w:rsidP="005C01FD">
      <w:pPr>
        <w:spacing w:line="317" w:lineRule="exact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наглядного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их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представления.</w:t>
      </w:r>
    </w:p>
    <w:p w:rsidR="005C01FD" w:rsidRPr="003B11F3" w:rsidRDefault="005C01FD" w:rsidP="005C01FD">
      <w:pPr>
        <w:spacing w:before="15" w:line="254" w:lineRule="auto"/>
        <w:ind w:right="158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изучении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осуществляется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общее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знакомство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методами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познания действительности, представлениями о предмете и методах математики,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их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отличии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от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методов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других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естественных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гуманитарных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наук,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об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особенностях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применения математики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решения научных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и прикладных</w:t>
      </w:r>
      <w:r w:rsidRPr="003B11F3">
        <w:rPr>
          <w:spacing w:val="3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задач.</w:t>
      </w:r>
    </w:p>
    <w:p w:rsidR="005C01FD" w:rsidRPr="003B11F3" w:rsidRDefault="005C01FD" w:rsidP="005C01FD">
      <w:pPr>
        <w:spacing w:line="254" w:lineRule="auto"/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86" w:line="259" w:lineRule="auto"/>
        <w:ind w:right="165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lastRenderedPageBreak/>
        <w:t>Приоритетными целями обучения математике в 5–9 классах являются: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формирование</w:t>
      </w:r>
      <w:r w:rsidRPr="003B11F3">
        <w:rPr>
          <w:spacing w:val="69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центральных</w:t>
      </w:r>
      <w:r w:rsidRPr="003B11F3">
        <w:rPr>
          <w:spacing w:val="68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математических</w:t>
      </w:r>
      <w:r w:rsidRPr="003B11F3">
        <w:rPr>
          <w:spacing w:val="68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понятий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(число,</w:t>
      </w:r>
      <w:r w:rsidRPr="003B11F3">
        <w:rPr>
          <w:spacing w:val="3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величина,</w:t>
      </w:r>
      <w:proofErr w:type="gramEnd"/>
    </w:p>
    <w:p w:rsidR="005C01FD" w:rsidRPr="003B11F3" w:rsidRDefault="005C01FD" w:rsidP="005C01FD">
      <w:pPr>
        <w:spacing w:before="3" w:line="256" w:lineRule="auto"/>
        <w:ind w:right="159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геометрическая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переменная,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вероятность,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функция),</w:t>
      </w:r>
      <w:r w:rsidRPr="003B11F3">
        <w:rPr>
          <w:spacing w:val="1"/>
          <w:sz w:val="28"/>
          <w:szCs w:val="28"/>
        </w:rPr>
        <w:t xml:space="preserve"> </w:t>
      </w:r>
      <w:proofErr w:type="gramStart"/>
      <w:r w:rsidRPr="003B11F3">
        <w:rPr>
          <w:sz w:val="28"/>
          <w:szCs w:val="28"/>
        </w:rPr>
        <w:t>обеспечивающих</w:t>
      </w:r>
      <w:proofErr w:type="gramEnd"/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преемственность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перспективность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математического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образования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обучающихся;</w:t>
      </w:r>
    </w:p>
    <w:p w:rsidR="005C01FD" w:rsidRPr="003B11F3" w:rsidRDefault="005C01FD" w:rsidP="005C01FD">
      <w:pPr>
        <w:spacing w:before="3" w:line="259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подведение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обучающихся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доступном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них</w:t>
      </w:r>
      <w:r w:rsidRPr="003B11F3">
        <w:rPr>
          <w:spacing w:val="1"/>
          <w:sz w:val="28"/>
          <w:szCs w:val="28"/>
        </w:rPr>
        <w:t xml:space="preserve"> </w:t>
      </w:r>
      <w:proofErr w:type="gramStart"/>
      <w:r w:rsidRPr="003B11F3">
        <w:rPr>
          <w:sz w:val="28"/>
          <w:szCs w:val="28"/>
        </w:rPr>
        <w:t>уровне</w:t>
      </w:r>
      <w:proofErr w:type="gramEnd"/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осознанию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взаимосвязи математики и окружающего мира, понимание математики как части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общей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культуры человечества;</w:t>
      </w:r>
    </w:p>
    <w:p w:rsidR="005C01FD" w:rsidRPr="003B11F3" w:rsidRDefault="005C01FD" w:rsidP="005C01FD">
      <w:pPr>
        <w:spacing w:before="1" w:line="256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развитие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интеллектуальных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творческих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способностей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обучающихся,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познавательной активности, исследовательских умений, критичности мышления,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интереса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к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изучению математики;</w:t>
      </w:r>
    </w:p>
    <w:p w:rsidR="005C01FD" w:rsidRPr="003B11F3" w:rsidRDefault="005C01FD" w:rsidP="005C01FD">
      <w:pPr>
        <w:spacing w:before="11" w:line="259" w:lineRule="auto"/>
        <w:ind w:right="160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формирование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функциональной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грамотности: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умения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распознавать</w:t>
      </w:r>
      <w:r w:rsidRPr="003B11F3">
        <w:rPr>
          <w:spacing w:val="39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проявления</w:t>
      </w:r>
      <w:r w:rsidRPr="003B11F3">
        <w:rPr>
          <w:spacing w:val="40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математических</w:t>
      </w:r>
      <w:r w:rsidRPr="003B11F3">
        <w:rPr>
          <w:spacing w:val="36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понятий,</w:t>
      </w:r>
      <w:r w:rsidRPr="003B11F3">
        <w:rPr>
          <w:spacing w:val="4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объектов</w:t>
      </w:r>
      <w:r w:rsidRPr="003B11F3">
        <w:rPr>
          <w:spacing w:val="37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40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закономерностей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в реальных жизненных ситуациях и при изучении других учебных предметов,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проявления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зависимостей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закономерностей,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формулировать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языке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создавать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модели,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применять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освоенный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аппарат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практико-ориентированных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интерпретировать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оценивать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полученные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результаты.</w:t>
      </w:r>
    </w:p>
    <w:p w:rsidR="005C01FD" w:rsidRPr="003B11F3" w:rsidRDefault="005C01FD" w:rsidP="005C01FD">
      <w:pPr>
        <w:spacing w:line="259" w:lineRule="auto"/>
        <w:ind w:right="155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Основные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линии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содержания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программы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математике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5–9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классах:</w:t>
      </w:r>
      <w:r w:rsidRPr="003B11F3">
        <w:rPr>
          <w:spacing w:val="-10"/>
          <w:sz w:val="28"/>
          <w:szCs w:val="28"/>
        </w:rPr>
        <w:t xml:space="preserve"> </w:t>
      </w:r>
      <w:proofErr w:type="gramStart"/>
      <w:r w:rsidRPr="003B11F3">
        <w:rPr>
          <w:sz w:val="28"/>
          <w:szCs w:val="28"/>
        </w:rPr>
        <w:t>«Числа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вычисления»,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«Алгебра»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(«Алгебраические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выражения»,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«Уравнения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неравенства»),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«Функции»,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«Геометрия»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(«Геометрические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фигуры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их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свойства»,</w:t>
      </w:r>
      <w:proofErr w:type="gramEnd"/>
    </w:p>
    <w:p w:rsidR="005C01FD" w:rsidRPr="003B11F3" w:rsidRDefault="005C01FD" w:rsidP="005C01FD">
      <w:pPr>
        <w:spacing w:line="259" w:lineRule="auto"/>
        <w:ind w:right="160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«Измерение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геометрических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величин»),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«Вероятность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статистика».</w:t>
      </w:r>
      <w:proofErr w:type="gramEnd"/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Данные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линии развиваются параллельно, каждая в соответствии с собственной логикой,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однако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не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независимо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одна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от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другой,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а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тесном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контакте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и взаимодействии.</w:t>
      </w:r>
    </w:p>
    <w:p w:rsidR="005C01FD" w:rsidRPr="003B11F3" w:rsidRDefault="005C01FD" w:rsidP="005C01FD">
      <w:pPr>
        <w:spacing w:line="259" w:lineRule="auto"/>
        <w:ind w:right="159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Содержание программы по математике, распределённое по годам обучения,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структурировано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таким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образом,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чтобы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всем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основным,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принципиальным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вопросам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обучающиеся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обращались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неоднократно,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чтобы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овладение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понятиями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навыками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осуществлялось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последовательно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поступательно,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соблюдением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принципа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преемственности,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новые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знания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включались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общую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систему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представлений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обучающихся,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расширяя и</w:t>
      </w:r>
      <w:r w:rsidRPr="003B11F3">
        <w:rPr>
          <w:spacing w:val="8"/>
          <w:sz w:val="28"/>
          <w:szCs w:val="28"/>
        </w:rPr>
        <w:t xml:space="preserve"> </w:t>
      </w:r>
      <w:r w:rsidRPr="003B11F3">
        <w:rPr>
          <w:sz w:val="28"/>
          <w:szCs w:val="28"/>
        </w:rPr>
        <w:t>углубляя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её,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образуя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прочные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множественные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связи.</w:t>
      </w:r>
      <w:proofErr w:type="gramEnd"/>
    </w:p>
    <w:p w:rsidR="005C01FD" w:rsidRPr="003B11F3" w:rsidRDefault="005C01FD" w:rsidP="005C01FD">
      <w:pPr>
        <w:spacing w:line="256" w:lineRule="auto"/>
        <w:ind w:right="153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 соответствии с ФГОС ООО математика является обязательным учебным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предметом на уровне основного общего образования. В 5–9 классах математика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традиционно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изучается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в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рамках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следующих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учебных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курсов: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5–6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классах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–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курса</w:t>
      </w:r>
    </w:p>
    <w:p w:rsidR="005C01FD" w:rsidRPr="003B11F3" w:rsidRDefault="005C01FD" w:rsidP="005C01FD">
      <w:pPr>
        <w:spacing w:before="7" w:line="256" w:lineRule="auto"/>
        <w:ind w:right="154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«Математика», в 7–9 классах – курсов «Алгебра» (включая элементы статистики и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теории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вероятностей)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«Геометрия».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Программой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вводится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самостоятельный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учебный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курс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«Вероятность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статистика».</w:t>
      </w:r>
    </w:p>
    <w:p w:rsidR="005C01FD" w:rsidRPr="003B11F3" w:rsidRDefault="005C01FD" w:rsidP="005C01FD">
      <w:pPr>
        <w:spacing w:before="4" w:line="259" w:lineRule="auto"/>
        <w:ind w:right="151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Общее число часов,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рекомендованных для изучения математики (базовый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уровень)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уровне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общего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образования,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–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952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часа: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5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классе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–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170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часов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(5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часов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неделю),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6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классе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–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170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часов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(5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часов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неделю),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7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классе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–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204 часа (6 часов в неделю), в 8 классе – 204 часа (6 часов в неделю), в 9 классе –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204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часа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(6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часов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proofErr w:type="gramEnd"/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неделю).</w:t>
      </w:r>
    </w:p>
    <w:p w:rsidR="005C01FD" w:rsidRPr="003B11F3" w:rsidRDefault="005C01FD" w:rsidP="005C01FD">
      <w:pPr>
        <w:spacing w:line="259" w:lineRule="auto"/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86"/>
        <w:outlineLvl w:val="0"/>
        <w:rPr>
          <w:b/>
          <w:bCs/>
          <w:sz w:val="28"/>
          <w:szCs w:val="28"/>
        </w:rPr>
      </w:pPr>
      <w:bookmarkStart w:id="2" w:name="_bookmark1"/>
      <w:bookmarkEnd w:id="2"/>
      <w:r w:rsidRPr="003B11F3">
        <w:rPr>
          <w:b/>
          <w:bCs/>
          <w:sz w:val="28"/>
          <w:szCs w:val="28"/>
        </w:rPr>
        <w:lastRenderedPageBreak/>
        <w:t>ПЛАНИРУЕМЫЕ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РЕЗУЛЬТАТЫ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ОСВОЕНИЯ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ПРОГРАММЫ</w:t>
      </w:r>
    </w:p>
    <w:p w:rsidR="005C01FD" w:rsidRPr="003B11F3" w:rsidRDefault="005C01FD" w:rsidP="005C01FD">
      <w:pPr>
        <w:spacing w:before="24"/>
        <w:rPr>
          <w:b/>
          <w:sz w:val="28"/>
        </w:rPr>
      </w:pPr>
      <w:r w:rsidRPr="003B11F3">
        <w:rPr>
          <w:b/>
          <w:sz w:val="28"/>
        </w:rPr>
        <w:t>ПО</w:t>
      </w:r>
      <w:r w:rsidRPr="003B11F3">
        <w:rPr>
          <w:b/>
          <w:spacing w:val="-5"/>
          <w:sz w:val="28"/>
        </w:rPr>
        <w:t xml:space="preserve"> </w:t>
      </w:r>
      <w:r w:rsidRPr="003B11F3">
        <w:rPr>
          <w:b/>
          <w:sz w:val="28"/>
        </w:rPr>
        <w:t>МАТЕМАТИКЕ</w:t>
      </w:r>
      <w:r w:rsidRPr="003B11F3">
        <w:rPr>
          <w:b/>
          <w:spacing w:val="-3"/>
          <w:sz w:val="28"/>
        </w:rPr>
        <w:t xml:space="preserve"> </w:t>
      </w:r>
      <w:r w:rsidRPr="003B11F3">
        <w:rPr>
          <w:b/>
          <w:sz w:val="28"/>
        </w:rPr>
        <w:t>НА</w:t>
      </w:r>
      <w:r w:rsidRPr="003B11F3">
        <w:rPr>
          <w:b/>
          <w:spacing w:val="-4"/>
          <w:sz w:val="28"/>
        </w:rPr>
        <w:t xml:space="preserve"> </w:t>
      </w:r>
      <w:r w:rsidRPr="003B11F3">
        <w:rPr>
          <w:b/>
          <w:sz w:val="28"/>
        </w:rPr>
        <w:t>УРОВНЕ</w:t>
      </w:r>
      <w:r w:rsidRPr="003B11F3">
        <w:rPr>
          <w:b/>
          <w:spacing w:val="-3"/>
          <w:sz w:val="28"/>
        </w:rPr>
        <w:t xml:space="preserve"> </w:t>
      </w:r>
      <w:r w:rsidRPr="003B11F3">
        <w:rPr>
          <w:b/>
          <w:sz w:val="28"/>
        </w:rPr>
        <w:t>ОСНОВНОГО</w:t>
      </w:r>
      <w:r w:rsidRPr="003B11F3">
        <w:rPr>
          <w:b/>
          <w:spacing w:val="-5"/>
          <w:sz w:val="28"/>
        </w:rPr>
        <w:t xml:space="preserve"> </w:t>
      </w:r>
      <w:r w:rsidRPr="003B11F3">
        <w:rPr>
          <w:b/>
          <w:sz w:val="28"/>
        </w:rPr>
        <w:t>ОБЩЕГО</w:t>
      </w:r>
      <w:r w:rsidRPr="003B11F3">
        <w:rPr>
          <w:b/>
          <w:spacing w:val="-4"/>
          <w:sz w:val="28"/>
        </w:rPr>
        <w:t xml:space="preserve"> </w:t>
      </w:r>
      <w:r w:rsidRPr="003B11F3">
        <w:rPr>
          <w:b/>
          <w:sz w:val="28"/>
        </w:rPr>
        <w:t>ОБРАЗОВАНИЯ</w:t>
      </w:r>
    </w:p>
    <w:p w:rsidR="005C01FD" w:rsidRPr="003B11F3" w:rsidRDefault="005C01FD" w:rsidP="005C01FD">
      <w:pPr>
        <w:rPr>
          <w:b/>
          <w:sz w:val="10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82B1CC6" wp14:editId="48FBA46E">
                <wp:simplePos x="0" y="0"/>
                <wp:positionH relativeFrom="page">
                  <wp:posOffset>697230</wp:posOffset>
                </wp:positionH>
                <wp:positionV relativeFrom="paragraph">
                  <wp:posOffset>100330</wp:posOffset>
                </wp:positionV>
                <wp:extent cx="6334125" cy="1270"/>
                <wp:effectExtent l="0" t="0" r="0" b="0"/>
                <wp:wrapTopAndBottom/>
                <wp:docPr id="20" name="Поли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4125" cy="1270"/>
                        </a:xfrm>
                        <a:custGeom>
                          <a:avLst/>
                          <a:gdLst>
                            <a:gd name="T0" fmla="+- 0 1098 1098"/>
                            <a:gd name="T1" fmla="*/ T0 w 9975"/>
                            <a:gd name="T2" fmla="+- 0 11073 1098"/>
                            <a:gd name="T3" fmla="*/ T2 w 9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75">
                              <a:moveTo>
                                <a:pt x="0" y="0"/>
                              </a:moveTo>
                              <a:lnTo>
                                <a:pt x="9975" y="0"/>
                              </a:lnTo>
                            </a:path>
                          </a:pathLst>
                        </a:custGeom>
                        <a:noFill/>
                        <a:ln w="45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0" o:spid="_x0000_s1026" style="position:absolute;margin-left:54.9pt;margin-top:7.9pt;width:498.7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" path="m,l9975,e" filled="f" strokeweight=".1271mm">
                <v:path arrowok="t" o:connecttype="custom" o:connectlocs="0,0;6334125,0" o:connectangles="0,0"/>
                <w10:wrap type="topAndBottom" anchorx="page"/>
              </v:shape>
            </w:pict>
          </mc:Fallback>
        </mc:AlternateContent>
      </w:r>
    </w:p>
    <w:p w:rsidR="005C01FD" w:rsidRPr="003B11F3" w:rsidRDefault="005C01FD" w:rsidP="005C01FD">
      <w:pPr>
        <w:rPr>
          <w:b/>
          <w:sz w:val="33"/>
          <w:szCs w:val="28"/>
        </w:rPr>
      </w:pPr>
    </w:p>
    <w:p w:rsidR="005C01FD" w:rsidRPr="003B11F3" w:rsidRDefault="005C01FD" w:rsidP="005C01FD">
      <w:pPr>
        <w:spacing w:line="259" w:lineRule="auto"/>
        <w:ind w:right="153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Изучение математики на уровне основного общего образования направлено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достижение</w:t>
      </w:r>
      <w:r w:rsidRPr="003B11F3">
        <w:rPr>
          <w:spacing w:val="1"/>
          <w:sz w:val="28"/>
          <w:szCs w:val="28"/>
        </w:rPr>
        <w:t xml:space="preserve"> </w:t>
      </w:r>
      <w:proofErr w:type="gramStart"/>
      <w:r w:rsidRPr="003B11F3">
        <w:rPr>
          <w:sz w:val="28"/>
          <w:szCs w:val="28"/>
        </w:rPr>
        <w:t>обучающимися</w:t>
      </w:r>
      <w:proofErr w:type="gramEnd"/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личностных,</w:t>
      </w:r>
      <w:r w:rsidRPr="003B11F3">
        <w:rPr>
          <w:spacing w:val="1"/>
          <w:sz w:val="28"/>
          <w:szCs w:val="28"/>
        </w:rPr>
        <w:t xml:space="preserve"> </w:t>
      </w:r>
      <w:proofErr w:type="spellStart"/>
      <w:r w:rsidRPr="003B11F3">
        <w:rPr>
          <w:sz w:val="28"/>
          <w:szCs w:val="28"/>
        </w:rPr>
        <w:t>метапредметных</w:t>
      </w:r>
      <w:proofErr w:type="spellEnd"/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предметных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образовательных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результатов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освоения</w:t>
      </w:r>
      <w:r w:rsidRPr="003B11F3">
        <w:rPr>
          <w:spacing w:val="8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учебного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предмета.</w:t>
      </w:r>
    </w:p>
    <w:p w:rsidR="005C01FD" w:rsidRPr="003B11F3" w:rsidRDefault="005C01FD" w:rsidP="005C01FD">
      <w:pPr>
        <w:spacing w:before="7"/>
        <w:rPr>
          <w:sz w:val="29"/>
          <w:szCs w:val="28"/>
        </w:rPr>
      </w:pPr>
    </w:p>
    <w:p w:rsidR="005C01FD" w:rsidRPr="003B11F3" w:rsidRDefault="005C01FD" w:rsidP="005C01FD">
      <w:pPr>
        <w:outlineLvl w:val="0"/>
        <w:rPr>
          <w:b/>
          <w:bCs/>
          <w:sz w:val="28"/>
          <w:szCs w:val="28"/>
        </w:rPr>
      </w:pPr>
      <w:bookmarkStart w:id="3" w:name="_bookmark2"/>
      <w:bookmarkEnd w:id="3"/>
      <w:r w:rsidRPr="003B11F3">
        <w:rPr>
          <w:b/>
          <w:bCs/>
          <w:sz w:val="28"/>
          <w:szCs w:val="28"/>
        </w:rPr>
        <w:t>ЛИЧНОСТНЫЕ</w:t>
      </w:r>
      <w:r w:rsidRPr="003B11F3">
        <w:rPr>
          <w:b/>
          <w:bCs/>
          <w:spacing w:val="-9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РЕЗУЛЬТАТЫ</w:t>
      </w:r>
    </w:p>
    <w:p w:rsidR="005C01FD" w:rsidRPr="003B11F3" w:rsidRDefault="005C01FD" w:rsidP="005C01FD">
      <w:pPr>
        <w:spacing w:before="153" w:line="264" w:lineRule="auto"/>
        <w:ind w:right="152"/>
        <w:jc w:val="both"/>
        <w:rPr>
          <w:sz w:val="28"/>
        </w:rPr>
      </w:pPr>
      <w:r w:rsidRPr="003B11F3">
        <w:rPr>
          <w:b/>
          <w:sz w:val="28"/>
        </w:rPr>
        <w:t>Личностные</w:t>
      </w:r>
      <w:r w:rsidRPr="003B11F3">
        <w:rPr>
          <w:b/>
          <w:spacing w:val="1"/>
          <w:sz w:val="28"/>
        </w:rPr>
        <w:t xml:space="preserve"> </w:t>
      </w:r>
      <w:r w:rsidRPr="003B11F3">
        <w:rPr>
          <w:b/>
          <w:sz w:val="28"/>
        </w:rPr>
        <w:t>результаты</w:t>
      </w:r>
      <w:r w:rsidRPr="003B11F3">
        <w:rPr>
          <w:b/>
          <w:spacing w:val="1"/>
          <w:sz w:val="28"/>
        </w:rPr>
        <w:t xml:space="preserve"> </w:t>
      </w:r>
      <w:r w:rsidRPr="003B11F3">
        <w:rPr>
          <w:sz w:val="28"/>
        </w:rPr>
        <w:t>освоения</w:t>
      </w:r>
      <w:r w:rsidRPr="003B11F3">
        <w:rPr>
          <w:spacing w:val="1"/>
          <w:sz w:val="28"/>
        </w:rPr>
        <w:t xml:space="preserve"> </w:t>
      </w:r>
      <w:r w:rsidRPr="003B11F3">
        <w:rPr>
          <w:sz w:val="28"/>
        </w:rPr>
        <w:t>программы</w:t>
      </w:r>
      <w:r w:rsidRPr="003B11F3">
        <w:rPr>
          <w:spacing w:val="1"/>
          <w:sz w:val="28"/>
        </w:rPr>
        <w:t xml:space="preserve"> </w:t>
      </w:r>
      <w:r w:rsidRPr="003B11F3">
        <w:rPr>
          <w:sz w:val="28"/>
        </w:rPr>
        <w:t>по</w:t>
      </w:r>
      <w:r w:rsidRPr="003B11F3">
        <w:rPr>
          <w:spacing w:val="1"/>
          <w:sz w:val="28"/>
        </w:rPr>
        <w:t xml:space="preserve"> </w:t>
      </w:r>
      <w:r w:rsidRPr="003B11F3">
        <w:rPr>
          <w:sz w:val="28"/>
        </w:rPr>
        <w:t>математике</w:t>
      </w:r>
      <w:r w:rsidRPr="003B11F3">
        <w:rPr>
          <w:spacing w:val="1"/>
          <w:sz w:val="28"/>
        </w:rPr>
        <w:t xml:space="preserve"> </w:t>
      </w:r>
      <w:r w:rsidRPr="003B11F3">
        <w:rPr>
          <w:sz w:val="28"/>
        </w:rPr>
        <w:t>характеризуются:</w:t>
      </w:r>
    </w:p>
    <w:p w:rsidR="005C01FD" w:rsidRPr="003B11F3" w:rsidRDefault="005C01FD" w:rsidP="005C01FD">
      <w:pPr>
        <w:numPr>
          <w:ilvl w:val="0"/>
          <w:numId w:val="16"/>
        </w:numPr>
        <w:tabs>
          <w:tab w:val="left" w:pos="476"/>
        </w:tabs>
        <w:spacing w:before="106"/>
        <w:ind w:hanging="326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патриотическое</w:t>
      </w:r>
      <w:r w:rsidRPr="003B11F3">
        <w:rPr>
          <w:b/>
          <w:bCs/>
          <w:spacing w:val="-12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воспитание:</w:t>
      </w:r>
    </w:p>
    <w:p w:rsidR="005C01FD" w:rsidRPr="003B11F3" w:rsidRDefault="005C01FD" w:rsidP="005C01FD">
      <w:pPr>
        <w:spacing w:before="30" w:line="259" w:lineRule="auto"/>
        <w:ind w:right="15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проявлением интереса к прошлому и настоящему российской математики,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ценностным отношением к достижениям российских математиков и российской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математической школы, к использованию этих достижений в других науках 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прикладных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сферах;</w:t>
      </w:r>
    </w:p>
    <w:p w:rsidR="005C01FD" w:rsidRPr="003B11F3" w:rsidRDefault="005C01FD" w:rsidP="005C01FD">
      <w:pPr>
        <w:numPr>
          <w:ilvl w:val="0"/>
          <w:numId w:val="16"/>
        </w:numPr>
        <w:tabs>
          <w:tab w:val="left" w:pos="476"/>
        </w:tabs>
        <w:spacing w:before="115"/>
        <w:ind w:hanging="326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гражданское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и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духовно-нравственное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воспитание:</w:t>
      </w:r>
    </w:p>
    <w:p w:rsidR="005C01FD" w:rsidRPr="003B11F3" w:rsidRDefault="005C01FD" w:rsidP="005C01FD">
      <w:pPr>
        <w:spacing w:before="31" w:line="259" w:lineRule="auto"/>
        <w:ind w:right="153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готовностью к выполнению обязанностей гражданина и реализации его прав,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представлением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основах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функционирования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различных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структур,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явлений,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процедур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гражданского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общества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(например,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выборы,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опросы),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готовностью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обсуждению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этических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проблем,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связанных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практическим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применением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достижений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науки,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осознанием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важности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морально-этических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принципов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деятельности</w:t>
      </w:r>
      <w:r w:rsidRPr="003B11F3">
        <w:rPr>
          <w:spacing w:val="8"/>
          <w:sz w:val="28"/>
          <w:szCs w:val="28"/>
        </w:rPr>
        <w:t xml:space="preserve"> </w:t>
      </w:r>
      <w:r w:rsidRPr="003B11F3">
        <w:rPr>
          <w:sz w:val="28"/>
          <w:szCs w:val="28"/>
        </w:rPr>
        <w:t>учёного;</w:t>
      </w:r>
    </w:p>
    <w:p w:rsidR="005C01FD" w:rsidRPr="003B11F3" w:rsidRDefault="005C01FD" w:rsidP="005C01FD">
      <w:pPr>
        <w:numPr>
          <w:ilvl w:val="0"/>
          <w:numId w:val="16"/>
        </w:numPr>
        <w:tabs>
          <w:tab w:val="left" w:pos="476"/>
        </w:tabs>
        <w:spacing w:before="111"/>
        <w:ind w:hanging="326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трудовое</w:t>
      </w:r>
      <w:r w:rsidRPr="003B11F3">
        <w:rPr>
          <w:b/>
          <w:bCs/>
          <w:spacing w:val="-9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воспитание:</w:t>
      </w:r>
    </w:p>
    <w:p w:rsidR="005C01FD" w:rsidRPr="003B11F3" w:rsidRDefault="005C01FD" w:rsidP="005C01FD">
      <w:pPr>
        <w:spacing w:before="31" w:line="259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установкой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активное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участие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практических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направленности,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осознанием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важности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математического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образования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протяжении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всей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жизни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успешной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профессиональной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деятельности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развитием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необходимых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умений,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осознанным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выбором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построением</w:t>
      </w:r>
      <w:r w:rsidRPr="003B11F3">
        <w:rPr>
          <w:spacing w:val="7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индивидуальной   траектории   образования   и   жизненных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планов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учётом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личных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интересов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общественных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потребностей;</w:t>
      </w:r>
    </w:p>
    <w:p w:rsidR="005C01FD" w:rsidRPr="003B11F3" w:rsidRDefault="005C01FD" w:rsidP="005C01FD">
      <w:pPr>
        <w:numPr>
          <w:ilvl w:val="0"/>
          <w:numId w:val="16"/>
        </w:numPr>
        <w:tabs>
          <w:tab w:val="left" w:pos="476"/>
        </w:tabs>
        <w:spacing w:before="117"/>
        <w:ind w:hanging="326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эстетическое</w:t>
      </w:r>
      <w:r w:rsidRPr="003B11F3">
        <w:rPr>
          <w:b/>
          <w:bCs/>
          <w:spacing w:val="-12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воспитание:</w:t>
      </w:r>
    </w:p>
    <w:p w:rsidR="005C01FD" w:rsidRPr="003B11F3" w:rsidRDefault="005C01FD" w:rsidP="005C01FD">
      <w:pPr>
        <w:spacing w:before="32" w:line="256" w:lineRule="auto"/>
        <w:ind w:right="154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способностью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эмоциональному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эстетическому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восприятию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объектов,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рассуждений,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умению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видеть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закономерности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искусстве;</w:t>
      </w:r>
    </w:p>
    <w:p w:rsidR="005C01FD" w:rsidRPr="003B11F3" w:rsidRDefault="005C01FD" w:rsidP="005C01FD">
      <w:pPr>
        <w:numPr>
          <w:ilvl w:val="0"/>
          <w:numId w:val="16"/>
        </w:numPr>
        <w:tabs>
          <w:tab w:val="left" w:pos="476"/>
        </w:tabs>
        <w:spacing w:before="126"/>
        <w:ind w:hanging="326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ценности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научного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познания:</w:t>
      </w:r>
    </w:p>
    <w:p w:rsidR="005C01FD" w:rsidRPr="003B11F3" w:rsidRDefault="005C01FD" w:rsidP="005C01FD">
      <w:pPr>
        <w:spacing w:before="23" w:line="256" w:lineRule="auto"/>
        <w:ind w:right="156"/>
        <w:jc w:val="both"/>
        <w:rPr>
          <w:sz w:val="28"/>
          <w:szCs w:val="28"/>
        </w:rPr>
      </w:pPr>
      <w:r w:rsidRPr="003B11F3">
        <w:rPr>
          <w:spacing w:val="-1"/>
          <w:sz w:val="28"/>
          <w:szCs w:val="28"/>
        </w:rPr>
        <w:t>ориентацией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в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деятельности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современную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систему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научных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представлений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об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закономерностях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развития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человека,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природы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общества,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пониманием математической науки как сферы человеческой деятельности, этапов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её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развития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значимости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развития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цивилизации,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овладением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языком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математики</w:t>
      </w:r>
      <w:r w:rsidRPr="003B11F3">
        <w:rPr>
          <w:spacing w:val="44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37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математической</w:t>
      </w:r>
      <w:r w:rsidRPr="003B11F3">
        <w:rPr>
          <w:spacing w:val="44"/>
          <w:sz w:val="28"/>
          <w:szCs w:val="28"/>
        </w:rPr>
        <w:t xml:space="preserve"> </w:t>
      </w:r>
      <w:r w:rsidRPr="003B11F3">
        <w:rPr>
          <w:sz w:val="28"/>
          <w:szCs w:val="28"/>
        </w:rPr>
        <w:t>культурой</w:t>
      </w:r>
      <w:r w:rsidRPr="003B11F3">
        <w:rPr>
          <w:spacing w:val="44"/>
          <w:sz w:val="28"/>
          <w:szCs w:val="28"/>
        </w:rPr>
        <w:t xml:space="preserve"> </w:t>
      </w:r>
      <w:r w:rsidRPr="003B11F3">
        <w:rPr>
          <w:sz w:val="28"/>
          <w:szCs w:val="28"/>
        </w:rPr>
        <w:t>как</w:t>
      </w:r>
      <w:r w:rsidRPr="003B11F3">
        <w:rPr>
          <w:spacing w:val="44"/>
          <w:sz w:val="28"/>
          <w:szCs w:val="28"/>
        </w:rPr>
        <w:t xml:space="preserve"> </w:t>
      </w:r>
      <w:r w:rsidRPr="003B11F3">
        <w:rPr>
          <w:sz w:val="28"/>
          <w:szCs w:val="28"/>
        </w:rPr>
        <w:t>средством</w:t>
      </w:r>
      <w:r w:rsidRPr="003B11F3">
        <w:rPr>
          <w:spacing w:val="45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познания</w:t>
      </w:r>
      <w:r w:rsidRPr="003B11F3">
        <w:rPr>
          <w:spacing w:val="44"/>
          <w:sz w:val="28"/>
          <w:szCs w:val="28"/>
        </w:rPr>
        <w:t xml:space="preserve"> </w:t>
      </w:r>
      <w:r w:rsidRPr="003B11F3">
        <w:rPr>
          <w:sz w:val="28"/>
          <w:szCs w:val="28"/>
        </w:rPr>
        <w:t>мира,</w:t>
      </w:r>
    </w:p>
    <w:p w:rsidR="005C01FD" w:rsidRPr="003B11F3" w:rsidRDefault="005C01FD" w:rsidP="005C01FD">
      <w:pPr>
        <w:spacing w:line="256" w:lineRule="auto"/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86"/>
        <w:jc w:val="both"/>
        <w:rPr>
          <w:sz w:val="28"/>
          <w:szCs w:val="28"/>
        </w:rPr>
      </w:pPr>
      <w:r w:rsidRPr="003B11F3">
        <w:rPr>
          <w:sz w:val="28"/>
          <w:szCs w:val="28"/>
        </w:rPr>
        <w:lastRenderedPageBreak/>
        <w:t>овладением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простейшими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навыками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исследовательской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деятельности;</w:t>
      </w:r>
    </w:p>
    <w:p w:rsidR="005C01FD" w:rsidRPr="003B11F3" w:rsidRDefault="005C01FD" w:rsidP="005C01FD">
      <w:pPr>
        <w:numPr>
          <w:ilvl w:val="0"/>
          <w:numId w:val="16"/>
        </w:numPr>
        <w:tabs>
          <w:tab w:val="left" w:pos="476"/>
        </w:tabs>
        <w:spacing w:before="146" w:line="256" w:lineRule="auto"/>
        <w:ind w:right="161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физическое</w:t>
      </w:r>
      <w:r w:rsidRPr="003B11F3">
        <w:rPr>
          <w:b/>
          <w:bCs/>
          <w:spacing w:val="1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воспитание,</w:t>
      </w:r>
      <w:r w:rsidRPr="003B11F3">
        <w:rPr>
          <w:b/>
          <w:bCs/>
          <w:spacing w:val="1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формирование</w:t>
      </w:r>
      <w:r w:rsidRPr="003B11F3">
        <w:rPr>
          <w:b/>
          <w:bCs/>
          <w:spacing w:val="1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культуры</w:t>
      </w:r>
      <w:r w:rsidRPr="003B11F3">
        <w:rPr>
          <w:b/>
          <w:bCs/>
          <w:spacing w:val="1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здоровья</w:t>
      </w:r>
      <w:r w:rsidRPr="003B11F3">
        <w:rPr>
          <w:b/>
          <w:bCs/>
          <w:spacing w:val="1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и</w:t>
      </w:r>
      <w:r w:rsidRPr="003B11F3">
        <w:rPr>
          <w:b/>
          <w:bCs/>
          <w:spacing w:val="-6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эмоционального</w:t>
      </w:r>
      <w:r w:rsidRPr="003B11F3">
        <w:rPr>
          <w:b/>
          <w:bCs/>
          <w:spacing w:val="-3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благополучия:</w:t>
      </w:r>
    </w:p>
    <w:p w:rsidR="005C01FD" w:rsidRPr="003B11F3" w:rsidRDefault="005C01FD" w:rsidP="005C01FD">
      <w:pPr>
        <w:spacing w:line="256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готовностью применять математические знания в интересах своего здоровья,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ведения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здорового образа жизни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(здоровое питание,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сбалансированный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режим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занятий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отдыха,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регулярная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физическая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z w:val="28"/>
          <w:szCs w:val="28"/>
        </w:rPr>
        <w:t>активность),</w:t>
      </w:r>
      <w:r w:rsidRPr="003B11F3">
        <w:rPr>
          <w:spacing w:val="-13"/>
          <w:sz w:val="28"/>
          <w:szCs w:val="28"/>
        </w:rPr>
        <w:t xml:space="preserve"> </w:t>
      </w:r>
      <w:proofErr w:type="spellStart"/>
      <w:r w:rsidRPr="003B11F3">
        <w:rPr>
          <w:sz w:val="28"/>
          <w:szCs w:val="28"/>
        </w:rPr>
        <w:t>сформированностью</w:t>
      </w:r>
      <w:proofErr w:type="spellEnd"/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навыка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рефлексии,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признанием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своего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права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ошибку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такого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же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права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другого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человека;</w:t>
      </w:r>
    </w:p>
    <w:p w:rsidR="005C01FD" w:rsidRPr="003B11F3" w:rsidRDefault="005C01FD" w:rsidP="005C01FD">
      <w:pPr>
        <w:numPr>
          <w:ilvl w:val="0"/>
          <w:numId w:val="16"/>
        </w:numPr>
        <w:tabs>
          <w:tab w:val="left" w:pos="476"/>
        </w:tabs>
        <w:spacing w:before="124"/>
        <w:ind w:hanging="326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экологическое</w:t>
      </w:r>
      <w:r w:rsidRPr="003B11F3">
        <w:rPr>
          <w:b/>
          <w:bCs/>
          <w:spacing w:val="-12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воспитание:</w:t>
      </w:r>
    </w:p>
    <w:p w:rsidR="005C01FD" w:rsidRPr="003B11F3" w:rsidRDefault="005C01FD" w:rsidP="005C01FD">
      <w:pPr>
        <w:spacing w:before="17" w:line="256" w:lineRule="auto"/>
        <w:ind w:right="152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ориентацией</w:t>
      </w:r>
      <w:r w:rsidRPr="003B11F3">
        <w:rPr>
          <w:spacing w:val="36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0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применение</w:t>
      </w:r>
      <w:r w:rsidRPr="003B11F3">
        <w:rPr>
          <w:spacing w:val="102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математических</w:t>
      </w:r>
      <w:r w:rsidRPr="003B11F3">
        <w:rPr>
          <w:spacing w:val="101"/>
          <w:sz w:val="28"/>
          <w:szCs w:val="28"/>
        </w:rPr>
        <w:t xml:space="preserve"> </w:t>
      </w:r>
      <w:r w:rsidRPr="003B11F3">
        <w:rPr>
          <w:sz w:val="28"/>
          <w:szCs w:val="28"/>
        </w:rPr>
        <w:t>знаний</w:t>
      </w:r>
      <w:r w:rsidRPr="003B11F3">
        <w:rPr>
          <w:spacing w:val="105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05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решения</w:t>
      </w:r>
      <w:r w:rsidRPr="003B11F3">
        <w:rPr>
          <w:spacing w:val="104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в области сохранности окружающей среды, планирования поступков и оценки 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возможных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последствий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окружающей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среды,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осознанием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глобального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характера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экологических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проблем</w:t>
      </w:r>
      <w:r w:rsidRPr="003B11F3">
        <w:rPr>
          <w:spacing w:val="3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путей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решения;</w:t>
      </w:r>
    </w:p>
    <w:p w:rsidR="005C01FD" w:rsidRPr="003B11F3" w:rsidRDefault="005C01FD" w:rsidP="005C01FD">
      <w:pPr>
        <w:numPr>
          <w:ilvl w:val="0"/>
          <w:numId w:val="16"/>
        </w:numPr>
        <w:tabs>
          <w:tab w:val="left" w:pos="476"/>
        </w:tabs>
        <w:spacing w:before="127"/>
        <w:ind w:hanging="326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адаптация</w:t>
      </w:r>
      <w:r w:rsidRPr="003B11F3">
        <w:rPr>
          <w:b/>
          <w:bCs/>
          <w:spacing w:val="-5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к</w:t>
      </w:r>
      <w:r w:rsidRPr="003B11F3">
        <w:rPr>
          <w:b/>
          <w:bCs/>
          <w:spacing w:val="-2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изменяющимся</w:t>
      </w:r>
      <w:r w:rsidRPr="003B11F3">
        <w:rPr>
          <w:b/>
          <w:bCs/>
          <w:spacing w:val="-5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условиям</w:t>
      </w:r>
      <w:r w:rsidRPr="003B11F3">
        <w:rPr>
          <w:b/>
          <w:bCs/>
          <w:spacing w:val="-3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социальной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и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природной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среды:</w:t>
      </w:r>
    </w:p>
    <w:p w:rsidR="005C01FD" w:rsidRPr="003B11F3" w:rsidRDefault="005C01FD" w:rsidP="005C01FD">
      <w:pPr>
        <w:spacing w:before="24" w:line="256" w:lineRule="auto"/>
        <w:ind w:right="159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готовностью к действиям в условиях неопределённости, повышению уровня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своей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компетентности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через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практическую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деятельность,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том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учиться у других людей, приобретать в совместной деятельности новые знания,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навыки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компетенции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опыта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других;</w:t>
      </w:r>
    </w:p>
    <w:p w:rsidR="005C01FD" w:rsidRPr="003B11F3" w:rsidRDefault="005C01FD" w:rsidP="005C01FD">
      <w:pPr>
        <w:spacing w:line="256" w:lineRule="auto"/>
        <w:ind w:right="162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необходимостью в формировании новых знаний, в том числе формулировать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идеи, понятия, гипотезы об объектах и явлениях, в том числе ранее не известных,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осознавать дефициты собственных знаний и компетентностей, планировать своё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развитие;</w:t>
      </w:r>
    </w:p>
    <w:p w:rsidR="005C01FD" w:rsidRPr="003B11F3" w:rsidRDefault="005C01FD" w:rsidP="005C01FD">
      <w:pPr>
        <w:spacing w:before="3" w:line="254" w:lineRule="auto"/>
        <w:ind w:right="149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способностью осознавать стрессовую ситуацию, воспринимать стрессовую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ситуацию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как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вызов,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требующий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контрмер,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корректировать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принимаемые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решения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действия,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формулировать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оценивать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риски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последствия,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формировать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опыт.</w:t>
      </w:r>
    </w:p>
    <w:p w:rsidR="005C01FD" w:rsidRPr="003B11F3" w:rsidRDefault="005C01FD" w:rsidP="005C01FD">
      <w:pPr>
        <w:spacing w:before="11"/>
        <w:rPr>
          <w:sz w:val="34"/>
          <w:szCs w:val="28"/>
        </w:rPr>
      </w:pPr>
    </w:p>
    <w:p w:rsidR="005C01FD" w:rsidRPr="003B11F3" w:rsidRDefault="005C01FD" w:rsidP="005C01FD">
      <w:pPr>
        <w:jc w:val="both"/>
        <w:outlineLvl w:val="0"/>
        <w:rPr>
          <w:b/>
          <w:bCs/>
          <w:sz w:val="28"/>
          <w:szCs w:val="28"/>
        </w:rPr>
      </w:pPr>
      <w:bookmarkStart w:id="4" w:name="_bookmark3"/>
      <w:bookmarkEnd w:id="4"/>
      <w:r w:rsidRPr="003B11F3">
        <w:rPr>
          <w:b/>
          <w:bCs/>
          <w:sz w:val="28"/>
          <w:szCs w:val="28"/>
        </w:rPr>
        <w:t>МЕТАПРЕДМЕТНЫЕ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РЕЗУЛЬТАТЫ</w:t>
      </w:r>
    </w:p>
    <w:p w:rsidR="005C01FD" w:rsidRPr="003B11F3" w:rsidRDefault="005C01FD" w:rsidP="005C01FD">
      <w:pPr>
        <w:spacing w:before="146" w:line="256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результате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освоения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программы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математике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уровне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основного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общего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образования </w:t>
      </w:r>
      <w:proofErr w:type="gramStart"/>
      <w:r w:rsidRPr="003B11F3">
        <w:rPr>
          <w:sz w:val="28"/>
          <w:szCs w:val="28"/>
        </w:rPr>
        <w:t>у</w:t>
      </w:r>
      <w:proofErr w:type="gramEnd"/>
      <w:r w:rsidRPr="003B11F3">
        <w:rPr>
          <w:sz w:val="28"/>
          <w:szCs w:val="28"/>
        </w:rPr>
        <w:t xml:space="preserve"> обучающегося будут сформированы </w:t>
      </w:r>
      <w:proofErr w:type="spellStart"/>
      <w:r w:rsidRPr="003B11F3">
        <w:rPr>
          <w:sz w:val="28"/>
          <w:szCs w:val="28"/>
        </w:rPr>
        <w:t>метапредметные</w:t>
      </w:r>
      <w:proofErr w:type="spellEnd"/>
      <w:r w:rsidRPr="003B11F3">
        <w:rPr>
          <w:sz w:val="28"/>
          <w:szCs w:val="28"/>
        </w:rPr>
        <w:t xml:space="preserve"> результаты,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характеризующиеся овладением универсальными познавательными действиями,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универсальными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коммуникативными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действиями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универсальными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регулятивными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действиями.</w:t>
      </w:r>
    </w:p>
    <w:p w:rsidR="005C01FD" w:rsidRPr="003B11F3" w:rsidRDefault="005C01FD" w:rsidP="005C01FD">
      <w:pPr>
        <w:spacing w:before="252"/>
        <w:jc w:val="both"/>
        <w:rPr>
          <w:b/>
          <w:sz w:val="31"/>
        </w:rPr>
      </w:pPr>
      <w:r w:rsidRPr="003B11F3">
        <w:rPr>
          <w:b/>
          <w:sz w:val="31"/>
        </w:rPr>
        <w:t>Познавательные</w:t>
      </w:r>
      <w:r w:rsidRPr="003B11F3">
        <w:rPr>
          <w:b/>
          <w:spacing w:val="48"/>
          <w:sz w:val="31"/>
        </w:rPr>
        <w:t xml:space="preserve"> </w:t>
      </w:r>
      <w:r w:rsidRPr="003B11F3">
        <w:rPr>
          <w:b/>
          <w:sz w:val="31"/>
        </w:rPr>
        <w:t>универсальные</w:t>
      </w:r>
      <w:r w:rsidRPr="003B11F3">
        <w:rPr>
          <w:b/>
          <w:spacing w:val="48"/>
          <w:sz w:val="31"/>
        </w:rPr>
        <w:t xml:space="preserve"> </w:t>
      </w:r>
      <w:r w:rsidRPr="003B11F3">
        <w:rPr>
          <w:b/>
          <w:sz w:val="31"/>
        </w:rPr>
        <w:t>учебные</w:t>
      </w:r>
      <w:r w:rsidRPr="003B11F3">
        <w:rPr>
          <w:b/>
          <w:spacing w:val="49"/>
          <w:sz w:val="31"/>
        </w:rPr>
        <w:t xml:space="preserve"> </w:t>
      </w:r>
      <w:r w:rsidRPr="003B11F3">
        <w:rPr>
          <w:b/>
          <w:sz w:val="31"/>
        </w:rPr>
        <w:t>действия</w:t>
      </w:r>
    </w:p>
    <w:p w:rsidR="005C01FD" w:rsidRPr="003B11F3" w:rsidRDefault="005C01FD" w:rsidP="005C01FD">
      <w:pPr>
        <w:spacing w:before="32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Базовые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логические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действия:</w:t>
      </w:r>
    </w:p>
    <w:p w:rsidR="005C01FD" w:rsidRPr="003B11F3" w:rsidRDefault="005C01FD" w:rsidP="005C01FD">
      <w:pPr>
        <w:spacing w:before="24" w:line="256" w:lineRule="auto"/>
        <w:ind w:right="149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выявлять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характеризовать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существенные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признаки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объектов,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понятий,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отношений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между понятиями,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формулировать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определения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понятий,</w:t>
      </w:r>
      <w:r w:rsidRPr="003B11F3">
        <w:rPr>
          <w:spacing w:val="71"/>
          <w:sz w:val="28"/>
          <w:szCs w:val="28"/>
        </w:rPr>
        <w:t xml:space="preserve"> </w:t>
      </w:r>
      <w:r w:rsidRPr="003B11F3">
        <w:rPr>
          <w:sz w:val="28"/>
          <w:szCs w:val="28"/>
        </w:rPr>
        <w:t>устанавливать</w:t>
      </w:r>
      <w:r w:rsidRPr="003B11F3">
        <w:rPr>
          <w:spacing w:val="71"/>
          <w:sz w:val="28"/>
          <w:szCs w:val="28"/>
        </w:rPr>
        <w:t xml:space="preserve"> </w:t>
      </w:r>
      <w:r w:rsidRPr="003B11F3">
        <w:rPr>
          <w:sz w:val="28"/>
          <w:szCs w:val="28"/>
        </w:rPr>
        <w:t>существенный   признак   классификации,   основания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обобщения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сравнения,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критерии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проводимого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анализа;</w:t>
      </w:r>
    </w:p>
    <w:p w:rsidR="005C01FD" w:rsidRPr="003B11F3" w:rsidRDefault="005C01FD" w:rsidP="005C01FD">
      <w:pPr>
        <w:spacing w:line="320" w:lineRule="exact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воспринимать,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формулировать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преобразовывать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суждения: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утвердительные</w:t>
      </w:r>
    </w:p>
    <w:p w:rsidR="005C01FD" w:rsidRPr="003B11F3" w:rsidRDefault="005C01FD" w:rsidP="005C01FD">
      <w:pPr>
        <w:spacing w:line="320" w:lineRule="exact"/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86"/>
        <w:jc w:val="both"/>
        <w:rPr>
          <w:sz w:val="28"/>
          <w:szCs w:val="28"/>
        </w:rPr>
      </w:pPr>
      <w:r w:rsidRPr="003B11F3">
        <w:rPr>
          <w:sz w:val="28"/>
          <w:szCs w:val="28"/>
        </w:rPr>
        <w:lastRenderedPageBreak/>
        <w:t>и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отрицательные,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единичные,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частные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общие,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условные;</w:t>
      </w:r>
    </w:p>
    <w:p w:rsidR="005C01FD" w:rsidRPr="003B11F3" w:rsidRDefault="005C01FD" w:rsidP="005C01FD">
      <w:pPr>
        <w:spacing w:before="38" w:line="256" w:lineRule="auto"/>
        <w:ind w:right="160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выявлять</w:t>
      </w:r>
      <w:r w:rsidRPr="003B11F3">
        <w:rPr>
          <w:spacing w:val="7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математические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закономерности,   взаимосвязи   и   противоречия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в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фактах,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данных,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наблюдениях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и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утверждениях,    предлагать    критерии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выявления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закономерностей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противоречий;</w:t>
      </w:r>
    </w:p>
    <w:p w:rsidR="005C01FD" w:rsidRPr="003B11F3" w:rsidRDefault="005C01FD" w:rsidP="005C01FD">
      <w:pPr>
        <w:spacing w:before="4" w:line="264" w:lineRule="auto"/>
        <w:ind w:right="164"/>
        <w:jc w:val="both"/>
        <w:rPr>
          <w:sz w:val="28"/>
          <w:szCs w:val="28"/>
        </w:rPr>
      </w:pPr>
      <w:r w:rsidRPr="003B11F3">
        <w:rPr>
          <w:spacing w:val="-1"/>
          <w:sz w:val="28"/>
          <w:szCs w:val="28"/>
        </w:rPr>
        <w:t>делать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выводы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с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использованием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законов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логики,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дедуктивных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индуктивных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умозаключений,</w:t>
      </w:r>
      <w:r w:rsidRPr="003B11F3">
        <w:rPr>
          <w:spacing w:val="9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умозаключений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аналогии;</w:t>
      </w:r>
    </w:p>
    <w:p w:rsidR="005C01FD" w:rsidRPr="003B11F3" w:rsidRDefault="005C01FD" w:rsidP="005C01FD">
      <w:pPr>
        <w:spacing w:line="259" w:lineRule="auto"/>
        <w:ind w:right="148"/>
        <w:jc w:val="both"/>
        <w:rPr>
          <w:sz w:val="28"/>
          <w:szCs w:val="28"/>
        </w:rPr>
      </w:pPr>
      <w:r w:rsidRPr="003B11F3">
        <w:rPr>
          <w:sz w:val="28"/>
          <w:szCs w:val="28"/>
        </w:rPr>
        <w:t xml:space="preserve">разбирать 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доказательства    математических 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утверждений     (прямые    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противного),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проводить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самостоятельно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несложные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доказательства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фактов,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выстраивать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аргументацию,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приводить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примеры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proofErr w:type="spellStart"/>
      <w:r w:rsidRPr="003B11F3">
        <w:rPr>
          <w:sz w:val="28"/>
          <w:szCs w:val="28"/>
        </w:rPr>
        <w:t>контрпримеры</w:t>
      </w:r>
      <w:proofErr w:type="spellEnd"/>
      <w:r w:rsidRPr="003B11F3">
        <w:rPr>
          <w:sz w:val="28"/>
          <w:szCs w:val="28"/>
        </w:rPr>
        <w:t>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обосновывать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собственные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рассуждения;</w:t>
      </w:r>
    </w:p>
    <w:p w:rsidR="005C01FD" w:rsidRPr="003B11F3" w:rsidRDefault="005C01FD" w:rsidP="005C01FD">
      <w:pPr>
        <w:spacing w:line="259" w:lineRule="auto"/>
        <w:ind w:right="159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выбирать способ решения учебной задачи (сравнивать несколько вариантов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решения, выбирать наиболее подходящий с учётом самостоятельно выделенных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критериев).</w:t>
      </w:r>
    </w:p>
    <w:p w:rsidR="005C01FD" w:rsidRPr="003B11F3" w:rsidRDefault="005C01FD" w:rsidP="005C01FD">
      <w:pPr>
        <w:spacing w:before="106"/>
        <w:jc w:val="both"/>
        <w:outlineLvl w:val="0"/>
        <w:rPr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Базовые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исследовательские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действия</w:t>
      </w:r>
      <w:r w:rsidRPr="003B11F3">
        <w:rPr>
          <w:bCs/>
          <w:sz w:val="28"/>
          <w:szCs w:val="28"/>
        </w:rPr>
        <w:t>:</w:t>
      </w:r>
    </w:p>
    <w:p w:rsidR="005C01FD" w:rsidRPr="003B11F3" w:rsidRDefault="005C01FD" w:rsidP="005C01FD">
      <w:pPr>
        <w:spacing w:before="31" w:line="256" w:lineRule="auto"/>
        <w:ind w:right="154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использовать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вопросы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как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исследовательский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инструмент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познания,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формулировать вопросы, фиксирующие противоречие, проблему, самостоятельно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устанавливать искомое и данное, формировать гипотезу, аргументировать свою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позицию,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мнение;</w:t>
      </w:r>
    </w:p>
    <w:p w:rsidR="005C01FD" w:rsidRPr="003B11F3" w:rsidRDefault="005C01FD" w:rsidP="005C01FD">
      <w:pPr>
        <w:spacing w:before="12" w:line="256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проводить по самостоятельно составленному плану несложный эксперимент,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небольшое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исследование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по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установлению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особенностей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математического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объекта,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зависимостей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объектов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между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собой;</w:t>
      </w:r>
    </w:p>
    <w:p w:rsidR="005C01FD" w:rsidRPr="003B11F3" w:rsidRDefault="005C01FD" w:rsidP="005C01FD">
      <w:pPr>
        <w:spacing w:before="11" w:line="256" w:lineRule="auto"/>
        <w:ind w:right="168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самостоятельно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формулировать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обобщения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выводы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результатам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проведённого наблюдения, исследования, оценивать достоверность полученных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результатов,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выводов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обобщений;</w:t>
      </w:r>
    </w:p>
    <w:p w:rsidR="005C01FD" w:rsidRPr="003B11F3" w:rsidRDefault="005C01FD" w:rsidP="005C01FD">
      <w:pPr>
        <w:spacing w:before="4" w:line="264" w:lineRule="auto"/>
        <w:ind w:right="164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прогнозировать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возможное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развитие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процесса,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также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выдвигать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предположения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его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развитии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новых</w:t>
      </w:r>
      <w:r w:rsidRPr="003B11F3">
        <w:rPr>
          <w:spacing w:val="4"/>
          <w:sz w:val="28"/>
          <w:szCs w:val="28"/>
        </w:rPr>
        <w:t xml:space="preserve"> </w:t>
      </w:r>
      <w:r w:rsidRPr="003B11F3">
        <w:rPr>
          <w:sz w:val="28"/>
          <w:szCs w:val="28"/>
        </w:rPr>
        <w:t>условиях.</w:t>
      </w:r>
    </w:p>
    <w:p w:rsidR="005C01FD" w:rsidRPr="003B11F3" w:rsidRDefault="005C01FD" w:rsidP="005C01FD">
      <w:pPr>
        <w:spacing w:before="106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Работа</w:t>
      </w:r>
      <w:r w:rsidRPr="003B11F3">
        <w:rPr>
          <w:b/>
          <w:bCs/>
          <w:spacing w:val="-9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с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информацией:</w:t>
      </w:r>
    </w:p>
    <w:p w:rsidR="005C01FD" w:rsidRPr="003B11F3" w:rsidRDefault="005C01FD" w:rsidP="005C01FD">
      <w:pPr>
        <w:tabs>
          <w:tab w:val="left" w:pos="2195"/>
          <w:tab w:val="left" w:pos="4569"/>
          <w:tab w:val="left" w:pos="5101"/>
          <w:tab w:val="left" w:pos="7137"/>
          <w:tab w:val="left" w:pos="9107"/>
        </w:tabs>
        <w:spacing w:before="30" w:line="256" w:lineRule="auto"/>
        <w:ind w:right="157"/>
        <w:rPr>
          <w:sz w:val="28"/>
          <w:szCs w:val="28"/>
        </w:rPr>
      </w:pPr>
      <w:r w:rsidRPr="003B11F3">
        <w:rPr>
          <w:sz w:val="28"/>
          <w:szCs w:val="28"/>
        </w:rPr>
        <w:t>выявлять</w:t>
      </w:r>
      <w:r w:rsidRPr="003B11F3">
        <w:rPr>
          <w:sz w:val="28"/>
          <w:szCs w:val="28"/>
        </w:rPr>
        <w:tab/>
        <w:t>недостаточность</w:t>
      </w:r>
      <w:r w:rsidRPr="003B11F3">
        <w:rPr>
          <w:sz w:val="28"/>
          <w:szCs w:val="28"/>
        </w:rPr>
        <w:tab/>
        <w:t>и</w:t>
      </w:r>
      <w:r w:rsidRPr="003B11F3">
        <w:rPr>
          <w:sz w:val="28"/>
          <w:szCs w:val="28"/>
        </w:rPr>
        <w:tab/>
        <w:t>избыточность</w:t>
      </w:r>
      <w:r w:rsidRPr="003B11F3">
        <w:rPr>
          <w:sz w:val="28"/>
          <w:szCs w:val="28"/>
        </w:rPr>
        <w:tab/>
        <w:t>информации,</w:t>
      </w:r>
      <w:r w:rsidRPr="003B11F3">
        <w:rPr>
          <w:sz w:val="28"/>
          <w:szCs w:val="28"/>
        </w:rPr>
        <w:tab/>
      </w:r>
      <w:r w:rsidRPr="003B11F3">
        <w:rPr>
          <w:spacing w:val="-1"/>
          <w:sz w:val="28"/>
          <w:szCs w:val="28"/>
        </w:rPr>
        <w:t>данных,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необходимых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решения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задачи;</w:t>
      </w:r>
    </w:p>
    <w:p w:rsidR="005C01FD" w:rsidRPr="003B11F3" w:rsidRDefault="005C01FD" w:rsidP="005C01FD">
      <w:pPr>
        <w:tabs>
          <w:tab w:val="left" w:pos="2360"/>
          <w:tab w:val="left" w:pos="4604"/>
          <w:tab w:val="left" w:pos="7310"/>
          <w:tab w:val="left" w:pos="7908"/>
        </w:tabs>
        <w:spacing w:before="3" w:line="256" w:lineRule="auto"/>
        <w:ind w:right="157"/>
        <w:rPr>
          <w:sz w:val="28"/>
          <w:szCs w:val="28"/>
        </w:rPr>
      </w:pPr>
      <w:r w:rsidRPr="003B11F3">
        <w:rPr>
          <w:sz w:val="28"/>
          <w:szCs w:val="28"/>
        </w:rPr>
        <w:t>выбирать,</w:t>
      </w:r>
      <w:r w:rsidRPr="003B11F3">
        <w:rPr>
          <w:sz w:val="28"/>
          <w:szCs w:val="28"/>
        </w:rPr>
        <w:tab/>
        <w:t>анализировать,</w:t>
      </w:r>
      <w:r w:rsidRPr="003B11F3">
        <w:rPr>
          <w:sz w:val="28"/>
          <w:szCs w:val="28"/>
        </w:rPr>
        <w:tab/>
        <w:t>систематизировать</w:t>
      </w:r>
      <w:r w:rsidRPr="003B11F3">
        <w:rPr>
          <w:sz w:val="28"/>
          <w:szCs w:val="28"/>
        </w:rPr>
        <w:tab/>
        <w:t>и</w:t>
      </w:r>
      <w:r w:rsidRPr="003B11F3">
        <w:rPr>
          <w:sz w:val="28"/>
          <w:szCs w:val="28"/>
        </w:rPr>
        <w:tab/>
      </w:r>
      <w:r w:rsidRPr="003B11F3">
        <w:rPr>
          <w:spacing w:val="-1"/>
          <w:sz w:val="28"/>
          <w:szCs w:val="28"/>
        </w:rPr>
        <w:t>интерпретировать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информацию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различных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видов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представления;</w:t>
      </w:r>
    </w:p>
    <w:p w:rsidR="005C01FD" w:rsidRPr="003B11F3" w:rsidRDefault="005C01FD" w:rsidP="005C01FD">
      <w:pPr>
        <w:spacing w:before="9" w:line="259" w:lineRule="auto"/>
        <w:rPr>
          <w:sz w:val="28"/>
          <w:szCs w:val="28"/>
        </w:rPr>
      </w:pPr>
      <w:r w:rsidRPr="003B11F3">
        <w:rPr>
          <w:sz w:val="28"/>
          <w:szCs w:val="28"/>
        </w:rPr>
        <w:t>выбирать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информации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иллюстрировать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решаемые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задачи схемами,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диаграммами,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иной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графикой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комбинациями;</w:t>
      </w:r>
    </w:p>
    <w:p w:rsidR="005C01FD" w:rsidRPr="003B11F3" w:rsidRDefault="005C01FD" w:rsidP="005C01FD">
      <w:pPr>
        <w:spacing w:line="264" w:lineRule="auto"/>
        <w:rPr>
          <w:sz w:val="28"/>
          <w:szCs w:val="28"/>
        </w:rPr>
      </w:pPr>
      <w:r w:rsidRPr="003B11F3">
        <w:rPr>
          <w:sz w:val="28"/>
          <w:szCs w:val="28"/>
        </w:rPr>
        <w:t>оценивать</w:t>
      </w:r>
      <w:r w:rsidRPr="003B11F3">
        <w:rPr>
          <w:spacing w:val="33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надёжность</w:t>
      </w:r>
      <w:r w:rsidRPr="003B11F3">
        <w:rPr>
          <w:spacing w:val="33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информации</w:t>
      </w:r>
      <w:r w:rsidRPr="003B11F3">
        <w:rPr>
          <w:spacing w:val="33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29"/>
          <w:sz w:val="28"/>
          <w:szCs w:val="28"/>
        </w:rPr>
        <w:t xml:space="preserve"> </w:t>
      </w:r>
      <w:r w:rsidRPr="003B11F3">
        <w:rPr>
          <w:sz w:val="28"/>
          <w:szCs w:val="28"/>
        </w:rPr>
        <w:t>критериям,</w:t>
      </w:r>
      <w:r w:rsidRPr="003B11F3">
        <w:rPr>
          <w:spacing w:val="34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предложенным</w:t>
      </w:r>
      <w:r w:rsidRPr="003B11F3">
        <w:rPr>
          <w:spacing w:val="34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учителем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или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сформулированным</w:t>
      </w:r>
      <w:r w:rsidRPr="003B11F3">
        <w:rPr>
          <w:spacing w:val="3"/>
          <w:sz w:val="28"/>
          <w:szCs w:val="28"/>
        </w:rPr>
        <w:t xml:space="preserve"> </w:t>
      </w:r>
      <w:r w:rsidRPr="003B11F3">
        <w:rPr>
          <w:sz w:val="28"/>
          <w:szCs w:val="28"/>
        </w:rPr>
        <w:t>самостоятельно.</w:t>
      </w:r>
    </w:p>
    <w:p w:rsidR="005C01FD" w:rsidRPr="003B11F3" w:rsidRDefault="005C01FD" w:rsidP="005C01FD">
      <w:pPr>
        <w:spacing w:before="7"/>
        <w:rPr>
          <w:sz w:val="34"/>
          <w:szCs w:val="28"/>
        </w:rPr>
      </w:pPr>
    </w:p>
    <w:p w:rsidR="005C01FD" w:rsidRPr="003B11F3" w:rsidRDefault="005C01FD" w:rsidP="005C01FD">
      <w:pPr>
        <w:jc w:val="both"/>
        <w:rPr>
          <w:b/>
          <w:sz w:val="31"/>
        </w:rPr>
      </w:pPr>
      <w:r w:rsidRPr="003B11F3">
        <w:rPr>
          <w:b/>
          <w:sz w:val="31"/>
        </w:rPr>
        <w:t>Коммуникативные</w:t>
      </w:r>
      <w:r w:rsidRPr="003B11F3">
        <w:rPr>
          <w:b/>
          <w:spacing w:val="50"/>
          <w:sz w:val="31"/>
        </w:rPr>
        <w:t xml:space="preserve"> </w:t>
      </w:r>
      <w:r w:rsidRPr="003B11F3">
        <w:rPr>
          <w:b/>
          <w:sz w:val="31"/>
        </w:rPr>
        <w:t>универсальные</w:t>
      </w:r>
      <w:r w:rsidRPr="003B11F3">
        <w:rPr>
          <w:b/>
          <w:spacing w:val="51"/>
          <w:sz w:val="31"/>
        </w:rPr>
        <w:t xml:space="preserve"> </w:t>
      </w:r>
      <w:r w:rsidRPr="003B11F3">
        <w:rPr>
          <w:b/>
          <w:sz w:val="31"/>
        </w:rPr>
        <w:t>учебные</w:t>
      </w:r>
      <w:r w:rsidRPr="003B11F3">
        <w:rPr>
          <w:b/>
          <w:spacing w:val="51"/>
          <w:sz w:val="31"/>
        </w:rPr>
        <w:t xml:space="preserve"> </w:t>
      </w:r>
      <w:r w:rsidRPr="003B11F3">
        <w:rPr>
          <w:b/>
          <w:sz w:val="31"/>
        </w:rPr>
        <w:t>действия:</w:t>
      </w:r>
    </w:p>
    <w:p w:rsidR="005C01FD" w:rsidRPr="003B11F3" w:rsidRDefault="005C01FD" w:rsidP="005C01FD">
      <w:pPr>
        <w:spacing w:before="25" w:line="261" w:lineRule="auto"/>
        <w:ind w:right="158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воспринимать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формулировать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суждения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соответствии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условиями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целями</w:t>
      </w:r>
      <w:r w:rsidRPr="003B11F3">
        <w:rPr>
          <w:spacing w:val="48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общения,</w:t>
      </w:r>
      <w:r w:rsidRPr="003B11F3">
        <w:rPr>
          <w:spacing w:val="50"/>
          <w:sz w:val="28"/>
          <w:szCs w:val="28"/>
        </w:rPr>
        <w:t xml:space="preserve"> </w:t>
      </w:r>
      <w:r w:rsidRPr="003B11F3">
        <w:rPr>
          <w:sz w:val="28"/>
          <w:szCs w:val="28"/>
        </w:rPr>
        <w:t>ясно,</w:t>
      </w:r>
      <w:r w:rsidRPr="003B11F3">
        <w:rPr>
          <w:spacing w:val="49"/>
          <w:sz w:val="28"/>
          <w:szCs w:val="28"/>
        </w:rPr>
        <w:t xml:space="preserve"> </w:t>
      </w:r>
      <w:r w:rsidRPr="003B11F3">
        <w:rPr>
          <w:sz w:val="28"/>
          <w:szCs w:val="28"/>
        </w:rPr>
        <w:t>точно,</w:t>
      </w:r>
      <w:r w:rsidRPr="003B11F3">
        <w:rPr>
          <w:spacing w:val="49"/>
          <w:sz w:val="28"/>
          <w:szCs w:val="28"/>
        </w:rPr>
        <w:t xml:space="preserve"> </w:t>
      </w:r>
      <w:r w:rsidRPr="003B11F3">
        <w:rPr>
          <w:sz w:val="28"/>
          <w:szCs w:val="28"/>
        </w:rPr>
        <w:t>грамотно</w:t>
      </w:r>
      <w:r w:rsidRPr="003B11F3">
        <w:rPr>
          <w:spacing w:val="45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выражать</w:t>
      </w:r>
      <w:r w:rsidRPr="003B11F3">
        <w:rPr>
          <w:spacing w:val="49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свою</w:t>
      </w:r>
      <w:r w:rsidRPr="003B11F3">
        <w:rPr>
          <w:spacing w:val="47"/>
          <w:sz w:val="28"/>
          <w:szCs w:val="28"/>
        </w:rPr>
        <w:t xml:space="preserve"> </w:t>
      </w:r>
      <w:r w:rsidRPr="003B11F3">
        <w:rPr>
          <w:sz w:val="28"/>
          <w:szCs w:val="28"/>
        </w:rPr>
        <w:t>точку</w:t>
      </w:r>
      <w:r w:rsidRPr="003B11F3">
        <w:rPr>
          <w:spacing w:val="37"/>
          <w:sz w:val="28"/>
          <w:szCs w:val="28"/>
        </w:rPr>
        <w:t xml:space="preserve"> </w:t>
      </w:r>
      <w:r w:rsidRPr="003B11F3">
        <w:rPr>
          <w:sz w:val="28"/>
          <w:szCs w:val="28"/>
        </w:rPr>
        <w:t>зрения</w:t>
      </w:r>
      <w:r w:rsidRPr="003B11F3">
        <w:rPr>
          <w:spacing w:val="48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53"/>
          <w:sz w:val="28"/>
          <w:szCs w:val="28"/>
        </w:rPr>
        <w:t xml:space="preserve"> </w:t>
      </w:r>
      <w:r w:rsidRPr="003B11F3">
        <w:rPr>
          <w:sz w:val="28"/>
          <w:szCs w:val="28"/>
        </w:rPr>
        <w:t>устных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письменных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текстах,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давать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пояснения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ходу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решения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задачи,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комментировать</w:t>
      </w:r>
    </w:p>
    <w:p w:rsidR="005C01FD" w:rsidRPr="003B11F3" w:rsidRDefault="005C01FD" w:rsidP="005C01FD">
      <w:pPr>
        <w:spacing w:line="261" w:lineRule="auto"/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86"/>
        <w:jc w:val="both"/>
        <w:rPr>
          <w:sz w:val="28"/>
          <w:szCs w:val="28"/>
        </w:rPr>
      </w:pPr>
      <w:r w:rsidRPr="003B11F3">
        <w:rPr>
          <w:sz w:val="28"/>
          <w:szCs w:val="28"/>
        </w:rPr>
        <w:lastRenderedPageBreak/>
        <w:t>полученный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результат;</w:t>
      </w:r>
    </w:p>
    <w:p w:rsidR="005C01FD" w:rsidRPr="003B11F3" w:rsidRDefault="005C01FD" w:rsidP="005C01FD">
      <w:pPr>
        <w:spacing w:before="24" w:line="256" w:lineRule="auto"/>
        <w:ind w:right="159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ходе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обсуждения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вопросы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существу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обсуждаемой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темы,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проблемы, решаемой задачи, высказывать идеи, нацеленные на поиск решения,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сопоставлять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суждения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суждениями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других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участников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диалога,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обнаруживать различие и сходство позиций, в корректной форме формулировать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разногласия,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возражения;</w:t>
      </w:r>
    </w:p>
    <w:p w:rsidR="005C01FD" w:rsidRPr="003B11F3" w:rsidRDefault="005C01FD" w:rsidP="005C01FD">
      <w:pPr>
        <w:spacing w:before="6" w:line="256" w:lineRule="auto"/>
        <w:ind w:right="164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представлять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эксперимента,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исследования,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проекта,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самостоятельно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выбирать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формат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выступления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учётом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презентации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особенностей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аудитории;</w:t>
      </w:r>
    </w:p>
    <w:p w:rsidR="005C01FD" w:rsidRPr="003B11F3" w:rsidRDefault="005C01FD" w:rsidP="005C01FD">
      <w:pPr>
        <w:spacing w:line="256" w:lineRule="auto"/>
        <w:ind w:right="168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понимать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использовать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преимущества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командной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индивидуальной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работы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учебных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задач;</w:t>
      </w:r>
    </w:p>
    <w:p w:rsidR="005C01FD" w:rsidRPr="003B11F3" w:rsidRDefault="005C01FD" w:rsidP="005C01FD">
      <w:pPr>
        <w:spacing w:line="256" w:lineRule="auto"/>
        <w:ind w:right="161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принимать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цель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совместной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деятельности,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планировать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организацию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совместной работы, распределять виды работ, договариваться, обсуждать процесс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</w:t>
      </w:r>
      <w:r w:rsidRPr="003B11F3">
        <w:rPr>
          <w:spacing w:val="6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работы,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обобщать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мнения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нескольких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людей;</w:t>
      </w:r>
    </w:p>
    <w:p w:rsidR="005C01FD" w:rsidRPr="003B11F3" w:rsidRDefault="005C01FD" w:rsidP="005C01FD">
      <w:pPr>
        <w:spacing w:before="3" w:line="256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участвовать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групповых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формах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работы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(обсуждения,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обмен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мнениями,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мозговые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штурмы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другие),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выполнять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свою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часть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работы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координировать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свои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действия с другими членами команды, оценивать качество своего вклада в общий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продукт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критериям,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сформулированным</w:t>
      </w:r>
      <w:r w:rsidRPr="003B11F3">
        <w:rPr>
          <w:spacing w:val="7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участниками взаимодействия.</w:t>
      </w:r>
    </w:p>
    <w:p w:rsidR="005C01FD" w:rsidRPr="003B11F3" w:rsidRDefault="005C01FD" w:rsidP="005C01FD">
      <w:pPr>
        <w:spacing w:before="1"/>
        <w:rPr>
          <w:sz w:val="26"/>
          <w:szCs w:val="28"/>
        </w:rPr>
      </w:pPr>
    </w:p>
    <w:p w:rsidR="005C01FD" w:rsidRPr="003B11F3" w:rsidRDefault="005C01FD" w:rsidP="005C01FD">
      <w:pPr>
        <w:spacing w:before="1"/>
        <w:rPr>
          <w:b/>
          <w:sz w:val="31"/>
        </w:rPr>
      </w:pPr>
      <w:r w:rsidRPr="003B11F3">
        <w:rPr>
          <w:b/>
          <w:sz w:val="31"/>
        </w:rPr>
        <w:t>Регулятивные</w:t>
      </w:r>
      <w:r w:rsidRPr="003B11F3">
        <w:rPr>
          <w:b/>
          <w:spacing w:val="45"/>
          <w:sz w:val="31"/>
        </w:rPr>
        <w:t xml:space="preserve"> </w:t>
      </w:r>
      <w:r w:rsidRPr="003B11F3">
        <w:rPr>
          <w:b/>
          <w:sz w:val="31"/>
        </w:rPr>
        <w:t>универсальные</w:t>
      </w:r>
      <w:r w:rsidRPr="003B11F3">
        <w:rPr>
          <w:b/>
          <w:spacing w:val="45"/>
          <w:sz w:val="31"/>
        </w:rPr>
        <w:t xml:space="preserve"> </w:t>
      </w:r>
      <w:r w:rsidRPr="003B11F3">
        <w:rPr>
          <w:b/>
          <w:sz w:val="31"/>
        </w:rPr>
        <w:t>учебные</w:t>
      </w:r>
      <w:r w:rsidRPr="003B11F3">
        <w:rPr>
          <w:b/>
          <w:spacing w:val="46"/>
          <w:sz w:val="31"/>
        </w:rPr>
        <w:t xml:space="preserve"> </w:t>
      </w:r>
      <w:r w:rsidRPr="003B11F3">
        <w:rPr>
          <w:b/>
          <w:sz w:val="31"/>
        </w:rPr>
        <w:t>действия</w:t>
      </w:r>
    </w:p>
    <w:p w:rsidR="005C01FD" w:rsidRPr="003B11F3" w:rsidRDefault="005C01FD" w:rsidP="005C01FD">
      <w:pPr>
        <w:spacing w:before="32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Самоорганизация:</w:t>
      </w:r>
    </w:p>
    <w:p w:rsidR="005C01FD" w:rsidRPr="003B11F3" w:rsidRDefault="005C01FD" w:rsidP="005C01FD">
      <w:pPr>
        <w:spacing w:before="23" w:line="256" w:lineRule="auto"/>
        <w:ind w:right="143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самостоятельно составлять план, алгоритм решения задачи (или его часть),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выбирать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способ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учётом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имеющихся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ресурсов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собственных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возможностей, аргументировать и корректировать варианты решений с учётом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новой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информации.</w:t>
      </w:r>
    </w:p>
    <w:p w:rsidR="005C01FD" w:rsidRPr="003B11F3" w:rsidRDefault="005C01FD" w:rsidP="005C01FD">
      <w:pPr>
        <w:spacing w:before="128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Самоконтроль:</w:t>
      </w:r>
    </w:p>
    <w:p w:rsidR="005C01FD" w:rsidRPr="003B11F3" w:rsidRDefault="005C01FD" w:rsidP="005C01FD">
      <w:pPr>
        <w:spacing w:before="16" w:line="256" w:lineRule="auto"/>
        <w:ind w:right="16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владеть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способами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самопроверки,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самоконтроля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процесса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математической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задачи;</w:t>
      </w:r>
    </w:p>
    <w:p w:rsidR="005C01FD" w:rsidRPr="003B11F3" w:rsidRDefault="005C01FD" w:rsidP="005C01FD">
      <w:pPr>
        <w:spacing w:before="3" w:line="256" w:lineRule="auto"/>
        <w:ind w:right="164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предвидеть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трудности,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которые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могут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возникнуть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вносить коррективы в деятельность на основе новых обстоятельств, найденных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ошибок,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выявленных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трудностей;</w:t>
      </w:r>
    </w:p>
    <w:p w:rsidR="005C01FD" w:rsidRPr="003B11F3" w:rsidRDefault="005C01FD" w:rsidP="005C01FD">
      <w:pPr>
        <w:spacing w:before="3" w:line="254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оценивать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соответствие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деятельности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поставленной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цели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условиям,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объяснять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причины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достижения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или</w:t>
      </w:r>
      <w:r w:rsidRPr="003B11F3">
        <w:rPr>
          <w:spacing w:val="1"/>
          <w:sz w:val="28"/>
          <w:szCs w:val="28"/>
        </w:rPr>
        <w:t xml:space="preserve"> </w:t>
      </w:r>
      <w:proofErr w:type="spellStart"/>
      <w:r w:rsidRPr="003B11F3">
        <w:rPr>
          <w:sz w:val="28"/>
          <w:szCs w:val="28"/>
        </w:rPr>
        <w:t>недостижения</w:t>
      </w:r>
      <w:proofErr w:type="spellEnd"/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цели,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находить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ошибку,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давать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оценку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приобретённому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опыту.</w:t>
      </w:r>
    </w:p>
    <w:p w:rsidR="005C01FD" w:rsidRPr="003B11F3" w:rsidRDefault="005C01FD" w:rsidP="005C01FD">
      <w:pPr>
        <w:spacing w:before="7"/>
        <w:rPr>
          <w:sz w:val="30"/>
          <w:szCs w:val="28"/>
        </w:rPr>
      </w:pPr>
    </w:p>
    <w:p w:rsidR="005C01FD" w:rsidRPr="003B11F3" w:rsidRDefault="005C01FD" w:rsidP="005C01FD">
      <w:pPr>
        <w:outlineLvl w:val="0"/>
        <w:rPr>
          <w:b/>
          <w:bCs/>
          <w:sz w:val="28"/>
          <w:szCs w:val="28"/>
        </w:rPr>
      </w:pPr>
      <w:bookmarkStart w:id="5" w:name="_bookmark4"/>
      <w:bookmarkEnd w:id="5"/>
      <w:r w:rsidRPr="003B11F3">
        <w:rPr>
          <w:b/>
          <w:bCs/>
          <w:sz w:val="28"/>
          <w:szCs w:val="28"/>
        </w:rPr>
        <w:t>ПРЕДМЕТНЫЕ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РЕЗУЛЬТАТЫ</w:t>
      </w:r>
    </w:p>
    <w:p w:rsidR="005C01FD" w:rsidRPr="003B11F3" w:rsidRDefault="005C01FD" w:rsidP="005C01FD">
      <w:pPr>
        <w:spacing w:before="147" w:line="254" w:lineRule="auto"/>
        <w:ind w:right="158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Предметные результаты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освоения программы по математике представлены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годам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обучения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следующих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разделах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программы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рамках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отдельных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учебных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курсов:</w:t>
      </w:r>
      <w:r w:rsidRPr="003B11F3">
        <w:rPr>
          <w:spacing w:val="26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23"/>
          <w:sz w:val="28"/>
          <w:szCs w:val="28"/>
        </w:rPr>
        <w:t xml:space="preserve"> </w:t>
      </w:r>
      <w:r w:rsidRPr="003B11F3">
        <w:rPr>
          <w:sz w:val="28"/>
          <w:szCs w:val="28"/>
        </w:rPr>
        <w:t>5–6</w:t>
      </w:r>
      <w:r w:rsidRPr="003B11F3">
        <w:rPr>
          <w:spacing w:val="29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классах</w:t>
      </w:r>
      <w:r w:rsidRPr="003B11F3">
        <w:rPr>
          <w:spacing w:val="23"/>
          <w:sz w:val="28"/>
          <w:szCs w:val="28"/>
        </w:rPr>
        <w:t xml:space="preserve"> </w:t>
      </w:r>
      <w:r w:rsidRPr="003B11F3">
        <w:rPr>
          <w:sz w:val="28"/>
          <w:szCs w:val="28"/>
        </w:rPr>
        <w:t>–</w:t>
      </w:r>
      <w:r w:rsidRPr="003B11F3">
        <w:rPr>
          <w:spacing w:val="30"/>
          <w:sz w:val="28"/>
          <w:szCs w:val="28"/>
        </w:rPr>
        <w:t xml:space="preserve"> </w:t>
      </w:r>
      <w:r w:rsidRPr="003B11F3">
        <w:rPr>
          <w:sz w:val="28"/>
          <w:szCs w:val="28"/>
        </w:rPr>
        <w:t>курса</w:t>
      </w:r>
      <w:r w:rsidRPr="003B11F3">
        <w:rPr>
          <w:spacing w:val="30"/>
          <w:sz w:val="28"/>
          <w:szCs w:val="28"/>
        </w:rPr>
        <w:t xml:space="preserve"> </w:t>
      </w:r>
      <w:r w:rsidRPr="003B11F3">
        <w:rPr>
          <w:sz w:val="28"/>
          <w:szCs w:val="28"/>
        </w:rPr>
        <w:t>«Математика»,</w:t>
      </w:r>
      <w:r w:rsidRPr="003B11F3">
        <w:rPr>
          <w:spacing w:val="27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23"/>
          <w:sz w:val="28"/>
          <w:szCs w:val="28"/>
        </w:rPr>
        <w:t xml:space="preserve"> </w:t>
      </w:r>
      <w:r w:rsidRPr="003B11F3">
        <w:rPr>
          <w:sz w:val="28"/>
          <w:szCs w:val="28"/>
        </w:rPr>
        <w:t>7–9</w:t>
      </w:r>
      <w:r w:rsidRPr="003B11F3">
        <w:rPr>
          <w:spacing w:val="28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классах</w:t>
      </w:r>
      <w:r w:rsidRPr="003B11F3">
        <w:rPr>
          <w:spacing w:val="31"/>
          <w:sz w:val="28"/>
          <w:szCs w:val="28"/>
        </w:rPr>
        <w:t xml:space="preserve"> </w:t>
      </w:r>
      <w:r w:rsidRPr="003B11F3">
        <w:rPr>
          <w:sz w:val="28"/>
          <w:szCs w:val="28"/>
        </w:rPr>
        <w:t>–</w:t>
      </w:r>
      <w:r w:rsidRPr="003B11F3">
        <w:rPr>
          <w:spacing w:val="29"/>
          <w:sz w:val="28"/>
          <w:szCs w:val="28"/>
        </w:rPr>
        <w:t xml:space="preserve"> </w:t>
      </w:r>
      <w:r w:rsidRPr="003B11F3">
        <w:rPr>
          <w:sz w:val="28"/>
          <w:szCs w:val="28"/>
        </w:rPr>
        <w:t>курсов</w:t>
      </w:r>
      <w:r w:rsidRPr="003B11F3">
        <w:rPr>
          <w:spacing w:val="23"/>
          <w:sz w:val="28"/>
          <w:szCs w:val="28"/>
        </w:rPr>
        <w:t xml:space="preserve"> </w:t>
      </w:r>
      <w:r w:rsidRPr="003B11F3">
        <w:rPr>
          <w:sz w:val="28"/>
          <w:szCs w:val="28"/>
        </w:rPr>
        <w:t>«Алгебра»,</w:t>
      </w:r>
    </w:p>
    <w:p w:rsidR="005C01FD" w:rsidRPr="003B11F3" w:rsidRDefault="005C01FD" w:rsidP="005C01FD">
      <w:pPr>
        <w:spacing w:before="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«Геометрия»,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«Вероятность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статистика».</w:t>
      </w:r>
    </w:p>
    <w:p w:rsidR="005C01FD" w:rsidRPr="003B11F3" w:rsidRDefault="005C01FD" w:rsidP="005C01FD">
      <w:pPr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86"/>
        <w:outlineLvl w:val="0"/>
        <w:rPr>
          <w:b/>
          <w:bCs/>
          <w:sz w:val="28"/>
          <w:szCs w:val="28"/>
        </w:rPr>
      </w:pPr>
      <w:bookmarkStart w:id="6" w:name="_bookmark5"/>
      <w:bookmarkEnd w:id="6"/>
      <w:r w:rsidRPr="003B11F3">
        <w:rPr>
          <w:b/>
          <w:bCs/>
          <w:sz w:val="28"/>
          <w:szCs w:val="28"/>
        </w:rPr>
        <w:lastRenderedPageBreak/>
        <w:t>ФЕДЕРАЛЬНАЯ</w:t>
      </w:r>
      <w:r w:rsidRPr="003B11F3">
        <w:rPr>
          <w:b/>
          <w:bCs/>
          <w:spacing w:val="-5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РАБОЧАЯ</w:t>
      </w:r>
      <w:r w:rsidRPr="003B11F3">
        <w:rPr>
          <w:b/>
          <w:bCs/>
          <w:spacing w:val="-5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ПРОГРАММА</w:t>
      </w:r>
      <w:r w:rsidRPr="003B11F3">
        <w:rPr>
          <w:b/>
          <w:bCs/>
          <w:spacing w:val="-5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УЧЕБНОГО</w:t>
      </w:r>
      <w:r w:rsidRPr="003B11F3">
        <w:rPr>
          <w:b/>
          <w:bCs/>
          <w:spacing w:val="-6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КУРСА</w:t>
      </w:r>
    </w:p>
    <w:p w:rsidR="005C01FD" w:rsidRPr="003B11F3" w:rsidRDefault="005C01FD" w:rsidP="005C01FD">
      <w:pPr>
        <w:spacing w:before="31"/>
        <w:rPr>
          <w:b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8DFFB41" wp14:editId="43B6F103">
                <wp:simplePos x="0" y="0"/>
                <wp:positionH relativeFrom="page">
                  <wp:posOffset>699770</wp:posOffset>
                </wp:positionH>
                <wp:positionV relativeFrom="paragraph">
                  <wp:posOffset>259080</wp:posOffset>
                </wp:positionV>
                <wp:extent cx="6340475" cy="4445"/>
                <wp:effectExtent l="0" t="0" r="0" b="0"/>
                <wp:wrapTopAndBottom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40475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6" style="position:absolute;margin-left:55.1pt;margin-top:20.4pt;width:499.25pt;height:.35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" fillcolor="black" stroked="f">
                <w10:wrap type="topAndBottom" anchorx="page"/>
              </v:rect>
            </w:pict>
          </mc:Fallback>
        </mc:AlternateContent>
      </w:r>
      <w:r w:rsidRPr="003B11F3">
        <w:rPr>
          <w:b/>
          <w:sz w:val="28"/>
        </w:rPr>
        <w:t>«МАТЕМАТИКА»</w:t>
      </w:r>
      <w:r w:rsidRPr="003B11F3">
        <w:rPr>
          <w:b/>
          <w:spacing w:val="-6"/>
          <w:sz w:val="28"/>
        </w:rPr>
        <w:t xml:space="preserve"> </w:t>
      </w:r>
      <w:r w:rsidRPr="003B11F3">
        <w:rPr>
          <w:b/>
          <w:sz w:val="28"/>
        </w:rPr>
        <w:t>В</w:t>
      </w:r>
      <w:r w:rsidRPr="003B11F3">
        <w:rPr>
          <w:b/>
          <w:spacing w:val="-1"/>
          <w:sz w:val="28"/>
        </w:rPr>
        <w:t xml:space="preserve"> </w:t>
      </w:r>
      <w:r w:rsidRPr="003B11F3">
        <w:rPr>
          <w:b/>
          <w:sz w:val="28"/>
        </w:rPr>
        <w:t>5–6</w:t>
      </w:r>
      <w:r w:rsidRPr="003B11F3">
        <w:rPr>
          <w:b/>
          <w:spacing w:val="1"/>
          <w:sz w:val="28"/>
        </w:rPr>
        <w:t xml:space="preserve"> </w:t>
      </w:r>
      <w:r w:rsidRPr="003B11F3">
        <w:rPr>
          <w:b/>
          <w:sz w:val="28"/>
        </w:rPr>
        <w:t>КЛАССАХ</w:t>
      </w:r>
    </w:p>
    <w:p w:rsidR="005C01FD" w:rsidRPr="003B11F3" w:rsidRDefault="005C01FD" w:rsidP="005C01FD">
      <w:pPr>
        <w:spacing w:before="11"/>
        <w:rPr>
          <w:b/>
          <w:sz w:val="18"/>
          <w:szCs w:val="28"/>
        </w:rPr>
      </w:pPr>
    </w:p>
    <w:p w:rsidR="005C01FD" w:rsidRPr="003B11F3" w:rsidRDefault="005C01FD" w:rsidP="005C01FD">
      <w:pPr>
        <w:spacing w:before="89"/>
        <w:jc w:val="both"/>
        <w:outlineLvl w:val="0"/>
        <w:rPr>
          <w:b/>
          <w:bCs/>
          <w:sz w:val="28"/>
          <w:szCs w:val="28"/>
        </w:rPr>
      </w:pPr>
      <w:bookmarkStart w:id="7" w:name="_bookmark6"/>
      <w:bookmarkEnd w:id="7"/>
      <w:r w:rsidRPr="003B11F3">
        <w:rPr>
          <w:b/>
          <w:bCs/>
          <w:spacing w:val="-1"/>
          <w:sz w:val="28"/>
          <w:szCs w:val="28"/>
        </w:rPr>
        <w:t>ПОЯСНИТЕЛЬНАЯ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ЗАПИСКА</w:t>
      </w:r>
    </w:p>
    <w:p w:rsidR="005C01FD" w:rsidRPr="003B11F3" w:rsidRDefault="005C01FD" w:rsidP="005C01FD">
      <w:pPr>
        <w:spacing w:before="197" w:line="252" w:lineRule="auto"/>
        <w:ind w:right="164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Приоритетными целями обучения математике в 5–6 классах являются: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продолжение</w:t>
      </w:r>
      <w:r w:rsidRPr="003B11F3">
        <w:rPr>
          <w:spacing w:val="64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формирования</w:t>
      </w:r>
      <w:r w:rsidRPr="003B11F3">
        <w:rPr>
          <w:spacing w:val="67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основных</w:t>
      </w:r>
      <w:r w:rsidRPr="003B11F3">
        <w:rPr>
          <w:spacing w:val="63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математических</w:t>
      </w:r>
      <w:r w:rsidRPr="003B11F3">
        <w:rPr>
          <w:spacing w:val="63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понятий</w:t>
      </w:r>
      <w:r w:rsidRPr="003B11F3">
        <w:rPr>
          <w:spacing w:val="67"/>
          <w:sz w:val="28"/>
          <w:szCs w:val="28"/>
        </w:rPr>
        <w:t xml:space="preserve"> </w:t>
      </w:r>
      <w:r w:rsidRPr="003B11F3">
        <w:rPr>
          <w:sz w:val="28"/>
          <w:szCs w:val="28"/>
        </w:rPr>
        <w:t>(число,</w:t>
      </w:r>
      <w:proofErr w:type="gramEnd"/>
    </w:p>
    <w:p w:rsidR="005C01FD" w:rsidRPr="003B11F3" w:rsidRDefault="005C01FD" w:rsidP="005C01FD">
      <w:pPr>
        <w:spacing w:line="252" w:lineRule="auto"/>
        <w:ind w:right="170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величина,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геометрическая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фигура),</w:t>
      </w:r>
      <w:r w:rsidRPr="003B11F3">
        <w:rPr>
          <w:spacing w:val="1"/>
          <w:sz w:val="28"/>
          <w:szCs w:val="28"/>
        </w:rPr>
        <w:t xml:space="preserve"> </w:t>
      </w:r>
      <w:proofErr w:type="gramStart"/>
      <w:r w:rsidRPr="003B11F3">
        <w:rPr>
          <w:sz w:val="28"/>
          <w:szCs w:val="28"/>
        </w:rPr>
        <w:t>обеспечивающих</w:t>
      </w:r>
      <w:proofErr w:type="gramEnd"/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преемственность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перспективность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математического</w:t>
      </w:r>
      <w:r w:rsidRPr="003B11F3">
        <w:rPr>
          <w:spacing w:val="4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образования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обучающихся;</w:t>
      </w:r>
    </w:p>
    <w:p w:rsidR="005C01FD" w:rsidRPr="003B11F3" w:rsidRDefault="005C01FD" w:rsidP="005C01FD">
      <w:pPr>
        <w:spacing w:before="2" w:line="252" w:lineRule="auto"/>
        <w:ind w:right="162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развитие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интеллектуальных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творческих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способностей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обучающихся,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познавательной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активности,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исследовательских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умений,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интереса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изучению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математики;</w:t>
      </w:r>
    </w:p>
    <w:p w:rsidR="005C01FD" w:rsidRPr="003B11F3" w:rsidRDefault="005C01FD" w:rsidP="005C01FD">
      <w:pPr>
        <w:spacing w:before="1" w:line="252" w:lineRule="auto"/>
        <w:ind w:right="161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подведение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обучающихся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доступном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них</w:t>
      </w:r>
      <w:r w:rsidRPr="003B11F3">
        <w:rPr>
          <w:spacing w:val="1"/>
          <w:sz w:val="28"/>
          <w:szCs w:val="28"/>
        </w:rPr>
        <w:t xml:space="preserve"> </w:t>
      </w:r>
      <w:proofErr w:type="gramStart"/>
      <w:r w:rsidRPr="003B11F3">
        <w:rPr>
          <w:sz w:val="28"/>
          <w:szCs w:val="28"/>
        </w:rPr>
        <w:t>уровне</w:t>
      </w:r>
      <w:proofErr w:type="gramEnd"/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осознанию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взаимосвязи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окружающего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мира;</w:t>
      </w:r>
    </w:p>
    <w:p w:rsidR="005C01FD" w:rsidRPr="003B11F3" w:rsidRDefault="005C01FD" w:rsidP="005C01FD">
      <w:pPr>
        <w:spacing w:before="1" w:line="252" w:lineRule="auto"/>
        <w:ind w:right="154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формирование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функциональной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грамотности: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распознавать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объекты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реальных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жизненных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ситуациях,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применять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освоенные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практико-ориентированных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интерпретировать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полученные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оценивать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соответствие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практической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ситуации.</w:t>
      </w:r>
    </w:p>
    <w:p w:rsidR="005C01FD" w:rsidRPr="003B11F3" w:rsidRDefault="005C01FD" w:rsidP="005C01FD">
      <w:pPr>
        <w:spacing w:before="2" w:line="252" w:lineRule="auto"/>
        <w:ind w:right="158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Основные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линии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содержания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курса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математики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5–6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классах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–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арифметическая</w:t>
      </w:r>
      <w:r w:rsidRPr="003B11F3">
        <w:rPr>
          <w:spacing w:val="16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85"/>
          <w:sz w:val="28"/>
          <w:szCs w:val="28"/>
        </w:rPr>
        <w:t xml:space="preserve"> </w:t>
      </w:r>
      <w:r w:rsidRPr="003B11F3">
        <w:rPr>
          <w:sz w:val="28"/>
          <w:szCs w:val="28"/>
        </w:rPr>
        <w:t>геометрическая,</w:t>
      </w:r>
      <w:r w:rsidRPr="003B11F3">
        <w:rPr>
          <w:spacing w:val="88"/>
          <w:sz w:val="28"/>
          <w:szCs w:val="28"/>
        </w:rPr>
        <w:t xml:space="preserve"> </w:t>
      </w:r>
      <w:r w:rsidRPr="003B11F3">
        <w:rPr>
          <w:sz w:val="28"/>
          <w:szCs w:val="28"/>
        </w:rPr>
        <w:t>которые</w:t>
      </w:r>
      <w:r w:rsidRPr="003B11F3">
        <w:rPr>
          <w:spacing w:val="84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развиваются</w:t>
      </w:r>
      <w:r w:rsidRPr="003B11F3">
        <w:rPr>
          <w:spacing w:val="86"/>
          <w:sz w:val="28"/>
          <w:szCs w:val="28"/>
        </w:rPr>
        <w:t xml:space="preserve"> </w:t>
      </w:r>
      <w:r w:rsidRPr="003B11F3">
        <w:rPr>
          <w:sz w:val="28"/>
          <w:szCs w:val="28"/>
        </w:rPr>
        <w:t>параллельно,</w:t>
      </w:r>
      <w:r w:rsidRPr="003B11F3">
        <w:rPr>
          <w:spacing w:val="87"/>
          <w:sz w:val="28"/>
          <w:szCs w:val="28"/>
        </w:rPr>
        <w:t xml:space="preserve"> </w:t>
      </w:r>
      <w:r w:rsidRPr="003B11F3">
        <w:rPr>
          <w:sz w:val="28"/>
          <w:szCs w:val="28"/>
        </w:rPr>
        <w:t>каждая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в соответствии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собственной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логикой,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однако,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не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независимо одна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от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другой,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а в тесном контакте и взаимодействии. Также в курсе математики происходит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знакомство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элементами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алгебры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описательной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статистики.</w:t>
      </w:r>
    </w:p>
    <w:p w:rsidR="005C01FD" w:rsidRPr="003B11F3" w:rsidRDefault="005C01FD" w:rsidP="005C01FD">
      <w:pPr>
        <w:tabs>
          <w:tab w:val="left" w:pos="1517"/>
          <w:tab w:val="left" w:pos="1876"/>
          <w:tab w:val="left" w:pos="2013"/>
          <w:tab w:val="left" w:pos="2064"/>
          <w:tab w:val="left" w:pos="2265"/>
          <w:tab w:val="left" w:pos="2330"/>
          <w:tab w:val="left" w:pos="2804"/>
          <w:tab w:val="left" w:pos="2934"/>
          <w:tab w:val="left" w:pos="3380"/>
          <w:tab w:val="left" w:pos="3675"/>
          <w:tab w:val="left" w:pos="3740"/>
          <w:tab w:val="left" w:pos="4078"/>
          <w:tab w:val="left" w:pos="4353"/>
          <w:tab w:val="left" w:pos="4553"/>
          <w:tab w:val="left" w:pos="5489"/>
          <w:tab w:val="left" w:pos="5784"/>
          <w:tab w:val="left" w:pos="5820"/>
          <w:tab w:val="left" w:pos="6279"/>
          <w:tab w:val="left" w:pos="6337"/>
          <w:tab w:val="left" w:pos="6697"/>
          <w:tab w:val="left" w:pos="7316"/>
          <w:tab w:val="left" w:pos="7641"/>
          <w:tab w:val="left" w:pos="7798"/>
          <w:tab w:val="left" w:pos="8338"/>
          <w:tab w:val="left" w:pos="8624"/>
          <w:tab w:val="left" w:pos="8834"/>
          <w:tab w:val="left" w:pos="9014"/>
          <w:tab w:val="left" w:pos="9390"/>
          <w:tab w:val="left" w:pos="9904"/>
        </w:tabs>
        <w:spacing w:before="3" w:line="252" w:lineRule="auto"/>
        <w:ind w:right="155"/>
        <w:jc w:val="right"/>
        <w:rPr>
          <w:sz w:val="28"/>
          <w:szCs w:val="28"/>
        </w:rPr>
      </w:pPr>
      <w:r w:rsidRPr="003B11F3">
        <w:rPr>
          <w:sz w:val="28"/>
          <w:szCs w:val="28"/>
        </w:rPr>
        <w:t>Изучение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арифметического</w:t>
      </w:r>
      <w:r w:rsidRPr="003B11F3">
        <w:rPr>
          <w:sz w:val="28"/>
          <w:szCs w:val="28"/>
        </w:rPr>
        <w:tab/>
        <w:t>материала</w:t>
      </w:r>
      <w:r w:rsidRPr="003B11F3">
        <w:rPr>
          <w:sz w:val="28"/>
          <w:szCs w:val="28"/>
        </w:rPr>
        <w:tab/>
        <w:t>начинается</w:t>
      </w:r>
      <w:r w:rsidRPr="003B11F3">
        <w:rPr>
          <w:sz w:val="28"/>
          <w:szCs w:val="28"/>
        </w:rPr>
        <w:tab/>
      </w:r>
      <w:proofErr w:type="gramStart"/>
      <w:r w:rsidRPr="003B11F3">
        <w:rPr>
          <w:sz w:val="28"/>
          <w:szCs w:val="28"/>
        </w:rPr>
        <w:t>со</w:t>
      </w:r>
      <w:proofErr w:type="gramEnd"/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систематизации</w:t>
      </w:r>
      <w:r w:rsidRPr="003B11F3">
        <w:rPr>
          <w:sz w:val="28"/>
          <w:szCs w:val="28"/>
        </w:rPr>
        <w:tab/>
        <w:t>и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развития знаний о натуральных числах, полученных на уровне начального общего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образования.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При</w:t>
      </w:r>
      <w:r w:rsidRPr="003B11F3">
        <w:rPr>
          <w:sz w:val="28"/>
          <w:szCs w:val="28"/>
        </w:rPr>
        <w:tab/>
        <w:t>этом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совершенствование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вычислительной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техники</w:t>
      </w:r>
      <w:r w:rsidRPr="003B11F3">
        <w:rPr>
          <w:sz w:val="28"/>
          <w:szCs w:val="28"/>
        </w:rPr>
        <w:tab/>
        <w:t>и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формирование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новых</w:t>
      </w:r>
      <w:r w:rsidRPr="003B11F3">
        <w:rPr>
          <w:sz w:val="28"/>
          <w:szCs w:val="28"/>
        </w:rPr>
        <w:tab/>
        <w:t>теоретических</w:t>
      </w:r>
      <w:r w:rsidRPr="003B11F3">
        <w:rPr>
          <w:sz w:val="28"/>
          <w:szCs w:val="28"/>
        </w:rPr>
        <w:tab/>
        <w:t>знаний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сочетается</w:t>
      </w:r>
      <w:r w:rsidRPr="003B11F3">
        <w:rPr>
          <w:sz w:val="28"/>
          <w:szCs w:val="28"/>
        </w:rPr>
        <w:tab/>
        <w:t>с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развитием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вычислительной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культуры,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в</w:t>
      </w:r>
      <w:r w:rsidRPr="003B11F3">
        <w:rPr>
          <w:sz w:val="28"/>
          <w:szCs w:val="28"/>
        </w:rPr>
        <w:tab/>
        <w:t>частности</w:t>
      </w:r>
      <w:r w:rsidRPr="003B11F3">
        <w:rPr>
          <w:sz w:val="28"/>
          <w:szCs w:val="28"/>
        </w:rPr>
        <w:tab/>
        <w:t>с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обучением</w:t>
      </w:r>
      <w:r w:rsidRPr="003B11F3">
        <w:rPr>
          <w:sz w:val="28"/>
          <w:szCs w:val="28"/>
        </w:rPr>
        <w:tab/>
        <w:t>простейшим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  <w:t>приёмам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прикидки</w:t>
      </w:r>
      <w:r w:rsidRPr="003B11F3">
        <w:rPr>
          <w:sz w:val="28"/>
          <w:szCs w:val="28"/>
        </w:rPr>
        <w:tab/>
        <w:t>и</w:t>
      </w:r>
      <w:r w:rsidRPr="003B11F3">
        <w:rPr>
          <w:sz w:val="28"/>
          <w:szCs w:val="28"/>
        </w:rPr>
        <w:tab/>
        <w:t>оценки</w:t>
      </w:r>
      <w:r w:rsidRPr="003B11F3">
        <w:rPr>
          <w:sz w:val="28"/>
          <w:szCs w:val="28"/>
        </w:rPr>
        <w:tab/>
      </w:r>
      <w:r w:rsidRPr="003B11F3">
        <w:rPr>
          <w:sz w:val="28"/>
          <w:szCs w:val="28"/>
        </w:rPr>
        <w:tab/>
      </w:r>
      <w:r w:rsidRPr="003B11F3">
        <w:rPr>
          <w:spacing w:val="-1"/>
          <w:sz w:val="28"/>
          <w:szCs w:val="28"/>
        </w:rPr>
        <w:t>результатов</w:t>
      </w:r>
      <w:r w:rsidRPr="003B11F3">
        <w:rPr>
          <w:spacing w:val="-1"/>
          <w:sz w:val="28"/>
          <w:szCs w:val="28"/>
        </w:rPr>
        <w:tab/>
      </w:r>
      <w:r w:rsidRPr="003B11F3">
        <w:rPr>
          <w:spacing w:val="-1"/>
          <w:sz w:val="28"/>
          <w:szCs w:val="28"/>
        </w:rPr>
        <w:tab/>
      </w:r>
      <w:r w:rsidRPr="003B11F3">
        <w:rPr>
          <w:sz w:val="28"/>
          <w:szCs w:val="28"/>
        </w:rPr>
        <w:t>вычислений.</w:t>
      </w:r>
      <w:r w:rsidRPr="003B11F3">
        <w:rPr>
          <w:sz w:val="28"/>
          <w:szCs w:val="28"/>
        </w:rPr>
        <w:tab/>
        <w:t>Изучение</w:t>
      </w:r>
      <w:r w:rsidRPr="003B11F3">
        <w:rPr>
          <w:sz w:val="28"/>
          <w:szCs w:val="28"/>
        </w:rPr>
        <w:tab/>
        <w:t>натуральных</w:t>
      </w:r>
      <w:r w:rsidRPr="003B11F3">
        <w:rPr>
          <w:sz w:val="28"/>
          <w:szCs w:val="28"/>
        </w:rPr>
        <w:tab/>
      </w:r>
      <w:r w:rsidRPr="003B11F3">
        <w:rPr>
          <w:spacing w:val="-1"/>
          <w:sz w:val="28"/>
          <w:szCs w:val="28"/>
        </w:rPr>
        <w:t>чисел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продолжается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6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классе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знакомством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начальными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понятиями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теории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делимости.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 xml:space="preserve">Начало изучения обыкновенных и десятичных дробей отнесено </w:t>
      </w:r>
      <w:r w:rsidRPr="003B11F3">
        <w:rPr>
          <w:sz w:val="28"/>
          <w:szCs w:val="28"/>
        </w:rPr>
        <w:t>к 5 классу. Это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первый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этап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в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освоении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дробей,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когда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происходит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знакомство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с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основными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идеями,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понятиями</w:t>
      </w:r>
      <w:r w:rsidRPr="003B11F3">
        <w:rPr>
          <w:spacing w:val="9"/>
          <w:sz w:val="28"/>
          <w:szCs w:val="28"/>
        </w:rPr>
        <w:t xml:space="preserve"> </w:t>
      </w:r>
      <w:r w:rsidRPr="003B11F3">
        <w:rPr>
          <w:sz w:val="28"/>
          <w:szCs w:val="28"/>
        </w:rPr>
        <w:t>темы.</w:t>
      </w:r>
      <w:r w:rsidRPr="003B11F3">
        <w:rPr>
          <w:spacing w:val="10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10"/>
          <w:sz w:val="28"/>
          <w:szCs w:val="28"/>
        </w:rPr>
        <w:t xml:space="preserve"> </w:t>
      </w:r>
      <w:r w:rsidRPr="003B11F3">
        <w:rPr>
          <w:sz w:val="28"/>
          <w:szCs w:val="28"/>
        </w:rPr>
        <w:t>этом</w:t>
      </w:r>
      <w:r w:rsidRPr="003B11F3">
        <w:rPr>
          <w:spacing w:val="1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рассмотрение</w:t>
      </w:r>
      <w:r w:rsidRPr="003B11F3">
        <w:rPr>
          <w:spacing w:val="7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обыкновенных</w:t>
      </w:r>
      <w:r w:rsidRPr="003B11F3">
        <w:rPr>
          <w:spacing w:val="6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дробей</w:t>
      </w:r>
      <w:r w:rsidRPr="003B11F3">
        <w:rPr>
          <w:spacing w:val="9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7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полном</w:t>
      </w:r>
      <w:r w:rsidRPr="003B11F3">
        <w:rPr>
          <w:spacing w:val="1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объёме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предшествует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изучению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десятичных дробей,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что целесообразно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точки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зрения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логики</w:t>
      </w:r>
      <w:r w:rsidRPr="003B11F3">
        <w:rPr>
          <w:spacing w:val="36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изложения</w:t>
      </w:r>
      <w:r w:rsidRPr="003B11F3">
        <w:rPr>
          <w:spacing w:val="36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числовой</w:t>
      </w:r>
      <w:r w:rsidRPr="003B11F3">
        <w:rPr>
          <w:spacing w:val="43"/>
          <w:sz w:val="28"/>
          <w:szCs w:val="28"/>
        </w:rPr>
        <w:t xml:space="preserve"> </w:t>
      </w:r>
      <w:r w:rsidRPr="003B11F3">
        <w:rPr>
          <w:sz w:val="28"/>
          <w:szCs w:val="28"/>
        </w:rPr>
        <w:t>линии,</w:t>
      </w:r>
      <w:r w:rsidRPr="003B11F3">
        <w:rPr>
          <w:spacing w:val="37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когда</w:t>
      </w:r>
      <w:r w:rsidRPr="003B11F3">
        <w:rPr>
          <w:spacing w:val="33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правила</w:t>
      </w:r>
      <w:r w:rsidRPr="003B11F3">
        <w:rPr>
          <w:spacing w:val="33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действий</w:t>
      </w:r>
      <w:r w:rsidRPr="003B11F3">
        <w:rPr>
          <w:spacing w:val="36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33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десятичными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дробями</w:t>
      </w:r>
      <w:r w:rsidRPr="003B11F3">
        <w:rPr>
          <w:spacing w:val="32"/>
          <w:sz w:val="28"/>
          <w:szCs w:val="28"/>
        </w:rPr>
        <w:t xml:space="preserve"> </w:t>
      </w:r>
      <w:r w:rsidRPr="003B11F3">
        <w:rPr>
          <w:sz w:val="28"/>
          <w:szCs w:val="28"/>
        </w:rPr>
        <w:t>можно</w:t>
      </w:r>
      <w:r w:rsidRPr="003B11F3">
        <w:rPr>
          <w:spacing w:val="28"/>
          <w:sz w:val="28"/>
          <w:szCs w:val="28"/>
        </w:rPr>
        <w:t xml:space="preserve"> </w:t>
      </w:r>
      <w:r w:rsidRPr="003B11F3">
        <w:rPr>
          <w:sz w:val="28"/>
          <w:szCs w:val="28"/>
        </w:rPr>
        <w:t>обосновать</w:t>
      </w:r>
      <w:r w:rsidRPr="003B11F3">
        <w:rPr>
          <w:spacing w:val="38"/>
          <w:sz w:val="28"/>
          <w:szCs w:val="28"/>
        </w:rPr>
        <w:t xml:space="preserve"> </w:t>
      </w:r>
      <w:r w:rsidRPr="003B11F3">
        <w:rPr>
          <w:sz w:val="28"/>
          <w:szCs w:val="28"/>
        </w:rPr>
        <w:t>уже</w:t>
      </w:r>
      <w:r w:rsidRPr="003B11F3">
        <w:rPr>
          <w:spacing w:val="36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известными</w:t>
      </w:r>
      <w:r w:rsidRPr="003B11F3">
        <w:rPr>
          <w:spacing w:val="40"/>
          <w:sz w:val="28"/>
          <w:szCs w:val="28"/>
        </w:rPr>
        <w:t xml:space="preserve"> </w:t>
      </w:r>
      <w:r w:rsidRPr="003B11F3">
        <w:rPr>
          <w:sz w:val="28"/>
          <w:szCs w:val="28"/>
        </w:rPr>
        <w:t>алгоритмами</w:t>
      </w:r>
      <w:r w:rsidRPr="003B11F3">
        <w:rPr>
          <w:spacing w:val="32"/>
          <w:sz w:val="28"/>
          <w:szCs w:val="28"/>
        </w:rPr>
        <w:t xml:space="preserve"> </w:t>
      </w:r>
      <w:r w:rsidRPr="003B11F3">
        <w:rPr>
          <w:sz w:val="28"/>
          <w:szCs w:val="28"/>
        </w:rPr>
        <w:t>выполнения</w:t>
      </w:r>
      <w:r w:rsidRPr="003B11F3">
        <w:rPr>
          <w:spacing w:val="32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действий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62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обыкновенными</w:t>
      </w:r>
      <w:r w:rsidRPr="003B11F3">
        <w:rPr>
          <w:spacing w:val="65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дробями.</w:t>
      </w:r>
      <w:r w:rsidRPr="003B11F3">
        <w:rPr>
          <w:spacing w:val="59"/>
          <w:sz w:val="28"/>
          <w:szCs w:val="28"/>
        </w:rPr>
        <w:t xml:space="preserve"> </w:t>
      </w:r>
      <w:r w:rsidRPr="003B11F3">
        <w:rPr>
          <w:sz w:val="28"/>
          <w:szCs w:val="28"/>
        </w:rPr>
        <w:t>Знакомство</w:t>
      </w:r>
      <w:r w:rsidRPr="003B11F3">
        <w:rPr>
          <w:spacing w:val="6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62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десятичными</w:t>
      </w:r>
      <w:r w:rsidRPr="003B11F3">
        <w:rPr>
          <w:spacing w:val="59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дробями</w:t>
      </w:r>
      <w:r w:rsidRPr="003B11F3">
        <w:rPr>
          <w:spacing w:val="65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расширит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возможности</w:t>
      </w:r>
      <w:r w:rsidRPr="003B11F3">
        <w:rPr>
          <w:spacing w:val="35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35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понимания</w:t>
      </w:r>
      <w:r w:rsidRPr="003B11F3">
        <w:rPr>
          <w:spacing w:val="35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обучающимися</w:t>
      </w:r>
      <w:r w:rsidRPr="003B11F3">
        <w:rPr>
          <w:spacing w:val="35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прикладного</w:t>
      </w:r>
      <w:r w:rsidRPr="003B11F3">
        <w:rPr>
          <w:spacing w:val="3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применения</w:t>
      </w:r>
      <w:r w:rsidRPr="003B11F3">
        <w:rPr>
          <w:spacing w:val="35"/>
          <w:sz w:val="28"/>
          <w:szCs w:val="28"/>
        </w:rPr>
        <w:t xml:space="preserve"> </w:t>
      </w:r>
      <w:r w:rsidRPr="003B11F3">
        <w:rPr>
          <w:sz w:val="28"/>
          <w:szCs w:val="28"/>
        </w:rPr>
        <w:t>новой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записи</w:t>
      </w:r>
      <w:r w:rsidRPr="003B11F3">
        <w:rPr>
          <w:spacing w:val="2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95"/>
          <w:sz w:val="28"/>
          <w:szCs w:val="28"/>
        </w:rPr>
        <w:t xml:space="preserve"> </w:t>
      </w:r>
      <w:r w:rsidRPr="003B11F3">
        <w:rPr>
          <w:sz w:val="28"/>
          <w:szCs w:val="28"/>
        </w:rPr>
        <w:t>изучении</w:t>
      </w:r>
      <w:r w:rsidRPr="003B11F3">
        <w:rPr>
          <w:spacing w:val="96"/>
          <w:sz w:val="28"/>
          <w:szCs w:val="28"/>
        </w:rPr>
        <w:t xml:space="preserve"> </w:t>
      </w:r>
      <w:r w:rsidRPr="003B11F3">
        <w:rPr>
          <w:sz w:val="28"/>
          <w:szCs w:val="28"/>
        </w:rPr>
        <w:t>других</w:t>
      </w:r>
      <w:r w:rsidRPr="003B11F3">
        <w:rPr>
          <w:spacing w:val="92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предметов</w:t>
      </w:r>
      <w:r w:rsidRPr="003B11F3">
        <w:rPr>
          <w:spacing w:val="9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96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96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практическом</w:t>
      </w:r>
      <w:r w:rsidRPr="003B11F3">
        <w:rPr>
          <w:spacing w:val="97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использовании.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6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отнесён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второй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этап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изучении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дробей,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где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происходит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совершенствование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навыков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сравнения</w:t>
      </w:r>
      <w:r w:rsidRPr="003B11F3">
        <w:rPr>
          <w:spacing w:val="4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4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преобразования</w:t>
      </w:r>
      <w:r w:rsidRPr="003B11F3">
        <w:rPr>
          <w:spacing w:val="4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дробей,</w:t>
      </w:r>
      <w:r w:rsidRPr="003B11F3">
        <w:rPr>
          <w:spacing w:val="4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освоение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новых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вычислительных</w:t>
      </w:r>
      <w:r w:rsidRPr="003B11F3">
        <w:rPr>
          <w:spacing w:val="30"/>
          <w:sz w:val="28"/>
          <w:szCs w:val="28"/>
        </w:rPr>
        <w:t xml:space="preserve"> </w:t>
      </w:r>
      <w:r w:rsidRPr="003B11F3">
        <w:rPr>
          <w:sz w:val="28"/>
          <w:szCs w:val="28"/>
        </w:rPr>
        <w:t>алгоритмов,</w:t>
      </w:r>
      <w:r w:rsidRPr="003B11F3">
        <w:rPr>
          <w:spacing w:val="35"/>
          <w:sz w:val="28"/>
          <w:szCs w:val="28"/>
        </w:rPr>
        <w:t xml:space="preserve"> </w:t>
      </w:r>
      <w:r w:rsidRPr="003B11F3">
        <w:rPr>
          <w:sz w:val="28"/>
          <w:szCs w:val="28"/>
        </w:rPr>
        <w:t>оттачивание</w:t>
      </w:r>
      <w:r w:rsidRPr="003B11F3">
        <w:rPr>
          <w:spacing w:val="31"/>
          <w:sz w:val="28"/>
          <w:szCs w:val="28"/>
        </w:rPr>
        <w:t xml:space="preserve"> </w:t>
      </w:r>
      <w:r w:rsidRPr="003B11F3">
        <w:rPr>
          <w:sz w:val="28"/>
          <w:szCs w:val="28"/>
        </w:rPr>
        <w:t>техники</w:t>
      </w:r>
      <w:r w:rsidRPr="003B11F3">
        <w:rPr>
          <w:spacing w:val="34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вычислений,</w:t>
      </w:r>
      <w:r w:rsidRPr="003B11F3">
        <w:rPr>
          <w:spacing w:val="35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30"/>
          <w:sz w:val="28"/>
          <w:szCs w:val="28"/>
        </w:rPr>
        <w:t xml:space="preserve"> </w:t>
      </w:r>
      <w:r w:rsidRPr="003B11F3">
        <w:rPr>
          <w:sz w:val="28"/>
          <w:szCs w:val="28"/>
        </w:rPr>
        <w:t>том</w:t>
      </w:r>
      <w:r w:rsidRPr="003B11F3">
        <w:rPr>
          <w:spacing w:val="28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числе</w:t>
      </w:r>
    </w:p>
    <w:p w:rsidR="005C01FD" w:rsidRPr="003B11F3" w:rsidRDefault="005C01FD" w:rsidP="005C01FD">
      <w:pPr>
        <w:spacing w:line="252" w:lineRule="auto"/>
        <w:jc w:val="right"/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86" w:line="252" w:lineRule="auto"/>
        <w:ind w:right="144"/>
        <w:jc w:val="both"/>
        <w:rPr>
          <w:sz w:val="28"/>
          <w:szCs w:val="28"/>
        </w:rPr>
      </w:pPr>
      <w:r w:rsidRPr="003B11F3">
        <w:rPr>
          <w:sz w:val="28"/>
          <w:szCs w:val="28"/>
        </w:rPr>
        <w:lastRenderedPageBreak/>
        <w:t>значений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выражений,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содержащих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обыкновенные,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установление связей между ними, рассмотрение приёмов решения задач на дроби.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начале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6</w:t>
      </w:r>
      <w:r w:rsidRPr="003B11F3">
        <w:rPr>
          <w:spacing w:val="3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класса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происходит знакомство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понятием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процента.</w:t>
      </w:r>
    </w:p>
    <w:p w:rsidR="005C01FD" w:rsidRPr="003B11F3" w:rsidRDefault="005C01FD" w:rsidP="005C01FD">
      <w:pPr>
        <w:spacing w:before="1" w:line="252" w:lineRule="auto"/>
        <w:ind w:right="145"/>
        <w:jc w:val="both"/>
        <w:rPr>
          <w:sz w:val="28"/>
          <w:szCs w:val="28"/>
        </w:rPr>
      </w:pPr>
      <w:r w:rsidRPr="003B11F3">
        <w:rPr>
          <w:spacing w:val="-6"/>
          <w:sz w:val="28"/>
          <w:szCs w:val="28"/>
        </w:rPr>
        <w:t xml:space="preserve">Особенностью </w:t>
      </w:r>
      <w:r w:rsidRPr="003B11F3">
        <w:rPr>
          <w:spacing w:val="-5"/>
          <w:sz w:val="28"/>
          <w:szCs w:val="28"/>
        </w:rPr>
        <w:t>изучения положительных и отрицательных чисел является то, что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они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также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могут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рассматриваться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несколько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этапов.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6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классе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начале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изучения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pacing w:val="-3"/>
          <w:sz w:val="28"/>
          <w:szCs w:val="28"/>
        </w:rPr>
        <w:t>темы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pacing w:val="-3"/>
          <w:sz w:val="28"/>
          <w:szCs w:val="28"/>
        </w:rPr>
        <w:t>«Положительные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pacing w:val="-3"/>
          <w:sz w:val="28"/>
          <w:szCs w:val="28"/>
        </w:rPr>
        <w:t>и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pacing w:val="-3"/>
          <w:sz w:val="28"/>
          <w:szCs w:val="28"/>
        </w:rPr>
        <w:t>отрицательные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pacing w:val="-2"/>
          <w:sz w:val="28"/>
          <w:szCs w:val="28"/>
        </w:rPr>
        <w:t>числа»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pacing w:val="-2"/>
          <w:sz w:val="28"/>
          <w:szCs w:val="28"/>
        </w:rPr>
        <w:t>выделяется</w:t>
      </w:r>
      <w:r w:rsidRPr="003B11F3">
        <w:rPr>
          <w:spacing w:val="-12"/>
          <w:sz w:val="28"/>
          <w:szCs w:val="28"/>
        </w:rPr>
        <w:t xml:space="preserve"> </w:t>
      </w:r>
      <w:proofErr w:type="spellStart"/>
      <w:r w:rsidRPr="003B11F3">
        <w:rPr>
          <w:spacing w:val="-2"/>
          <w:sz w:val="28"/>
          <w:szCs w:val="28"/>
        </w:rPr>
        <w:t>подтема</w:t>
      </w:r>
      <w:proofErr w:type="spellEnd"/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pacing w:val="-2"/>
          <w:sz w:val="28"/>
          <w:szCs w:val="28"/>
        </w:rPr>
        <w:t>«Целые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pacing w:val="-2"/>
          <w:sz w:val="28"/>
          <w:szCs w:val="28"/>
        </w:rPr>
        <w:t>числа»,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99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рамках  </w:t>
      </w:r>
      <w:r w:rsidRPr="003B11F3">
        <w:rPr>
          <w:spacing w:val="27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которой  </w:t>
      </w:r>
      <w:r w:rsidRPr="003B11F3">
        <w:rPr>
          <w:spacing w:val="3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знакомство  </w:t>
      </w:r>
      <w:r w:rsidRPr="003B11F3">
        <w:rPr>
          <w:spacing w:val="28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с  </w:t>
      </w:r>
      <w:r w:rsidRPr="003B11F3">
        <w:rPr>
          <w:spacing w:val="28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отрицательными  </w:t>
      </w:r>
      <w:r w:rsidRPr="003B11F3">
        <w:rPr>
          <w:spacing w:val="3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числами  </w:t>
      </w:r>
      <w:r w:rsidRPr="003B11F3">
        <w:rPr>
          <w:spacing w:val="3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и  </w:t>
      </w:r>
      <w:r w:rsidRPr="003B11F3">
        <w:rPr>
          <w:spacing w:val="3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действиями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pacing w:val="-6"/>
          <w:sz w:val="28"/>
          <w:szCs w:val="28"/>
        </w:rPr>
        <w:t>с</w:t>
      </w:r>
      <w:r w:rsidRPr="003B11F3">
        <w:rPr>
          <w:spacing w:val="-21"/>
          <w:sz w:val="28"/>
          <w:szCs w:val="28"/>
        </w:rPr>
        <w:t xml:space="preserve"> </w:t>
      </w:r>
      <w:r w:rsidRPr="003B11F3">
        <w:rPr>
          <w:spacing w:val="-6"/>
          <w:sz w:val="28"/>
          <w:szCs w:val="28"/>
        </w:rPr>
        <w:t>положительными</w:t>
      </w:r>
      <w:r w:rsidRPr="003B11F3">
        <w:rPr>
          <w:spacing w:val="-18"/>
          <w:sz w:val="28"/>
          <w:szCs w:val="28"/>
        </w:rPr>
        <w:t xml:space="preserve"> </w:t>
      </w:r>
      <w:r w:rsidRPr="003B11F3">
        <w:rPr>
          <w:spacing w:val="-6"/>
          <w:sz w:val="28"/>
          <w:szCs w:val="28"/>
        </w:rPr>
        <w:t>и</w:t>
      </w:r>
      <w:r w:rsidRPr="003B11F3">
        <w:rPr>
          <w:spacing w:val="-18"/>
          <w:sz w:val="28"/>
          <w:szCs w:val="28"/>
        </w:rPr>
        <w:t xml:space="preserve"> </w:t>
      </w:r>
      <w:r w:rsidRPr="003B11F3">
        <w:rPr>
          <w:spacing w:val="-6"/>
          <w:sz w:val="28"/>
          <w:szCs w:val="28"/>
        </w:rPr>
        <w:t>отрицательными</w:t>
      </w:r>
      <w:r w:rsidRPr="003B11F3">
        <w:rPr>
          <w:spacing w:val="-18"/>
          <w:sz w:val="28"/>
          <w:szCs w:val="28"/>
        </w:rPr>
        <w:t xml:space="preserve"> </w:t>
      </w:r>
      <w:r w:rsidRPr="003B11F3">
        <w:rPr>
          <w:spacing w:val="-6"/>
          <w:sz w:val="28"/>
          <w:szCs w:val="28"/>
        </w:rPr>
        <w:t>числами</w:t>
      </w:r>
      <w:r w:rsidRPr="003B11F3">
        <w:rPr>
          <w:spacing w:val="-18"/>
          <w:sz w:val="28"/>
          <w:szCs w:val="28"/>
        </w:rPr>
        <w:t xml:space="preserve"> </w:t>
      </w:r>
      <w:r w:rsidRPr="003B11F3">
        <w:rPr>
          <w:spacing w:val="-6"/>
          <w:sz w:val="28"/>
          <w:szCs w:val="28"/>
        </w:rPr>
        <w:t>происходит</w:t>
      </w:r>
      <w:r w:rsidRPr="003B11F3">
        <w:rPr>
          <w:spacing w:val="-19"/>
          <w:sz w:val="28"/>
          <w:szCs w:val="28"/>
        </w:rPr>
        <w:t xml:space="preserve"> </w:t>
      </w:r>
      <w:r w:rsidRPr="003B11F3">
        <w:rPr>
          <w:spacing w:val="-6"/>
          <w:sz w:val="28"/>
          <w:szCs w:val="28"/>
        </w:rPr>
        <w:t>на</w:t>
      </w:r>
      <w:r w:rsidRPr="003B11F3">
        <w:rPr>
          <w:spacing w:val="-21"/>
          <w:sz w:val="28"/>
          <w:szCs w:val="28"/>
        </w:rPr>
        <w:t xml:space="preserve"> </w:t>
      </w:r>
      <w:r w:rsidRPr="003B11F3">
        <w:rPr>
          <w:spacing w:val="-6"/>
          <w:sz w:val="28"/>
          <w:szCs w:val="28"/>
        </w:rPr>
        <w:t>основе</w:t>
      </w:r>
      <w:r w:rsidRPr="003B11F3">
        <w:rPr>
          <w:spacing w:val="-21"/>
          <w:sz w:val="28"/>
          <w:szCs w:val="28"/>
        </w:rPr>
        <w:t xml:space="preserve"> </w:t>
      </w:r>
      <w:r w:rsidRPr="003B11F3">
        <w:rPr>
          <w:spacing w:val="-6"/>
          <w:sz w:val="28"/>
          <w:szCs w:val="28"/>
        </w:rPr>
        <w:t>содержательного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pacing w:val="-6"/>
          <w:sz w:val="28"/>
          <w:szCs w:val="28"/>
        </w:rPr>
        <w:t xml:space="preserve">подхода. Это позволяет на доступном уровне </w:t>
      </w:r>
      <w:r w:rsidRPr="003B11F3">
        <w:rPr>
          <w:spacing w:val="-5"/>
          <w:sz w:val="28"/>
          <w:szCs w:val="28"/>
        </w:rPr>
        <w:t>познакомить обучающихся практически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со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всеми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основными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понятиями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темы,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том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числе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и   с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правилами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знаков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pacing w:val="-6"/>
          <w:sz w:val="28"/>
          <w:szCs w:val="28"/>
        </w:rPr>
        <w:t xml:space="preserve">при выполнении арифметических действий. Изучение рациональных </w:t>
      </w:r>
      <w:r w:rsidRPr="003B11F3">
        <w:rPr>
          <w:spacing w:val="-5"/>
          <w:sz w:val="28"/>
          <w:szCs w:val="28"/>
        </w:rPr>
        <w:t>чисел на этом не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pacing w:val="-6"/>
          <w:sz w:val="28"/>
          <w:szCs w:val="28"/>
        </w:rPr>
        <w:t>закончится,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pacing w:val="-6"/>
          <w:sz w:val="28"/>
          <w:szCs w:val="28"/>
        </w:rPr>
        <w:t>а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pacing w:val="-6"/>
          <w:sz w:val="28"/>
          <w:szCs w:val="28"/>
        </w:rPr>
        <w:t>будет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pacing w:val="-5"/>
          <w:sz w:val="28"/>
          <w:szCs w:val="28"/>
        </w:rPr>
        <w:t>продолжено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pacing w:val="-5"/>
          <w:sz w:val="28"/>
          <w:szCs w:val="28"/>
        </w:rPr>
        <w:t>в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pacing w:val="-5"/>
          <w:sz w:val="28"/>
          <w:szCs w:val="28"/>
        </w:rPr>
        <w:t>курсе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pacing w:val="-5"/>
          <w:sz w:val="28"/>
          <w:szCs w:val="28"/>
        </w:rPr>
        <w:t>алгебры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pacing w:val="-5"/>
          <w:sz w:val="28"/>
          <w:szCs w:val="28"/>
        </w:rPr>
        <w:t>7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pacing w:val="-5"/>
          <w:sz w:val="28"/>
          <w:szCs w:val="28"/>
        </w:rPr>
        <w:t>класса.</w:t>
      </w:r>
    </w:p>
    <w:p w:rsidR="005C01FD" w:rsidRPr="003B11F3" w:rsidRDefault="005C01FD" w:rsidP="005C01FD">
      <w:pPr>
        <w:spacing w:before="5" w:line="252" w:lineRule="auto"/>
        <w:ind w:right="149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обучении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текстовых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5–6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классах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используются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арифметические приёмы решения. При отработке вычислительных навыков в 5–6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классах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рассматриваются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текстовые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задачи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следующих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видов: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задачи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z w:val="28"/>
          <w:szCs w:val="28"/>
        </w:rPr>
        <w:t>движение,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части,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покупки,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работу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производительность,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проценты,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отношения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и пропорции. Обучающиеся знакомятся с приёмами решения задач перебором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возможных вариантов, учатся работать с информацией, представленной в форме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таблиц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или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диаграмм.</w:t>
      </w:r>
    </w:p>
    <w:p w:rsidR="005C01FD" w:rsidRPr="003B11F3" w:rsidRDefault="005C01FD" w:rsidP="005C01FD">
      <w:pPr>
        <w:spacing w:line="252" w:lineRule="auto"/>
        <w:ind w:right="15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 программе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учебного курса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«Математика» предусмотрено формирование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пропедевтических алгебраических представлений. Буква как символ некоторого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зависимости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контекста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вводится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постепенно.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Буквенная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символика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широко</w:t>
      </w:r>
      <w:r w:rsidRPr="003B11F3">
        <w:rPr>
          <w:spacing w:val="1"/>
          <w:sz w:val="28"/>
          <w:szCs w:val="28"/>
        </w:rPr>
        <w:t xml:space="preserve"> </w:t>
      </w:r>
      <w:proofErr w:type="gramStart"/>
      <w:r w:rsidRPr="003B11F3">
        <w:rPr>
          <w:sz w:val="28"/>
          <w:szCs w:val="28"/>
        </w:rPr>
        <w:t>используется</w:t>
      </w:r>
      <w:proofErr w:type="gramEnd"/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прежде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всего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записи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общих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утверждений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предложений,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формул,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частности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вычисления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геометрических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величин,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качестве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«заместителя»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числа.</w:t>
      </w:r>
    </w:p>
    <w:p w:rsidR="005C01FD" w:rsidRPr="003B11F3" w:rsidRDefault="005C01FD" w:rsidP="005C01FD">
      <w:pPr>
        <w:spacing w:line="252" w:lineRule="auto"/>
        <w:ind w:right="155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программе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учебного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курса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«Математика»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наглядная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геометрия, направленная на развитие образного мышления,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пространственного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воображения, изобразительных умений. Это важный этап в изучении геометрии,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который 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осуществляется 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на 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наглядно-практическом     уровне,     опирается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наглядно-образное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мышление</w:t>
      </w:r>
      <w:r w:rsidRPr="003B11F3">
        <w:rPr>
          <w:spacing w:val="1"/>
          <w:sz w:val="28"/>
          <w:szCs w:val="28"/>
        </w:rPr>
        <w:t xml:space="preserve"> </w:t>
      </w:r>
      <w:proofErr w:type="gramStart"/>
      <w:r w:rsidRPr="003B11F3">
        <w:rPr>
          <w:sz w:val="28"/>
          <w:szCs w:val="28"/>
        </w:rPr>
        <w:t>обучающихся</w:t>
      </w:r>
      <w:proofErr w:type="gramEnd"/>
      <w:r w:rsidRPr="003B11F3">
        <w:rPr>
          <w:sz w:val="28"/>
          <w:szCs w:val="28"/>
        </w:rPr>
        <w:t>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Большая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роль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отводится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практической деятельности, опыту, эксперименту, моделированию. Обучающиеся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знакомятся с геометрическими фигурами на плоскости и в пространстве, с 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простейшими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конфигурациями,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учатся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изображать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нелинованной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клетчатой бумаге, рассматривают их простейшие свойства. В процессе изучения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наглядной геометрии знания, полученные </w:t>
      </w:r>
      <w:proofErr w:type="gramStart"/>
      <w:r w:rsidRPr="003B11F3">
        <w:rPr>
          <w:sz w:val="28"/>
          <w:szCs w:val="28"/>
        </w:rPr>
        <w:t>обучающимися</w:t>
      </w:r>
      <w:proofErr w:type="gramEnd"/>
      <w:r w:rsidRPr="003B11F3">
        <w:rPr>
          <w:sz w:val="28"/>
          <w:szCs w:val="28"/>
        </w:rPr>
        <w:t xml:space="preserve"> на уровне начального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общего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образования,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систематизируются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расширяются.</w:t>
      </w:r>
    </w:p>
    <w:p w:rsidR="005C01FD" w:rsidRPr="003B11F3" w:rsidRDefault="005C01FD" w:rsidP="005C01FD">
      <w:pPr>
        <w:spacing w:line="320" w:lineRule="exact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Согласно</w:t>
      </w:r>
      <w:r w:rsidRPr="003B11F3">
        <w:rPr>
          <w:spacing w:val="16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учебному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плану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4"/>
          <w:sz w:val="28"/>
          <w:szCs w:val="28"/>
        </w:rPr>
        <w:t xml:space="preserve"> </w:t>
      </w:r>
      <w:r w:rsidRPr="003B11F3">
        <w:rPr>
          <w:sz w:val="28"/>
          <w:szCs w:val="28"/>
        </w:rPr>
        <w:t>5–6</w:t>
      </w:r>
      <w:r w:rsidRPr="003B11F3">
        <w:rPr>
          <w:spacing w:val="9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классах</w:t>
      </w:r>
      <w:r w:rsidRPr="003B11F3">
        <w:rPr>
          <w:spacing w:val="3"/>
          <w:sz w:val="28"/>
          <w:szCs w:val="28"/>
        </w:rPr>
        <w:t xml:space="preserve"> </w:t>
      </w:r>
      <w:r w:rsidRPr="003B11F3">
        <w:rPr>
          <w:sz w:val="28"/>
          <w:szCs w:val="28"/>
        </w:rPr>
        <w:t>изучается</w:t>
      </w:r>
      <w:r w:rsidRPr="003B11F3">
        <w:rPr>
          <w:spacing w:val="7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интегрированный</w:t>
      </w:r>
      <w:r w:rsidRPr="003B11F3">
        <w:rPr>
          <w:spacing w:val="6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предмет</w:t>
      </w:r>
    </w:p>
    <w:p w:rsidR="005C01FD" w:rsidRPr="003B11F3" w:rsidRDefault="005C01FD" w:rsidP="005C01FD">
      <w:pPr>
        <w:spacing w:before="16" w:line="252" w:lineRule="auto"/>
        <w:ind w:right="158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«Математика»,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который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включает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арифметический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материал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наглядную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геометрию, а также пропедевтические сведения из алгебры, элементы логики 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начала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описательной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статистики.</w:t>
      </w:r>
    </w:p>
    <w:p w:rsidR="005C01FD" w:rsidRPr="003B11F3" w:rsidRDefault="005C01FD" w:rsidP="005C01FD">
      <w:pPr>
        <w:spacing w:before="1" w:line="252" w:lineRule="auto"/>
        <w:ind w:right="150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Общее число часов, рекомендованных для изучения математики, – 340 часов: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5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классе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–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170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часов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(5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часов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неделю),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6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классе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–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170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часов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(5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часов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неделю).</w:t>
      </w:r>
    </w:p>
    <w:p w:rsidR="005C01FD" w:rsidRPr="003B11F3" w:rsidRDefault="005C01FD" w:rsidP="005C01FD">
      <w:pPr>
        <w:spacing w:line="252" w:lineRule="auto"/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86" w:line="398" w:lineRule="auto"/>
        <w:ind w:right="6296"/>
        <w:jc w:val="both"/>
        <w:outlineLvl w:val="0"/>
        <w:rPr>
          <w:b/>
          <w:bCs/>
          <w:sz w:val="28"/>
          <w:szCs w:val="28"/>
        </w:rPr>
      </w:pPr>
      <w:bookmarkStart w:id="8" w:name="_bookmark7"/>
      <w:bookmarkEnd w:id="8"/>
      <w:r w:rsidRPr="003B11F3">
        <w:rPr>
          <w:b/>
          <w:bCs/>
          <w:sz w:val="28"/>
          <w:szCs w:val="28"/>
        </w:rPr>
        <w:lastRenderedPageBreak/>
        <w:t>СОДЕРЖАНИЕ ОБУЧЕНИЯ</w:t>
      </w:r>
      <w:r w:rsidRPr="003B11F3">
        <w:rPr>
          <w:b/>
          <w:bCs/>
          <w:spacing w:val="-67"/>
          <w:sz w:val="28"/>
          <w:szCs w:val="28"/>
        </w:rPr>
        <w:t xml:space="preserve"> </w:t>
      </w:r>
      <w:bookmarkStart w:id="9" w:name="_bookmark8"/>
      <w:bookmarkEnd w:id="9"/>
      <w:r w:rsidRPr="003B11F3">
        <w:rPr>
          <w:b/>
          <w:bCs/>
          <w:sz w:val="28"/>
          <w:szCs w:val="28"/>
        </w:rPr>
        <w:t>5</w:t>
      </w:r>
      <w:r w:rsidRPr="003B11F3">
        <w:rPr>
          <w:b/>
          <w:bCs/>
          <w:spacing w:val="3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КЛАСС</w:t>
      </w:r>
    </w:p>
    <w:p w:rsidR="005C01FD" w:rsidRPr="003B11F3" w:rsidRDefault="005C01FD" w:rsidP="005C01FD">
      <w:pPr>
        <w:spacing w:line="269" w:lineRule="exact"/>
        <w:jc w:val="both"/>
        <w:rPr>
          <w:b/>
          <w:sz w:val="28"/>
        </w:rPr>
      </w:pPr>
      <w:r w:rsidRPr="003B11F3">
        <w:rPr>
          <w:b/>
          <w:sz w:val="28"/>
        </w:rPr>
        <w:t>Натуральные</w:t>
      </w:r>
      <w:r w:rsidRPr="003B11F3">
        <w:rPr>
          <w:b/>
          <w:spacing w:val="-6"/>
          <w:sz w:val="28"/>
        </w:rPr>
        <w:t xml:space="preserve"> </w:t>
      </w:r>
      <w:r w:rsidRPr="003B11F3">
        <w:rPr>
          <w:b/>
          <w:sz w:val="28"/>
        </w:rPr>
        <w:t>числа</w:t>
      </w:r>
      <w:r w:rsidRPr="003B11F3">
        <w:rPr>
          <w:b/>
          <w:spacing w:val="-8"/>
          <w:sz w:val="28"/>
        </w:rPr>
        <w:t xml:space="preserve"> </w:t>
      </w:r>
      <w:r w:rsidRPr="003B11F3">
        <w:rPr>
          <w:b/>
          <w:sz w:val="28"/>
        </w:rPr>
        <w:t>и нуль</w:t>
      </w:r>
    </w:p>
    <w:p w:rsidR="005C01FD" w:rsidRPr="003B11F3" w:rsidRDefault="005C01FD" w:rsidP="005C01FD">
      <w:pPr>
        <w:spacing w:before="31" w:line="268" w:lineRule="auto"/>
        <w:ind w:right="168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Натуральное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число.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Ряд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натуральных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чисел.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0.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Изображение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натуральных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чисел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точками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2"/>
          <w:sz w:val="28"/>
          <w:szCs w:val="28"/>
        </w:rPr>
        <w:t xml:space="preserve"> </w:t>
      </w:r>
      <w:proofErr w:type="gramStart"/>
      <w:r w:rsidRPr="003B11F3">
        <w:rPr>
          <w:sz w:val="28"/>
          <w:szCs w:val="28"/>
        </w:rPr>
        <w:t>координатной</w:t>
      </w:r>
      <w:proofErr w:type="gramEnd"/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(числовой) прямой.</w:t>
      </w:r>
    </w:p>
    <w:p w:rsidR="005C01FD" w:rsidRPr="003B11F3" w:rsidRDefault="005C01FD" w:rsidP="005C01FD">
      <w:pPr>
        <w:spacing w:line="268" w:lineRule="auto"/>
        <w:ind w:right="155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Позиционная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система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счисления.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Римская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нумерация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как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пример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непозиционной системы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счисления.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Десятичная система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счисления.</w:t>
      </w:r>
    </w:p>
    <w:p w:rsidR="005C01FD" w:rsidRPr="003B11F3" w:rsidRDefault="005C01FD" w:rsidP="005C01FD">
      <w:pPr>
        <w:spacing w:line="314" w:lineRule="exact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Сравнение</w:t>
      </w:r>
      <w:r w:rsidRPr="003B11F3">
        <w:rPr>
          <w:spacing w:val="55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натуральных</w:t>
      </w:r>
      <w:r w:rsidRPr="003B11F3">
        <w:rPr>
          <w:spacing w:val="12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чисел,</w:t>
      </w:r>
      <w:r w:rsidRPr="003B11F3">
        <w:rPr>
          <w:spacing w:val="127"/>
          <w:sz w:val="28"/>
          <w:szCs w:val="28"/>
        </w:rPr>
        <w:t xml:space="preserve"> </w:t>
      </w:r>
      <w:r w:rsidRPr="003B11F3">
        <w:rPr>
          <w:sz w:val="28"/>
          <w:szCs w:val="28"/>
        </w:rPr>
        <w:t>сравнение</w:t>
      </w:r>
      <w:r w:rsidRPr="003B11F3">
        <w:rPr>
          <w:spacing w:val="124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натуральных</w:t>
      </w:r>
      <w:r w:rsidRPr="003B11F3">
        <w:rPr>
          <w:spacing w:val="128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чисел</w:t>
      </w:r>
      <w:r w:rsidRPr="003B11F3">
        <w:rPr>
          <w:spacing w:val="122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24"/>
          <w:sz w:val="28"/>
          <w:szCs w:val="28"/>
        </w:rPr>
        <w:t xml:space="preserve"> </w:t>
      </w:r>
      <w:r w:rsidRPr="003B11F3">
        <w:rPr>
          <w:sz w:val="28"/>
          <w:szCs w:val="28"/>
        </w:rPr>
        <w:t>нулём.</w:t>
      </w:r>
    </w:p>
    <w:p w:rsidR="005C01FD" w:rsidRPr="003B11F3" w:rsidRDefault="005C01FD" w:rsidP="005C01FD">
      <w:pPr>
        <w:spacing w:before="30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Способы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сравнения.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Округление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натуральных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чисел.</w:t>
      </w:r>
    </w:p>
    <w:p w:rsidR="005C01FD" w:rsidRPr="003B11F3" w:rsidRDefault="005C01FD" w:rsidP="005C01FD">
      <w:pPr>
        <w:spacing w:before="38" w:line="264" w:lineRule="auto"/>
        <w:ind w:right="150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Сложение натуральных чисел, свойство нуля при сложении. Вычитание как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действие, обратное сложению. Умножение натуральных чисел, свойства нуля 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умножении.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Деление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как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действие,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обратное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умножению.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Компоненты действий, связь между ними. Проверка результата арифметического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действия.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Переместительное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сочетательное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свойства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(законы)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сложения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умножения,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распределительное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свойство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(закон)</w:t>
      </w:r>
      <w:r w:rsidRPr="003B11F3">
        <w:rPr>
          <w:spacing w:val="7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умножения.</w:t>
      </w:r>
    </w:p>
    <w:p w:rsidR="005C01FD" w:rsidRPr="003B11F3" w:rsidRDefault="005C01FD" w:rsidP="005C01FD">
      <w:pPr>
        <w:spacing w:before="14" w:line="268" w:lineRule="auto"/>
        <w:ind w:right="15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Использование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букв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обозначения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неизвестного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компонента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записи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свойств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арифметических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действий.</w:t>
      </w:r>
    </w:p>
    <w:p w:rsidR="005C01FD" w:rsidRPr="003B11F3" w:rsidRDefault="005C01FD" w:rsidP="005C01FD">
      <w:pPr>
        <w:spacing w:line="268" w:lineRule="auto"/>
        <w:ind w:right="154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Делители и кратные числа, разложение на множители. Простые и составные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числа.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Признаки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делимости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2,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5,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10,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3,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9.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Деление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остатком.</w:t>
      </w:r>
    </w:p>
    <w:p w:rsidR="005C01FD" w:rsidRPr="003B11F3" w:rsidRDefault="005C01FD" w:rsidP="005C01FD">
      <w:pPr>
        <w:spacing w:line="268" w:lineRule="auto"/>
        <w:ind w:right="16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Степень с натуральным показателем. Запись числа в виде суммы разрядных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слагаемых.</w:t>
      </w:r>
    </w:p>
    <w:p w:rsidR="005C01FD" w:rsidRPr="003B11F3" w:rsidRDefault="005C01FD" w:rsidP="005C01FD">
      <w:pPr>
        <w:spacing w:line="266" w:lineRule="auto"/>
        <w:ind w:right="165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Числовое выражение. Вычисление значений числовых выражений, порядок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выполнения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действий.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Использование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вычислениях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переместительного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сочетательного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свойств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(законов)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сложения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умножения,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распределительного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свойства</w:t>
      </w:r>
      <w:r w:rsidRPr="003B11F3">
        <w:rPr>
          <w:spacing w:val="5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умножения.</w:t>
      </w:r>
    </w:p>
    <w:p w:rsidR="005C01FD" w:rsidRPr="003B11F3" w:rsidRDefault="005C01FD" w:rsidP="005C01FD">
      <w:pPr>
        <w:spacing w:before="102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Дроби</w:t>
      </w:r>
    </w:p>
    <w:p w:rsidR="005C01FD" w:rsidRPr="003B11F3" w:rsidRDefault="005C01FD" w:rsidP="005C01FD">
      <w:pPr>
        <w:spacing w:before="31" w:line="266" w:lineRule="auto"/>
        <w:ind w:right="158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Представление о дроби как способе записи части величины. Обыкновенные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Правильные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неправильные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Смешанная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дробь,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смешанной</w:t>
      </w:r>
      <w:r w:rsidRPr="003B11F3">
        <w:rPr>
          <w:spacing w:val="55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</w:t>
      </w:r>
      <w:r w:rsidRPr="003B11F3">
        <w:rPr>
          <w:spacing w:val="55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59"/>
          <w:sz w:val="28"/>
          <w:szCs w:val="28"/>
        </w:rPr>
        <w:t xml:space="preserve"> </w:t>
      </w:r>
      <w:r w:rsidRPr="003B11F3">
        <w:rPr>
          <w:sz w:val="28"/>
          <w:szCs w:val="28"/>
        </w:rPr>
        <w:t>виде</w:t>
      </w:r>
      <w:r w:rsidRPr="003B11F3">
        <w:rPr>
          <w:spacing w:val="53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неправильной</w:t>
      </w:r>
      <w:r w:rsidRPr="003B11F3">
        <w:rPr>
          <w:spacing w:val="56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</w:t>
      </w:r>
      <w:r w:rsidRPr="003B11F3">
        <w:rPr>
          <w:spacing w:val="55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62"/>
          <w:sz w:val="28"/>
          <w:szCs w:val="28"/>
        </w:rPr>
        <w:t xml:space="preserve"> </w:t>
      </w:r>
      <w:r w:rsidRPr="003B11F3">
        <w:rPr>
          <w:sz w:val="28"/>
          <w:szCs w:val="28"/>
        </w:rPr>
        <w:t>выделение</w:t>
      </w:r>
      <w:r w:rsidRPr="003B11F3">
        <w:rPr>
          <w:spacing w:val="53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целой</w:t>
      </w:r>
      <w:r w:rsidRPr="003B11F3">
        <w:rPr>
          <w:spacing w:val="55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части</w:t>
      </w:r>
      <w:r w:rsidRPr="003B11F3">
        <w:rPr>
          <w:spacing w:val="57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из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неправильной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Изображение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дробей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точками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proofErr w:type="gramStart"/>
      <w:r w:rsidRPr="003B11F3">
        <w:rPr>
          <w:sz w:val="28"/>
          <w:szCs w:val="28"/>
        </w:rPr>
        <w:t>числовой</w:t>
      </w:r>
      <w:proofErr w:type="gramEnd"/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прямой.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Основное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свойство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Сокращение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дробей.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Приведение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новому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знаменателю.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Сравнение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дробей.</w:t>
      </w:r>
    </w:p>
    <w:p w:rsidR="005C01FD" w:rsidRPr="003B11F3" w:rsidRDefault="005C01FD" w:rsidP="005C01FD">
      <w:pPr>
        <w:spacing w:line="268" w:lineRule="auto"/>
        <w:ind w:right="148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Сложение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вычитание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дробей.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Умножение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деление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дробей,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взаимн</w:t>
      </w:r>
      <w:proofErr w:type="gramStart"/>
      <w:r w:rsidRPr="003B11F3">
        <w:rPr>
          <w:sz w:val="28"/>
          <w:szCs w:val="28"/>
        </w:rPr>
        <w:t>о-</w:t>
      </w:r>
      <w:proofErr w:type="gramEnd"/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обратные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дроби.</w:t>
      </w:r>
      <w:r w:rsidRPr="003B11F3">
        <w:rPr>
          <w:spacing w:val="9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Нахождение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части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целого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целого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его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части.</w:t>
      </w:r>
    </w:p>
    <w:p w:rsidR="005C01FD" w:rsidRPr="003B11F3" w:rsidRDefault="005C01FD" w:rsidP="005C01FD">
      <w:pPr>
        <w:spacing w:line="266" w:lineRule="auto"/>
        <w:ind w:right="154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Десятичная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запись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дробей.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виде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обыкновенной. Изображение десятичных дробей точками на </w:t>
      </w:r>
      <w:proofErr w:type="gramStart"/>
      <w:r w:rsidRPr="003B11F3">
        <w:rPr>
          <w:sz w:val="28"/>
          <w:szCs w:val="28"/>
        </w:rPr>
        <w:t>числовой</w:t>
      </w:r>
      <w:proofErr w:type="gramEnd"/>
      <w:r w:rsidRPr="003B11F3">
        <w:rPr>
          <w:sz w:val="28"/>
          <w:szCs w:val="28"/>
        </w:rPr>
        <w:t xml:space="preserve"> прямой.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Сравнение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десятичных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дробей.</w:t>
      </w:r>
    </w:p>
    <w:p w:rsidR="005C01FD" w:rsidRPr="003B11F3" w:rsidRDefault="005C01FD" w:rsidP="005C01FD">
      <w:pPr>
        <w:spacing w:line="268" w:lineRule="auto"/>
        <w:ind w:right="158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Арифметические действия с десятичными дробями. Округление десятичных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дробей.</w:t>
      </w:r>
    </w:p>
    <w:p w:rsidR="005C01FD" w:rsidRPr="003B11F3" w:rsidRDefault="005C01FD" w:rsidP="005C01FD">
      <w:pPr>
        <w:spacing w:line="268" w:lineRule="auto"/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86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lastRenderedPageBreak/>
        <w:t>Решение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текстовых</w:t>
      </w:r>
      <w:r w:rsidRPr="003B11F3">
        <w:rPr>
          <w:b/>
          <w:bCs/>
          <w:spacing w:val="-2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задач</w:t>
      </w:r>
    </w:p>
    <w:p w:rsidR="005C01FD" w:rsidRPr="003B11F3" w:rsidRDefault="005C01FD" w:rsidP="005C01FD">
      <w:pPr>
        <w:spacing w:before="38" w:line="266" w:lineRule="auto"/>
        <w:ind w:right="160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Решение текстовых задач арифметическим способом. Решение логических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перебором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всех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возможных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вариантов.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Использование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</w:t>
      </w:r>
      <w:r w:rsidRPr="003B11F3">
        <w:rPr>
          <w:spacing w:val="4"/>
          <w:sz w:val="28"/>
          <w:szCs w:val="28"/>
        </w:rPr>
        <w:t xml:space="preserve"> </w:t>
      </w:r>
      <w:r w:rsidRPr="003B11F3">
        <w:rPr>
          <w:sz w:val="28"/>
          <w:szCs w:val="28"/>
        </w:rPr>
        <w:t>таблиц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схем.</w:t>
      </w:r>
    </w:p>
    <w:p w:rsidR="005C01FD" w:rsidRPr="003B11F3" w:rsidRDefault="005C01FD" w:rsidP="005C01FD">
      <w:pPr>
        <w:spacing w:line="266" w:lineRule="auto"/>
        <w:ind w:right="156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Решение задач, содержащих зависимости, связывающие величины: скорость,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время,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расстояние,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цена,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количество,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стоимость.</w:t>
      </w:r>
      <w:proofErr w:type="gramEnd"/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измерения: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массы,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объёма, цены, расстояния, времени, скорости. Связь между единицами измерения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каждой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величины.</w:t>
      </w:r>
    </w:p>
    <w:p w:rsidR="005C01FD" w:rsidRPr="003B11F3" w:rsidRDefault="005C01FD" w:rsidP="005C01FD">
      <w:pPr>
        <w:jc w:val="both"/>
        <w:rPr>
          <w:sz w:val="28"/>
          <w:szCs w:val="28"/>
        </w:rPr>
      </w:pPr>
      <w:r w:rsidRPr="003B11F3">
        <w:rPr>
          <w:sz w:val="28"/>
          <w:szCs w:val="28"/>
        </w:rPr>
        <w:t>Решение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основных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 на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дроби.</w:t>
      </w:r>
    </w:p>
    <w:p w:rsidR="005C01FD" w:rsidRPr="003B11F3" w:rsidRDefault="005C01FD" w:rsidP="005C01FD">
      <w:pPr>
        <w:spacing w:before="29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Представление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данных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виде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таблиц,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столбчатых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диаграмм.</w:t>
      </w:r>
    </w:p>
    <w:p w:rsidR="005C01FD" w:rsidRPr="003B11F3" w:rsidRDefault="005C01FD" w:rsidP="005C01FD">
      <w:pPr>
        <w:spacing w:before="161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Наглядная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геометрия</w:t>
      </w:r>
    </w:p>
    <w:p w:rsidR="005C01FD" w:rsidRPr="003B11F3" w:rsidRDefault="005C01FD" w:rsidP="005C01FD">
      <w:pPr>
        <w:spacing w:before="31" w:line="266" w:lineRule="auto"/>
        <w:ind w:right="168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Наглядные представления о фигурах на плоскости: точка, прямая, отрезок,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луч,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угол,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ломаная,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многоугольник,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окружность,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круг.</w:t>
      </w:r>
      <w:proofErr w:type="gramEnd"/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Угол.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Прямой,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острый,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тупой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развёрнутый</w:t>
      </w:r>
      <w:r w:rsidRPr="003B11F3">
        <w:rPr>
          <w:spacing w:val="9"/>
          <w:sz w:val="28"/>
          <w:szCs w:val="28"/>
        </w:rPr>
        <w:t xml:space="preserve"> </w:t>
      </w:r>
      <w:r w:rsidRPr="003B11F3">
        <w:rPr>
          <w:sz w:val="28"/>
          <w:szCs w:val="28"/>
        </w:rPr>
        <w:t>углы.</w:t>
      </w:r>
    </w:p>
    <w:p w:rsidR="005C01FD" w:rsidRPr="003B11F3" w:rsidRDefault="005C01FD" w:rsidP="005C01FD">
      <w:pPr>
        <w:spacing w:before="1" w:line="264" w:lineRule="auto"/>
        <w:ind w:right="161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Длина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отрезка,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метрические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длины.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Длина</w:t>
      </w:r>
      <w:r w:rsidRPr="003B11F3">
        <w:rPr>
          <w:spacing w:val="1"/>
          <w:sz w:val="28"/>
          <w:szCs w:val="28"/>
        </w:rPr>
        <w:t xml:space="preserve"> </w:t>
      </w:r>
      <w:proofErr w:type="gramStart"/>
      <w:r w:rsidRPr="003B11F3">
        <w:rPr>
          <w:sz w:val="28"/>
          <w:szCs w:val="28"/>
        </w:rPr>
        <w:t>ломаной</w:t>
      </w:r>
      <w:proofErr w:type="gramEnd"/>
      <w:r w:rsidRPr="003B11F3">
        <w:rPr>
          <w:sz w:val="28"/>
          <w:szCs w:val="28"/>
        </w:rPr>
        <w:t>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периметр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многоугольника. Измерение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построение</w:t>
      </w:r>
      <w:r w:rsidRPr="003B11F3">
        <w:rPr>
          <w:spacing w:val="4"/>
          <w:sz w:val="28"/>
          <w:szCs w:val="28"/>
        </w:rPr>
        <w:t xml:space="preserve"> </w:t>
      </w:r>
      <w:r w:rsidRPr="003B11F3">
        <w:rPr>
          <w:sz w:val="28"/>
          <w:szCs w:val="28"/>
        </w:rPr>
        <w:t>углов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помощью</w:t>
      </w:r>
      <w:r w:rsidRPr="003B11F3">
        <w:rPr>
          <w:spacing w:val="5"/>
          <w:sz w:val="28"/>
          <w:szCs w:val="28"/>
        </w:rPr>
        <w:t xml:space="preserve"> </w:t>
      </w:r>
      <w:r w:rsidRPr="003B11F3">
        <w:rPr>
          <w:sz w:val="28"/>
          <w:szCs w:val="28"/>
        </w:rPr>
        <w:t>транспортира.</w:t>
      </w:r>
    </w:p>
    <w:p w:rsidR="005C01FD" w:rsidRPr="003B11F3" w:rsidRDefault="005C01FD" w:rsidP="005C01FD">
      <w:pPr>
        <w:spacing w:before="5" w:line="264" w:lineRule="auto"/>
        <w:ind w:right="155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Наглядные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фигурах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плоскости: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многоугольник,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прямоугольник,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квадрат,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треугольник,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равенстве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фигур.</w:t>
      </w:r>
    </w:p>
    <w:p w:rsidR="005C01FD" w:rsidRPr="003B11F3" w:rsidRDefault="005C01FD" w:rsidP="005C01FD">
      <w:pPr>
        <w:spacing w:before="4" w:line="266" w:lineRule="auto"/>
        <w:ind w:right="16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Изображение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том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клетчатой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бумаге.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Построение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конфигураций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из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частей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прямой,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окружности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нелинованной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18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клетчатой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бумаге.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Использование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свой</w:t>
      </w:r>
      <w:proofErr w:type="gramStart"/>
      <w:r w:rsidRPr="003B11F3">
        <w:rPr>
          <w:sz w:val="28"/>
          <w:szCs w:val="28"/>
        </w:rPr>
        <w:t>ств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ст</w:t>
      </w:r>
      <w:proofErr w:type="gramEnd"/>
      <w:r w:rsidRPr="003B11F3">
        <w:rPr>
          <w:sz w:val="28"/>
          <w:szCs w:val="28"/>
        </w:rPr>
        <w:t>орон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углов</w:t>
      </w:r>
      <w:r w:rsidRPr="003B11F3">
        <w:rPr>
          <w:spacing w:val="5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прямоугольника,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квадрата.</w:t>
      </w:r>
    </w:p>
    <w:p w:rsidR="005C01FD" w:rsidRPr="003B11F3" w:rsidRDefault="005C01FD" w:rsidP="005C01FD">
      <w:pPr>
        <w:spacing w:before="1" w:line="266" w:lineRule="auto"/>
        <w:ind w:right="163"/>
        <w:jc w:val="both"/>
        <w:rPr>
          <w:sz w:val="28"/>
          <w:szCs w:val="28"/>
        </w:rPr>
      </w:pPr>
      <w:r w:rsidRPr="003B11F3">
        <w:rPr>
          <w:sz w:val="28"/>
          <w:szCs w:val="28"/>
        </w:rPr>
        <w:t xml:space="preserve">Площадь    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прямоугольника    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        многоугольников,        составленных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прямоугольников,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том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изображённых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клетчатой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бумаге.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Единицы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измерения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площади.</w:t>
      </w:r>
    </w:p>
    <w:p w:rsidR="005C01FD" w:rsidRPr="003B11F3" w:rsidRDefault="005C01FD" w:rsidP="005C01FD">
      <w:pPr>
        <w:spacing w:line="266" w:lineRule="auto"/>
        <w:ind w:right="16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Наглядные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пространственных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фигурах: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прямоугольный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параллелепипед, куб, многогранники. Изображение простейших многогранников.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Развёртки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куба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параллелепипеда.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Создание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моделей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многогранников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(из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бумаги,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проволоки,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пластилина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других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материалов).</w:t>
      </w:r>
    </w:p>
    <w:p w:rsidR="005C01FD" w:rsidRPr="003B11F3" w:rsidRDefault="005C01FD" w:rsidP="005C01FD">
      <w:pPr>
        <w:jc w:val="both"/>
        <w:rPr>
          <w:sz w:val="28"/>
          <w:szCs w:val="28"/>
        </w:rPr>
      </w:pPr>
      <w:r w:rsidRPr="003B11F3">
        <w:rPr>
          <w:sz w:val="28"/>
          <w:szCs w:val="28"/>
        </w:rPr>
        <w:t>Объём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прямоугольного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параллелепипеда,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куба.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Единицы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измерения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объёма.</w:t>
      </w:r>
    </w:p>
    <w:p w:rsidR="005C01FD" w:rsidRPr="003B11F3" w:rsidRDefault="005C01FD" w:rsidP="005C01FD">
      <w:pPr>
        <w:spacing w:before="7"/>
        <w:rPr>
          <w:sz w:val="37"/>
          <w:szCs w:val="28"/>
        </w:rPr>
      </w:pPr>
    </w:p>
    <w:p w:rsidR="005C01FD" w:rsidRPr="003B11F3" w:rsidRDefault="005C01FD" w:rsidP="005C01FD">
      <w:pPr>
        <w:jc w:val="both"/>
        <w:outlineLvl w:val="0"/>
        <w:rPr>
          <w:b/>
          <w:bCs/>
          <w:sz w:val="28"/>
          <w:szCs w:val="28"/>
        </w:rPr>
      </w:pPr>
      <w:bookmarkStart w:id="10" w:name="_bookmark9"/>
      <w:bookmarkEnd w:id="10"/>
      <w:r w:rsidRPr="003B11F3">
        <w:rPr>
          <w:b/>
          <w:bCs/>
          <w:sz w:val="28"/>
          <w:szCs w:val="28"/>
        </w:rPr>
        <w:t>6 КЛАСС</w:t>
      </w:r>
    </w:p>
    <w:p w:rsidR="005C01FD" w:rsidRPr="003B11F3" w:rsidRDefault="005C01FD" w:rsidP="005C01FD">
      <w:pPr>
        <w:spacing w:before="211"/>
        <w:jc w:val="both"/>
        <w:rPr>
          <w:b/>
          <w:sz w:val="28"/>
        </w:rPr>
      </w:pPr>
      <w:r w:rsidRPr="003B11F3">
        <w:rPr>
          <w:b/>
          <w:sz w:val="28"/>
        </w:rPr>
        <w:t>Натуральные</w:t>
      </w:r>
      <w:r w:rsidRPr="003B11F3">
        <w:rPr>
          <w:b/>
          <w:spacing w:val="-8"/>
          <w:sz w:val="28"/>
        </w:rPr>
        <w:t xml:space="preserve"> </w:t>
      </w:r>
      <w:r w:rsidRPr="003B11F3">
        <w:rPr>
          <w:b/>
          <w:sz w:val="28"/>
        </w:rPr>
        <w:t>числа</w:t>
      </w:r>
    </w:p>
    <w:p w:rsidR="005C01FD" w:rsidRPr="003B11F3" w:rsidRDefault="005C01FD" w:rsidP="005C01FD">
      <w:pPr>
        <w:spacing w:before="31" w:line="266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Арифметические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многозначными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натуральными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числами.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Числовые выражения, порядок действий, использование скобок. Использование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вычислениях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переместительного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сочетательного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свой</w:t>
      </w:r>
      <w:proofErr w:type="gramStart"/>
      <w:r w:rsidRPr="003B11F3">
        <w:rPr>
          <w:sz w:val="28"/>
          <w:szCs w:val="28"/>
        </w:rPr>
        <w:t>ств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сл</w:t>
      </w:r>
      <w:proofErr w:type="gramEnd"/>
      <w:r w:rsidRPr="003B11F3">
        <w:rPr>
          <w:sz w:val="28"/>
          <w:szCs w:val="28"/>
        </w:rPr>
        <w:t>ожения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умножения, распределительного свойства умножения. Округление натуральных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чисел.</w:t>
      </w:r>
    </w:p>
    <w:p w:rsidR="005C01FD" w:rsidRPr="003B11F3" w:rsidRDefault="005C01FD" w:rsidP="005C01FD">
      <w:pPr>
        <w:spacing w:line="268" w:lineRule="auto"/>
        <w:ind w:right="161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Делители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кратные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числа,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наибольший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общий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делитель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наименьшее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общее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кратное.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Делимость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суммы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произведения.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Деление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остатком.</w:t>
      </w:r>
    </w:p>
    <w:p w:rsidR="005C01FD" w:rsidRPr="003B11F3" w:rsidRDefault="005C01FD" w:rsidP="005C01FD">
      <w:pPr>
        <w:spacing w:line="268" w:lineRule="auto"/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79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lastRenderedPageBreak/>
        <w:t>Дроби</w:t>
      </w:r>
    </w:p>
    <w:p w:rsidR="005C01FD" w:rsidRPr="003B11F3" w:rsidRDefault="005C01FD" w:rsidP="005C01FD">
      <w:pPr>
        <w:spacing w:before="31" w:line="259" w:lineRule="auto"/>
        <w:ind w:right="164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Обыкновенная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дробь,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основное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свойство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сокращение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дробей.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Сравнение</w:t>
      </w:r>
      <w:r w:rsidRPr="003B11F3">
        <w:rPr>
          <w:spacing w:val="5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54"/>
          <w:sz w:val="28"/>
          <w:szCs w:val="28"/>
        </w:rPr>
        <w:t xml:space="preserve"> </w:t>
      </w:r>
      <w:r w:rsidRPr="003B11F3">
        <w:rPr>
          <w:sz w:val="28"/>
          <w:szCs w:val="28"/>
        </w:rPr>
        <w:t>упорядочивание</w:t>
      </w:r>
      <w:r w:rsidRPr="003B11F3">
        <w:rPr>
          <w:spacing w:val="52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дробей.</w:t>
      </w:r>
      <w:r w:rsidRPr="003B11F3">
        <w:rPr>
          <w:spacing w:val="124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Решение</w:t>
      </w:r>
      <w:r w:rsidRPr="003B11F3">
        <w:rPr>
          <w:spacing w:val="12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</w:t>
      </w:r>
      <w:r w:rsidRPr="003B11F3">
        <w:rPr>
          <w:spacing w:val="118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2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нахождение</w:t>
      </w:r>
      <w:r w:rsidRPr="003B11F3">
        <w:rPr>
          <w:spacing w:val="121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части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от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целого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целого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части.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Дробное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как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деления.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виде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обыкновенной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возможность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обыкновенной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виде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десятичной.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метрическая</w:t>
      </w:r>
      <w:r w:rsidRPr="003B11F3">
        <w:rPr>
          <w:spacing w:val="35"/>
          <w:sz w:val="28"/>
          <w:szCs w:val="28"/>
        </w:rPr>
        <w:t xml:space="preserve"> </w:t>
      </w:r>
      <w:r w:rsidRPr="003B11F3">
        <w:rPr>
          <w:sz w:val="28"/>
          <w:szCs w:val="28"/>
        </w:rPr>
        <w:t>система</w:t>
      </w:r>
      <w:r w:rsidRPr="003B11F3">
        <w:rPr>
          <w:spacing w:val="101"/>
          <w:sz w:val="28"/>
          <w:szCs w:val="28"/>
        </w:rPr>
        <w:t xml:space="preserve"> </w:t>
      </w:r>
      <w:r w:rsidRPr="003B11F3">
        <w:rPr>
          <w:sz w:val="28"/>
          <w:szCs w:val="28"/>
        </w:rPr>
        <w:t>мер.</w:t>
      </w:r>
      <w:r w:rsidRPr="003B11F3">
        <w:rPr>
          <w:spacing w:val="105"/>
          <w:sz w:val="28"/>
          <w:szCs w:val="28"/>
        </w:rPr>
        <w:t xml:space="preserve"> </w:t>
      </w:r>
      <w:r w:rsidRPr="003B11F3">
        <w:rPr>
          <w:sz w:val="28"/>
          <w:szCs w:val="28"/>
        </w:rPr>
        <w:t>Арифметические</w:t>
      </w:r>
      <w:r w:rsidRPr="003B11F3">
        <w:rPr>
          <w:spacing w:val="95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действия</w:t>
      </w:r>
      <w:r w:rsidRPr="003B11F3">
        <w:rPr>
          <w:spacing w:val="104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9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числовые</w:t>
      </w:r>
      <w:r w:rsidRPr="003B11F3">
        <w:rPr>
          <w:spacing w:val="10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выражения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обыкновенными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десятичными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дробями.</w:t>
      </w:r>
    </w:p>
    <w:p w:rsidR="005C01FD" w:rsidRPr="003B11F3" w:rsidRDefault="005C01FD" w:rsidP="005C01FD">
      <w:pPr>
        <w:spacing w:line="256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Отношение.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Деление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данном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отношении.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Масштаб,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пропорция.</w:t>
      </w:r>
      <w:r w:rsidRPr="003B11F3">
        <w:rPr>
          <w:spacing w:val="-9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Применение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пропорций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задач.</w:t>
      </w:r>
    </w:p>
    <w:p w:rsidR="005C01FD" w:rsidRPr="003B11F3" w:rsidRDefault="005C01FD" w:rsidP="005C01FD">
      <w:pPr>
        <w:spacing w:before="10" w:line="256" w:lineRule="auto"/>
        <w:ind w:right="16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Понятие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процента.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Вычисление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процента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величины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 величины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её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проценту.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Выражение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процентов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десятичными    дробями.    Решение    задач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проценты.</w:t>
      </w:r>
      <w:r w:rsidRPr="003B11F3">
        <w:rPr>
          <w:spacing w:val="3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Выражение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отношения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величин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процентах.</w:t>
      </w:r>
    </w:p>
    <w:p w:rsidR="005C01FD" w:rsidRPr="003B11F3" w:rsidRDefault="005C01FD" w:rsidP="005C01FD">
      <w:pPr>
        <w:spacing w:before="119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Положительные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и</w:t>
      </w:r>
      <w:r w:rsidRPr="003B11F3">
        <w:rPr>
          <w:b/>
          <w:bCs/>
          <w:spacing w:val="-2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отрицательные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числа</w:t>
      </w:r>
    </w:p>
    <w:p w:rsidR="005C01FD" w:rsidRPr="003B11F3" w:rsidRDefault="005C01FD" w:rsidP="005C01FD">
      <w:pPr>
        <w:spacing w:before="31" w:line="259" w:lineRule="auto"/>
        <w:ind w:right="15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Положительные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отрицательные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Целые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Модуль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геометрическая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интерпретация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модуля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числа.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Изображение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чисел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15"/>
          <w:sz w:val="28"/>
          <w:szCs w:val="28"/>
        </w:rPr>
        <w:t xml:space="preserve"> </w:t>
      </w:r>
      <w:proofErr w:type="gramStart"/>
      <w:r w:rsidRPr="003B11F3">
        <w:rPr>
          <w:sz w:val="28"/>
          <w:szCs w:val="28"/>
        </w:rPr>
        <w:t>координатной</w:t>
      </w:r>
      <w:proofErr w:type="gramEnd"/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прямой.</w:t>
      </w:r>
      <w:r w:rsidRPr="003B11F3">
        <w:rPr>
          <w:spacing w:val="7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Числовые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промежутки.   Сравнение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чисел.   Арифметические</w:t>
      </w:r>
      <w:r w:rsidRPr="003B11F3">
        <w:rPr>
          <w:spacing w:val="70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действия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положительными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отрицательными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числами.</w:t>
      </w:r>
    </w:p>
    <w:p w:rsidR="005C01FD" w:rsidRPr="003B11F3" w:rsidRDefault="005C01FD" w:rsidP="005C01FD">
      <w:pPr>
        <w:spacing w:line="261" w:lineRule="auto"/>
        <w:ind w:right="161"/>
        <w:jc w:val="both"/>
        <w:rPr>
          <w:sz w:val="28"/>
          <w:szCs w:val="28"/>
        </w:rPr>
      </w:pPr>
      <w:r w:rsidRPr="003B11F3">
        <w:rPr>
          <w:sz w:val="28"/>
          <w:szCs w:val="28"/>
        </w:rPr>
        <w:t xml:space="preserve">Прямоугольная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система   координат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   плоскости.    Координаты   точки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 плоскости, абсцисса и ордината. Построение точек и фигур на координатной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плоскости.</w:t>
      </w:r>
    </w:p>
    <w:p w:rsidR="005C01FD" w:rsidRPr="003B11F3" w:rsidRDefault="005C01FD" w:rsidP="005C01FD">
      <w:pPr>
        <w:spacing w:before="106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Буквенные</w:t>
      </w:r>
      <w:r w:rsidRPr="003B11F3">
        <w:rPr>
          <w:b/>
          <w:bCs/>
          <w:spacing w:val="-16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выражения</w:t>
      </w:r>
    </w:p>
    <w:p w:rsidR="005C01FD" w:rsidRPr="003B11F3" w:rsidRDefault="005C01FD" w:rsidP="005C01FD">
      <w:pPr>
        <w:spacing w:before="31" w:line="259" w:lineRule="auto"/>
        <w:ind w:right="155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Применение букв 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записи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выражений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 предложений.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Свойства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арифметических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действий.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Буквенные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числовые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подстановки.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Буквенные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равенства,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нахождение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неизвестного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компонента.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Формулы,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формулы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периметра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площади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прямоугольника,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квадрата,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объёма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параллелепипеда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куба.</w:t>
      </w:r>
    </w:p>
    <w:p w:rsidR="005C01FD" w:rsidRPr="003B11F3" w:rsidRDefault="005C01FD" w:rsidP="005C01FD">
      <w:pPr>
        <w:spacing w:before="113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Решение</w:t>
      </w:r>
      <w:r w:rsidRPr="003B11F3">
        <w:rPr>
          <w:b/>
          <w:bCs/>
          <w:spacing w:val="-6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текстовых</w:t>
      </w:r>
      <w:r w:rsidRPr="003B11F3">
        <w:rPr>
          <w:b/>
          <w:bCs/>
          <w:spacing w:val="-2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задач</w:t>
      </w:r>
    </w:p>
    <w:p w:rsidR="005C01FD" w:rsidRPr="003B11F3" w:rsidRDefault="005C01FD" w:rsidP="005C01FD">
      <w:pPr>
        <w:spacing w:before="31" w:line="264" w:lineRule="auto"/>
        <w:ind w:right="165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Решение текстовых задач арифметическим способом. Решение логических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</w:t>
      </w:r>
      <w:r w:rsidRPr="003B11F3">
        <w:rPr>
          <w:spacing w:val="3"/>
          <w:sz w:val="28"/>
          <w:szCs w:val="28"/>
        </w:rPr>
        <w:t xml:space="preserve"> </w:t>
      </w:r>
      <w:r w:rsidRPr="003B11F3">
        <w:rPr>
          <w:sz w:val="28"/>
          <w:szCs w:val="28"/>
        </w:rPr>
        <w:t>перебором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всех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возможных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вариантов.</w:t>
      </w:r>
    </w:p>
    <w:p w:rsidR="005C01FD" w:rsidRPr="003B11F3" w:rsidRDefault="005C01FD" w:rsidP="005C01FD">
      <w:pPr>
        <w:spacing w:line="259" w:lineRule="auto"/>
        <w:ind w:right="167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Решение задач, содержащих зависимости, связывающих величины: скорость,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время,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расстояние,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цена,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количество,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стоимость,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производительность,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время,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объём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работы.</w:t>
      </w:r>
      <w:proofErr w:type="gramEnd"/>
      <w:r w:rsidRPr="003B11F3">
        <w:rPr>
          <w:sz w:val="28"/>
          <w:szCs w:val="28"/>
        </w:rPr>
        <w:t xml:space="preserve"> Единицы измерения: массы, стоимости, расстояния, времени, скорости.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Связь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между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единицами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измерения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каждой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величины.</w:t>
      </w:r>
    </w:p>
    <w:p w:rsidR="005C01FD" w:rsidRPr="003B11F3" w:rsidRDefault="005C01FD" w:rsidP="005C01FD">
      <w:pPr>
        <w:spacing w:line="256" w:lineRule="auto"/>
        <w:ind w:right="16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Решение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связанных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отношением,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пропорциональностью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величин,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процентами;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решение</w:t>
      </w:r>
      <w:r w:rsidRPr="003B11F3">
        <w:rPr>
          <w:spacing w:val="4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основных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</w:t>
      </w:r>
      <w:r w:rsidRPr="003B11F3">
        <w:rPr>
          <w:spacing w:val="3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проценты.</w:t>
      </w:r>
    </w:p>
    <w:p w:rsidR="005C01FD" w:rsidRPr="003B11F3" w:rsidRDefault="005C01FD" w:rsidP="005C01FD">
      <w:pPr>
        <w:spacing w:line="264" w:lineRule="auto"/>
        <w:ind w:right="16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Оценка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прикидка,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округление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результата.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Составление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буквенных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выражений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5"/>
          <w:sz w:val="28"/>
          <w:szCs w:val="28"/>
        </w:rPr>
        <w:t xml:space="preserve"> </w:t>
      </w:r>
      <w:r w:rsidRPr="003B11F3">
        <w:rPr>
          <w:sz w:val="28"/>
          <w:szCs w:val="28"/>
        </w:rPr>
        <w:t>условию задачи.</w:t>
      </w:r>
    </w:p>
    <w:p w:rsidR="005C01FD" w:rsidRPr="003B11F3" w:rsidRDefault="005C01FD" w:rsidP="005C01FD">
      <w:pPr>
        <w:spacing w:line="256" w:lineRule="auto"/>
        <w:ind w:right="161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Представление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данных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помощью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таблиц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диаграмм.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Столбчатые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диаграммы: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чтение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построение.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Чтение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круговых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диаграмм.</w:t>
      </w:r>
    </w:p>
    <w:p w:rsidR="005C01FD" w:rsidRPr="003B11F3" w:rsidRDefault="005C01FD" w:rsidP="005C01FD">
      <w:pPr>
        <w:spacing w:line="256" w:lineRule="auto"/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86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lastRenderedPageBreak/>
        <w:t>Наглядная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геометрия</w:t>
      </w:r>
    </w:p>
    <w:p w:rsidR="005C01FD" w:rsidRPr="003B11F3" w:rsidRDefault="005C01FD" w:rsidP="005C01FD">
      <w:pPr>
        <w:spacing w:before="24" w:line="256" w:lineRule="auto"/>
        <w:ind w:right="171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Наглядные представления о фигурах на плоскости: точка, прямая, отрезок,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луч, угол, ломаная, многоугольник, четырёхугольник, треугольник, окружность,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круг.</w:t>
      </w:r>
      <w:proofErr w:type="gramEnd"/>
    </w:p>
    <w:p w:rsidR="005C01FD" w:rsidRPr="003B11F3" w:rsidRDefault="005C01FD" w:rsidP="005C01FD">
      <w:pPr>
        <w:spacing w:before="4" w:line="254" w:lineRule="auto"/>
        <w:ind w:right="160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Взаимное расположение двух прямых на плоскости, параллельные прямые,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перпендикулярные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прямые.</w:t>
      </w:r>
      <w:r w:rsidRPr="003B11F3">
        <w:rPr>
          <w:spacing w:val="-12"/>
          <w:sz w:val="28"/>
          <w:szCs w:val="28"/>
        </w:rPr>
        <w:t xml:space="preserve"> </w:t>
      </w:r>
      <w:proofErr w:type="gramStart"/>
      <w:r w:rsidRPr="003B11F3">
        <w:rPr>
          <w:spacing w:val="-1"/>
          <w:sz w:val="28"/>
          <w:szCs w:val="28"/>
        </w:rPr>
        <w:t>Измерение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расстояний: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между</w:t>
      </w:r>
      <w:r w:rsidRPr="003B11F3">
        <w:rPr>
          <w:spacing w:val="-24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двумя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точками,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от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точки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до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прямой,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длина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маршрута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квадратной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сетке.</w:t>
      </w:r>
      <w:proofErr w:type="gramEnd"/>
    </w:p>
    <w:p w:rsidR="005C01FD" w:rsidRPr="003B11F3" w:rsidRDefault="005C01FD" w:rsidP="005C01FD">
      <w:pPr>
        <w:spacing w:before="6" w:line="256" w:lineRule="auto"/>
        <w:ind w:right="163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Измерение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построение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углов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помощью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транспортира.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Виды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треугольников: остроугольный, прямоугольный, тупоугольный, равнобедренный,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равносторонний.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Четырёхугольник,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примеры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четырёхугольников.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Прямоугольник,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квадрат: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использование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свой</w:t>
      </w:r>
      <w:proofErr w:type="gramStart"/>
      <w:r w:rsidRPr="003B11F3">
        <w:rPr>
          <w:sz w:val="28"/>
          <w:szCs w:val="28"/>
        </w:rPr>
        <w:t>ств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</w:t>
      </w:r>
      <w:proofErr w:type="gramEnd"/>
      <w:r w:rsidRPr="003B11F3">
        <w:rPr>
          <w:sz w:val="28"/>
          <w:szCs w:val="28"/>
        </w:rPr>
        <w:t>орон,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углов,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диагоналей.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Изображение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геометрических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нелинованной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бумаге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использованием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циркуля,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линейки,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угольника,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транспортира.</w:t>
      </w:r>
      <w:r w:rsidRPr="003B11F3">
        <w:rPr>
          <w:spacing w:val="8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Построения на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клетчатой бумаге.</w:t>
      </w:r>
    </w:p>
    <w:p w:rsidR="005C01FD" w:rsidRPr="003B11F3" w:rsidRDefault="005C01FD" w:rsidP="005C01FD">
      <w:pPr>
        <w:spacing w:before="7" w:line="254" w:lineRule="auto"/>
        <w:ind w:right="158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Периметр многоугольника. Понятие площади фигуры, единицы измерения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площади. Приближённое измерение площади фигур, в том числе на квадратной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сетке.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Приближённое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измерение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длины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окружности,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площади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круга.</w:t>
      </w:r>
    </w:p>
    <w:p w:rsidR="005C01FD" w:rsidRPr="003B11F3" w:rsidRDefault="005C01FD" w:rsidP="005C01FD">
      <w:pPr>
        <w:spacing w:before="6" w:line="259" w:lineRule="auto"/>
        <w:ind w:right="2560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Симметрия: центральная, осевая и зеркальная симметрии.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Построение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симметричных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фигур.</w:t>
      </w:r>
    </w:p>
    <w:p w:rsidR="005C01FD" w:rsidRPr="003B11F3" w:rsidRDefault="005C01FD" w:rsidP="005C01FD">
      <w:pPr>
        <w:spacing w:line="256" w:lineRule="auto"/>
        <w:ind w:right="157"/>
        <w:jc w:val="right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Наглядные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представления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о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пространственных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фигурах: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параллелепипед,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куб,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призма,</w:t>
      </w:r>
      <w:r w:rsidRPr="003B11F3">
        <w:rPr>
          <w:spacing w:val="11"/>
          <w:sz w:val="28"/>
          <w:szCs w:val="28"/>
        </w:rPr>
        <w:t xml:space="preserve"> </w:t>
      </w:r>
      <w:r w:rsidRPr="003B11F3">
        <w:rPr>
          <w:sz w:val="28"/>
          <w:szCs w:val="28"/>
        </w:rPr>
        <w:t>пирамида,</w:t>
      </w:r>
      <w:r w:rsidRPr="003B11F3">
        <w:rPr>
          <w:spacing w:val="1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конус,</w:t>
      </w:r>
      <w:r w:rsidRPr="003B11F3">
        <w:rPr>
          <w:spacing w:val="12"/>
          <w:sz w:val="28"/>
          <w:szCs w:val="28"/>
        </w:rPr>
        <w:t xml:space="preserve"> </w:t>
      </w:r>
      <w:r w:rsidRPr="003B11F3">
        <w:rPr>
          <w:sz w:val="28"/>
          <w:szCs w:val="28"/>
        </w:rPr>
        <w:t>цилиндр,</w:t>
      </w:r>
      <w:r w:rsidRPr="003B11F3">
        <w:rPr>
          <w:spacing w:val="11"/>
          <w:sz w:val="28"/>
          <w:szCs w:val="28"/>
        </w:rPr>
        <w:t xml:space="preserve"> </w:t>
      </w:r>
      <w:r w:rsidRPr="003B11F3">
        <w:rPr>
          <w:sz w:val="28"/>
          <w:szCs w:val="28"/>
        </w:rPr>
        <w:t>шар</w:t>
      </w:r>
      <w:r w:rsidRPr="003B11F3">
        <w:rPr>
          <w:spacing w:val="7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7"/>
          <w:sz w:val="28"/>
          <w:szCs w:val="28"/>
        </w:rPr>
        <w:t xml:space="preserve"> </w:t>
      </w:r>
      <w:r w:rsidRPr="003B11F3">
        <w:rPr>
          <w:sz w:val="28"/>
          <w:szCs w:val="28"/>
        </w:rPr>
        <w:t>сфера.</w:t>
      </w:r>
      <w:proofErr w:type="gramEnd"/>
      <w:r w:rsidRPr="003B11F3">
        <w:rPr>
          <w:spacing w:val="18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Изображение</w:t>
      </w:r>
      <w:r w:rsidRPr="003B11F3">
        <w:rPr>
          <w:spacing w:val="8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пространственных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фигур.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Примеры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развёрток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многогранников,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цилиндра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конуса.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Создание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моделей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пространственных</w:t>
      </w:r>
      <w:r w:rsidRPr="003B11F3">
        <w:rPr>
          <w:spacing w:val="-18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(из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бумаги,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проволоки,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пластилина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других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материалов).</w:t>
      </w:r>
    </w:p>
    <w:p w:rsidR="005C01FD" w:rsidRPr="003B11F3" w:rsidRDefault="005C01FD" w:rsidP="005C01FD">
      <w:pPr>
        <w:spacing w:before="1" w:line="252" w:lineRule="auto"/>
        <w:ind w:right="16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Понятие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объёма,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измерения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объёма.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Объём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параллелепипеда,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куба.</w:t>
      </w:r>
    </w:p>
    <w:p w:rsidR="005C01FD" w:rsidRPr="003B11F3" w:rsidRDefault="005C01FD" w:rsidP="005C01FD">
      <w:pPr>
        <w:spacing w:before="9"/>
        <w:rPr>
          <w:sz w:val="30"/>
          <w:szCs w:val="28"/>
        </w:rPr>
      </w:pPr>
    </w:p>
    <w:p w:rsidR="005C01FD" w:rsidRPr="003B11F3" w:rsidRDefault="005C01FD" w:rsidP="005C01FD">
      <w:pPr>
        <w:jc w:val="both"/>
        <w:outlineLvl w:val="0"/>
        <w:rPr>
          <w:b/>
          <w:bCs/>
          <w:sz w:val="28"/>
          <w:szCs w:val="28"/>
        </w:rPr>
      </w:pPr>
      <w:bookmarkStart w:id="11" w:name="_bookmark10"/>
      <w:bookmarkEnd w:id="11"/>
      <w:r w:rsidRPr="003B11F3">
        <w:rPr>
          <w:b/>
          <w:bCs/>
          <w:sz w:val="28"/>
          <w:szCs w:val="28"/>
        </w:rPr>
        <w:t>ПРЕДМЕТНЫЕ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РЕЗУЛЬТАТЫ</w:t>
      </w:r>
    </w:p>
    <w:p w:rsidR="005C01FD" w:rsidRPr="003B11F3" w:rsidRDefault="005C01FD" w:rsidP="005C01FD">
      <w:pPr>
        <w:spacing w:before="147" w:line="256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Предметные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освоения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программы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учебного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курса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концу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обучения</w:t>
      </w:r>
      <w:r w:rsidRPr="003B11F3">
        <w:rPr>
          <w:spacing w:val="3"/>
          <w:sz w:val="28"/>
          <w:szCs w:val="28"/>
        </w:rPr>
        <w:t xml:space="preserve"> </w:t>
      </w:r>
      <w:r w:rsidRPr="003B11F3">
        <w:rPr>
          <w:b/>
          <w:sz w:val="28"/>
          <w:szCs w:val="28"/>
        </w:rPr>
        <w:t>в</w:t>
      </w:r>
      <w:r w:rsidRPr="003B11F3">
        <w:rPr>
          <w:b/>
          <w:spacing w:val="1"/>
          <w:sz w:val="28"/>
          <w:szCs w:val="28"/>
        </w:rPr>
        <w:t xml:space="preserve"> </w:t>
      </w:r>
      <w:r w:rsidRPr="003B11F3">
        <w:rPr>
          <w:b/>
          <w:sz w:val="28"/>
          <w:szCs w:val="28"/>
        </w:rPr>
        <w:t>5</w:t>
      </w:r>
      <w:r w:rsidRPr="003B11F3">
        <w:rPr>
          <w:b/>
          <w:spacing w:val="4"/>
          <w:sz w:val="28"/>
          <w:szCs w:val="28"/>
        </w:rPr>
        <w:t xml:space="preserve"> </w:t>
      </w:r>
      <w:r w:rsidRPr="003B11F3">
        <w:rPr>
          <w:b/>
          <w:sz w:val="28"/>
          <w:szCs w:val="28"/>
        </w:rPr>
        <w:t>классе</w:t>
      </w:r>
      <w:r w:rsidRPr="003B11F3">
        <w:rPr>
          <w:sz w:val="28"/>
          <w:szCs w:val="28"/>
        </w:rPr>
        <w:t>:</w:t>
      </w:r>
    </w:p>
    <w:p w:rsidR="005C01FD" w:rsidRPr="003B11F3" w:rsidRDefault="005C01FD" w:rsidP="005C01FD">
      <w:pPr>
        <w:spacing w:before="124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Числа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и</w:t>
      </w:r>
      <w:r w:rsidRPr="003B11F3">
        <w:rPr>
          <w:b/>
          <w:bCs/>
          <w:spacing w:val="-6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вычисления</w:t>
      </w:r>
    </w:p>
    <w:p w:rsidR="005C01FD" w:rsidRPr="003B11F3" w:rsidRDefault="005C01FD" w:rsidP="005C01FD">
      <w:pPr>
        <w:spacing w:before="17" w:line="256" w:lineRule="auto"/>
        <w:ind w:right="165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Понимать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правильно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употреблять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термины,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связанные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натуральными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числами,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обыкновенными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десятичными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дробями.</w:t>
      </w:r>
    </w:p>
    <w:p w:rsidR="005C01FD" w:rsidRPr="003B11F3" w:rsidRDefault="005C01FD" w:rsidP="005C01FD">
      <w:pPr>
        <w:spacing w:before="2" w:line="259" w:lineRule="auto"/>
        <w:ind w:right="158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Сравнивать и упорядочивать натуральные числа, сравнивать в простейших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случаях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обыкновенные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десятичные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дроби.</w:t>
      </w:r>
    </w:p>
    <w:p w:rsidR="005C01FD" w:rsidRPr="003B11F3" w:rsidRDefault="005C01FD" w:rsidP="005C01FD">
      <w:pPr>
        <w:spacing w:line="254" w:lineRule="auto"/>
        <w:ind w:right="163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Соотносить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точку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координатной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(числовой)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прямой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соответствующим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ей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числом и изображать натуральные числа точками </w:t>
      </w:r>
      <w:proofErr w:type="gramStart"/>
      <w:r w:rsidRPr="003B11F3">
        <w:rPr>
          <w:sz w:val="28"/>
          <w:szCs w:val="28"/>
        </w:rPr>
        <w:t>на</w:t>
      </w:r>
      <w:proofErr w:type="gramEnd"/>
      <w:r w:rsidRPr="003B11F3">
        <w:rPr>
          <w:sz w:val="28"/>
          <w:szCs w:val="28"/>
        </w:rPr>
        <w:t xml:space="preserve"> координатной (числовой)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прямой.</w:t>
      </w:r>
    </w:p>
    <w:p w:rsidR="005C01FD" w:rsidRPr="003B11F3" w:rsidRDefault="005C01FD" w:rsidP="005C01FD">
      <w:pPr>
        <w:spacing w:before="3" w:line="256" w:lineRule="auto"/>
        <w:ind w:right="149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Выполнять      арифметические     действия      с     натуральными      числами,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обыкновенными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дробями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простейших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случаях.</w:t>
      </w:r>
    </w:p>
    <w:p w:rsidR="005C01FD" w:rsidRPr="003B11F3" w:rsidRDefault="005C01FD" w:rsidP="005C01FD">
      <w:pPr>
        <w:spacing w:before="2" w:line="256" w:lineRule="auto"/>
        <w:ind w:right="2791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Выполнять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проверку,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прикидку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результата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вычислений.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Округлять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натуральные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числа.</w:t>
      </w:r>
    </w:p>
    <w:p w:rsidR="005C01FD" w:rsidRPr="003B11F3" w:rsidRDefault="005C01FD" w:rsidP="005C01FD">
      <w:pPr>
        <w:spacing w:line="256" w:lineRule="auto"/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86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lastRenderedPageBreak/>
        <w:t>Решение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текстовых</w:t>
      </w:r>
      <w:r w:rsidRPr="003B11F3">
        <w:rPr>
          <w:b/>
          <w:bCs/>
          <w:spacing w:val="-2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задач</w:t>
      </w:r>
    </w:p>
    <w:p w:rsidR="005C01FD" w:rsidRPr="003B11F3" w:rsidRDefault="005C01FD" w:rsidP="005C01FD">
      <w:pPr>
        <w:spacing w:before="46" w:line="268" w:lineRule="auto"/>
        <w:ind w:right="153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Решать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текстовые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арифметическим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способом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помощью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организованного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конечного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перебора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всех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возможных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вариантов.</w:t>
      </w:r>
    </w:p>
    <w:p w:rsidR="005C01FD" w:rsidRPr="003B11F3" w:rsidRDefault="005C01FD" w:rsidP="005C01FD">
      <w:pPr>
        <w:spacing w:before="6" w:line="268" w:lineRule="auto"/>
        <w:ind w:right="163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Решать задачи, содержащие зависимости, связывающие величины: скорость,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время,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расстояние,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цена,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количество,</w:t>
      </w:r>
      <w:r w:rsidRPr="003B11F3">
        <w:rPr>
          <w:spacing w:val="3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стоимость.</w:t>
      </w:r>
      <w:proofErr w:type="gramEnd"/>
    </w:p>
    <w:p w:rsidR="005C01FD" w:rsidRPr="003B11F3" w:rsidRDefault="005C01FD" w:rsidP="005C01FD">
      <w:pPr>
        <w:spacing w:before="6" w:line="268" w:lineRule="auto"/>
        <w:ind w:right="165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Использовать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краткие записи,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схемы,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таблицы,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обозначения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задач.</w:t>
      </w:r>
    </w:p>
    <w:p w:rsidR="005C01FD" w:rsidRPr="003B11F3" w:rsidRDefault="005C01FD" w:rsidP="005C01FD">
      <w:pPr>
        <w:spacing w:before="6" w:line="268" w:lineRule="auto"/>
        <w:ind w:right="173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Пользоваться основными единицами измерения: цены, массы,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расстояния,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времени,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скорости,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одни единицы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величины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через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другие.</w:t>
      </w:r>
    </w:p>
    <w:p w:rsidR="005C01FD" w:rsidRPr="003B11F3" w:rsidRDefault="005C01FD" w:rsidP="005C01FD">
      <w:pPr>
        <w:spacing w:before="6" w:line="271" w:lineRule="auto"/>
        <w:ind w:right="161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Извлекать,     анализировать,     оценивать    информацию,     представленную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 таблице, на столбчатой диаграмме, интерпретировать представленные данные,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данные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задач.</w:t>
      </w:r>
    </w:p>
    <w:p w:rsidR="005C01FD" w:rsidRPr="003B11F3" w:rsidRDefault="005C01FD" w:rsidP="005C01FD">
      <w:pPr>
        <w:spacing w:before="119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Наглядная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геометрия</w:t>
      </w:r>
    </w:p>
    <w:p w:rsidR="005C01FD" w:rsidRPr="003B11F3" w:rsidRDefault="005C01FD" w:rsidP="005C01FD">
      <w:pPr>
        <w:spacing w:before="38" w:line="273" w:lineRule="auto"/>
        <w:ind w:right="164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Пользоваться геометрическими понятиями: точка, прямая, отрезок, луч, угол,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многоугольник,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окружность,</w:t>
      </w:r>
      <w:r w:rsidRPr="003B11F3">
        <w:rPr>
          <w:spacing w:val="3"/>
          <w:sz w:val="28"/>
          <w:szCs w:val="28"/>
        </w:rPr>
        <w:t xml:space="preserve"> </w:t>
      </w:r>
      <w:r w:rsidRPr="003B11F3">
        <w:rPr>
          <w:sz w:val="28"/>
          <w:szCs w:val="28"/>
        </w:rPr>
        <w:t>круг.</w:t>
      </w:r>
      <w:proofErr w:type="gramEnd"/>
    </w:p>
    <w:p w:rsidR="005C01FD" w:rsidRPr="003B11F3" w:rsidRDefault="005C01FD" w:rsidP="005C01FD">
      <w:pPr>
        <w:spacing w:line="273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Приводить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примеры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объектов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окружающего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мира,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имеющих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изученных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геометрических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фигур.</w:t>
      </w:r>
    </w:p>
    <w:p w:rsidR="005C01FD" w:rsidRPr="003B11F3" w:rsidRDefault="005C01FD" w:rsidP="005C01FD">
      <w:pPr>
        <w:spacing w:line="271" w:lineRule="auto"/>
        <w:ind w:right="169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Использовать</w:t>
      </w:r>
      <w:r w:rsidRPr="003B11F3">
        <w:rPr>
          <w:spacing w:val="108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терминологию,  </w:t>
      </w:r>
      <w:r w:rsidRPr="003B11F3">
        <w:rPr>
          <w:spacing w:val="38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связанную  </w:t>
      </w:r>
      <w:r w:rsidRPr="003B11F3">
        <w:rPr>
          <w:spacing w:val="37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с  </w:t>
      </w:r>
      <w:r w:rsidRPr="003B11F3">
        <w:rPr>
          <w:spacing w:val="35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углами:  </w:t>
      </w:r>
      <w:r w:rsidRPr="003B11F3">
        <w:rPr>
          <w:spacing w:val="38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вершина  </w:t>
      </w:r>
      <w:r w:rsidRPr="003B11F3">
        <w:rPr>
          <w:spacing w:val="35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сторона,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с многоугольниками: угол, вершина, сторона, диагональ, с окружностью: радиус,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диаметр,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центр.</w:t>
      </w:r>
      <w:proofErr w:type="gramEnd"/>
    </w:p>
    <w:p w:rsidR="005C01FD" w:rsidRPr="003B11F3" w:rsidRDefault="005C01FD" w:rsidP="005C01FD">
      <w:pPr>
        <w:spacing w:line="268" w:lineRule="auto"/>
        <w:ind w:right="164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Изображать изученные геометрические фигуры на нелинованной и клетчатой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бумаге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помощью циркуля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линейки.</w:t>
      </w:r>
    </w:p>
    <w:p w:rsidR="005C01FD" w:rsidRPr="003B11F3" w:rsidRDefault="005C01FD" w:rsidP="005C01FD">
      <w:pPr>
        <w:tabs>
          <w:tab w:val="left" w:pos="2100"/>
          <w:tab w:val="left" w:pos="3107"/>
          <w:tab w:val="left" w:pos="4381"/>
          <w:tab w:val="left" w:pos="6884"/>
          <w:tab w:val="left" w:pos="8545"/>
          <w:tab w:val="left" w:pos="8905"/>
        </w:tabs>
        <w:spacing w:line="268" w:lineRule="auto"/>
        <w:ind w:right="162"/>
        <w:jc w:val="right"/>
        <w:rPr>
          <w:sz w:val="28"/>
          <w:szCs w:val="28"/>
        </w:rPr>
      </w:pPr>
      <w:r w:rsidRPr="003B11F3">
        <w:rPr>
          <w:sz w:val="28"/>
          <w:szCs w:val="28"/>
        </w:rPr>
        <w:t>Находить</w:t>
      </w:r>
      <w:r w:rsidRPr="003B11F3">
        <w:rPr>
          <w:sz w:val="28"/>
          <w:szCs w:val="28"/>
        </w:rPr>
        <w:tab/>
        <w:t>длины</w:t>
      </w:r>
      <w:r w:rsidRPr="003B11F3">
        <w:rPr>
          <w:sz w:val="28"/>
          <w:szCs w:val="28"/>
        </w:rPr>
        <w:tab/>
        <w:t>отрезков</w:t>
      </w:r>
      <w:r w:rsidRPr="003B11F3">
        <w:rPr>
          <w:sz w:val="28"/>
          <w:szCs w:val="28"/>
        </w:rPr>
        <w:tab/>
        <w:t>непосредственным</w:t>
      </w:r>
      <w:r w:rsidRPr="003B11F3">
        <w:rPr>
          <w:sz w:val="28"/>
          <w:szCs w:val="28"/>
        </w:rPr>
        <w:tab/>
        <w:t>измерением</w:t>
      </w:r>
      <w:r w:rsidRPr="003B11F3">
        <w:rPr>
          <w:sz w:val="28"/>
          <w:szCs w:val="28"/>
        </w:rPr>
        <w:tab/>
        <w:t>с</w:t>
      </w:r>
      <w:r w:rsidRPr="003B11F3">
        <w:rPr>
          <w:sz w:val="28"/>
          <w:szCs w:val="28"/>
        </w:rPr>
        <w:tab/>
      </w:r>
      <w:r w:rsidRPr="003B11F3">
        <w:rPr>
          <w:spacing w:val="-1"/>
          <w:sz w:val="28"/>
          <w:szCs w:val="28"/>
        </w:rPr>
        <w:t>помощью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линейки,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строить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отрезки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заданной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длины;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строить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окружность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заданного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радиуса.</w:t>
      </w:r>
    </w:p>
    <w:p w:rsidR="005C01FD" w:rsidRPr="003B11F3" w:rsidRDefault="005C01FD" w:rsidP="005C01FD">
      <w:pPr>
        <w:spacing w:before="3" w:line="268" w:lineRule="auto"/>
        <w:ind w:right="16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Использовать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свойства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сторон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углов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прямоугольника,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квадрата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построения,</w:t>
      </w:r>
      <w:r w:rsidRPr="003B11F3">
        <w:rPr>
          <w:spacing w:val="5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вычисления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площади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периметра.</w:t>
      </w:r>
    </w:p>
    <w:p w:rsidR="005C01FD" w:rsidRPr="003B11F3" w:rsidRDefault="005C01FD" w:rsidP="005C01FD">
      <w:pPr>
        <w:spacing w:before="6" w:line="271" w:lineRule="auto"/>
        <w:ind w:right="169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Вычислять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периметр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площадь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квадрата,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прямоугольника,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составленных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z w:val="28"/>
          <w:szCs w:val="28"/>
        </w:rPr>
        <w:t>из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прямоугольников,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том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числе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фигур,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изображённых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клетчатой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бумаге.</w:t>
      </w:r>
    </w:p>
    <w:p w:rsidR="005C01FD" w:rsidRPr="003B11F3" w:rsidRDefault="005C01FD" w:rsidP="005C01FD">
      <w:pPr>
        <w:spacing w:line="273" w:lineRule="auto"/>
        <w:ind w:right="165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Пользоваться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основными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метрическими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единицами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измерения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длины,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площади;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одни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единицы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величины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через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другие.</w:t>
      </w:r>
    </w:p>
    <w:p w:rsidR="005C01FD" w:rsidRPr="003B11F3" w:rsidRDefault="005C01FD" w:rsidP="005C01FD">
      <w:pPr>
        <w:spacing w:line="273" w:lineRule="auto"/>
        <w:ind w:right="166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Распознавать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параллелепипед,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куб,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терминологию: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вершина,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ребро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грань, измерения,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находить измерения параллелепипеда,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куба.</w:t>
      </w:r>
      <w:proofErr w:type="gramEnd"/>
    </w:p>
    <w:p w:rsidR="005C01FD" w:rsidRPr="003B11F3" w:rsidRDefault="005C01FD" w:rsidP="005C01FD">
      <w:pPr>
        <w:spacing w:line="273" w:lineRule="auto"/>
        <w:ind w:right="15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Вычислять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объём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куба,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параллелепипеда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заданным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измерениям,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пользоваться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единицами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измерения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объёма.</w:t>
      </w:r>
    </w:p>
    <w:p w:rsidR="005C01FD" w:rsidRPr="003B11F3" w:rsidRDefault="005C01FD" w:rsidP="005C01FD">
      <w:pPr>
        <w:spacing w:line="273" w:lineRule="auto"/>
        <w:ind w:right="162"/>
        <w:jc w:val="both"/>
        <w:rPr>
          <w:sz w:val="28"/>
          <w:szCs w:val="28"/>
        </w:rPr>
      </w:pPr>
      <w:r w:rsidRPr="003B11F3">
        <w:rPr>
          <w:sz w:val="28"/>
          <w:szCs w:val="28"/>
        </w:rPr>
        <w:t xml:space="preserve">Решать  </w:t>
      </w:r>
      <w:r w:rsidRPr="003B11F3">
        <w:rPr>
          <w:spacing w:val="40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несложные   </w:t>
      </w:r>
      <w:r w:rsidRPr="003B11F3">
        <w:rPr>
          <w:spacing w:val="36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задачи   </w:t>
      </w:r>
      <w:r w:rsidRPr="003B11F3">
        <w:rPr>
          <w:spacing w:val="40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на   </w:t>
      </w:r>
      <w:r w:rsidRPr="003B11F3">
        <w:rPr>
          <w:spacing w:val="36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измерение   </w:t>
      </w:r>
      <w:r w:rsidRPr="003B11F3">
        <w:rPr>
          <w:spacing w:val="37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геометрических   </w:t>
      </w:r>
      <w:r w:rsidRPr="003B11F3">
        <w:rPr>
          <w:spacing w:val="36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величин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практических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ситуациях.</w:t>
      </w:r>
    </w:p>
    <w:p w:rsidR="005C01FD" w:rsidRPr="003B11F3" w:rsidRDefault="005C01FD" w:rsidP="005C01FD">
      <w:pPr>
        <w:spacing w:line="273" w:lineRule="auto"/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93" w:line="264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lastRenderedPageBreak/>
        <w:t>Предметные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результаты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освоения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программы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учебного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курса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концу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обучения</w:t>
      </w:r>
      <w:r w:rsidRPr="003B11F3">
        <w:rPr>
          <w:spacing w:val="3"/>
          <w:sz w:val="28"/>
          <w:szCs w:val="28"/>
        </w:rPr>
        <w:t xml:space="preserve"> </w:t>
      </w:r>
      <w:r w:rsidRPr="003B11F3">
        <w:rPr>
          <w:b/>
          <w:sz w:val="28"/>
          <w:szCs w:val="28"/>
        </w:rPr>
        <w:t>в</w:t>
      </w:r>
      <w:r w:rsidRPr="003B11F3">
        <w:rPr>
          <w:b/>
          <w:spacing w:val="1"/>
          <w:sz w:val="28"/>
          <w:szCs w:val="28"/>
        </w:rPr>
        <w:t xml:space="preserve"> </w:t>
      </w:r>
      <w:r w:rsidRPr="003B11F3">
        <w:rPr>
          <w:b/>
          <w:sz w:val="28"/>
          <w:szCs w:val="28"/>
        </w:rPr>
        <w:t>6</w:t>
      </w:r>
      <w:r w:rsidRPr="003B11F3">
        <w:rPr>
          <w:b/>
          <w:spacing w:val="4"/>
          <w:sz w:val="28"/>
          <w:szCs w:val="28"/>
        </w:rPr>
        <w:t xml:space="preserve"> </w:t>
      </w:r>
      <w:r w:rsidRPr="003B11F3">
        <w:rPr>
          <w:b/>
          <w:sz w:val="28"/>
          <w:szCs w:val="28"/>
        </w:rPr>
        <w:t>классе</w:t>
      </w:r>
      <w:r w:rsidRPr="003B11F3">
        <w:rPr>
          <w:sz w:val="28"/>
          <w:szCs w:val="28"/>
        </w:rPr>
        <w:t>:</w:t>
      </w:r>
    </w:p>
    <w:p w:rsidR="005C01FD" w:rsidRPr="003B11F3" w:rsidRDefault="005C01FD" w:rsidP="005C01FD">
      <w:pPr>
        <w:spacing w:before="113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Числа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и</w:t>
      </w:r>
      <w:r w:rsidRPr="003B11F3">
        <w:rPr>
          <w:b/>
          <w:bCs/>
          <w:spacing w:val="-6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вычисления</w:t>
      </w:r>
    </w:p>
    <w:p w:rsidR="005C01FD" w:rsidRPr="003B11F3" w:rsidRDefault="005C01FD" w:rsidP="005C01FD">
      <w:pPr>
        <w:spacing w:before="38" w:line="266" w:lineRule="auto"/>
        <w:ind w:right="15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Знать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понимать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термины,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связанные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различными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видами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чисел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способами их записи, переходить (если это возможно) от одной формы записи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к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другой.</w:t>
      </w:r>
    </w:p>
    <w:p w:rsidR="005C01FD" w:rsidRPr="003B11F3" w:rsidRDefault="005C01FD" w:rsidP="005C01FD">
      <w:pPr>
        <w:spacing w:line="264" w:lineRule="auto"/>
        <w:ind w:right="163"/>
        <w:jc w:val="both"/>
        <w:rPr>
          <w:sz w:val="28"/>
          <w:szCs w:val="28"/>
        </w:rPr>
      </w:pPr>
      <w:r w:rsidRPr="003B11F3">
        <w:rPr>
          <w:spacing w:val="-1"/>
          <w:sz w:val="28"/>
          <w:szCs w:val="28"/>
        </w:rPr>
        <w:t>Сравнивать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упорядочивать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целые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числа,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обыкновенные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десятичные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дроби,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сравнивать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одного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разных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знаков.</w:t>
      </w:r>
    </w:p>
    <w:p w:rsidR="005C01FD" w:rsidRPr="003B11F3" w:rsidRDefault="005C01FD" w:rsidP="005C01FD">
      <w:pPr>
        <w:spacing w:line="266" w:lineRule="auto"/>
        <w:ind w:right="159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Выполнять, сочетая устные и письменные приёмы, арифметические действия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с натуральными и целыми числами, обыкновенными и десятичными дробями,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положительными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отрицательными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числами.</w:t>
      </w:r>
    </w:p>
    <w:p w:rsidR="005C01FD" w:rsidRPr="003B11F3" w:rsidRDefault="005C01FD" w:rsidP="005C01FD">
      <w:pPr>
        <w:spacing w:line="264" w:lineRule="auto"/>
        <w:ind w:right="159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Вычислять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значения числовых выражений,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выполнять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прикидку 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оценку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результата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вычислений,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выполнять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преобразования    числовых    выражений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основе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свойств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арифметических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действий.</w:t>
      </w:r>
    </w:p>
    <w:p w:rsidR="005C01FD" w:rsidRPr="003B11F3" w:rsidRDefault="005C01FD" w:rsidP="005C01FD">
      <w:pPr>
        <w:spacing w:line="268" w:lineRule="auto"/>
        <w:ind w:right="164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Соотносить точку на координатной прямой с соответствующим ей числом 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изображать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точками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координатной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прямой,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находить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модуль числа.</w:t>
      </w:r>
      <w:proofErr w:type="gramEnd"/>
    </w:p>
    <w:p w:rsidR="005C01FD" w:rsidRPr="003B11F3" w:rsidRDefault="005C01FD" w:rsidP="005C01FD">
      <w:pPr>
        <w:spacing w:line="264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Соотносить точки в прямоугольной системе координат с координатами этой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точки.</w:t>
      </w:r>
    </w:p>
    <w:p w:rsidR="005C01FD" w:rsidRPr="003B11F3" w:rsidRDefault="005C01FD" w:rsidP="005C01FD">
      <w:pPr>
        <w:spacing w:line="319" w:lineRule="exact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Округлять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целые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десятичные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дроби,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находить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приближения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чисел.</w:t>
      </w:r>
    </w:p>
    <w:p w:rsidR="005C01FD" w:rsidRPr="003B11F3" w:rsidRDefault="005C01FD" w:rsidP="005C01FD">
      <w:pPr>
        <w:spacing w:before="120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Числовые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и</w:t>
      </w:r>
      <w:r w:rsidRPr="003B11F3">
        <w:rPr>
          <w:b/>
          <w:bCs/>
          <w:spacing w:val="-2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буквенные</w:t>
      </w:r>
      <w:r w:rsidRPr="003B11F3">
        <w:rPr>
          <w:b/>
          <w:bCs/>
          <w:spacing w:val="-8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выражения</w:t>
      </w:r>
    </w:p>
    <w:p w:rsidR="005C01FD" w:rsidRPr="003B11F3" w:rsidRDefault="005C01FD" w:rsidP="005C01FD">
      <w:pPr>
        <w:spacing w:before="38" w:line="266" w:lineRule="auto"/>
        <w:ind w:right="163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Понимать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употреблять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термины,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связанные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записью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степени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находить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квадрат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куб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вычислять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значения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числовых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выражений,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содержащих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степени.</w:t>
      </w:r>
    </w:p>
    <w:p w:rsidR="005C01FD" w:rsidRPr="003B11F3" w:rsidRDefault="005C01FD" w:rsidP="005C01FD">
      <w:pPr>
        <w:spacing w:line="264" w:lineRule="auto"/>
        <w:ind w:right="16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Пользоваться</w:t>
      </w:r>
      <w:r w:rsidRPr="003B11F3">
        <w:rPr>
          <w:spacing w:val="7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признаками</w:t>
      </w:r>
      <w:r w:rsidRPr="003B11F3">
        <w:rPr>
          <w:spacing w:val="7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делимости,   раскладывать   натуральные   числа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простые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множители.</w:t>
      </w:r>
    </w:p>
    <w:p w:rsidR="005C01FD" w:rsidRPr="003B11F3" w:rsidRDefault="005C01FD" w:rsidP="005C01FD">
      <w:pPr>
        <w:spacing w:line="320" w:lineRule="exact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Пользоваться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масштабом,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составлять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пропорции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отношения.</w:t>
      </w:r>
    </w:p>
    <w:p w:rsidR="005C01FD" w:rsidRPr="003B11F3" w:rsidRDefault="005C01FD" w:rsidP="005C01FD">
      <w:pPr>
        <w:spacing w:before="25" w:line="266" w:lineRule="auto"/>
        <w:ind w:right="14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Использовать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буквы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обозначения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чисел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записи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математических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выражений,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составлять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буквенные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формулы,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находить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значения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буквенных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выражений,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осуществляя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необходимые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подстановки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преобразования.</w:t>
      </w:r>
    </w:p>
    <w:p w:rsidR="005C01FD" w:rsidRPr="003B11F3" w:rsidRDefault="005C01FD" w:rsidP="005C01FD">
      <w:pPr>
        <w:spacing w:line="316" w:lineRule="exact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Находить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неизвестный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компонент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равенства.</w:t>
      </w:r>
    </w:p>
    <w:p w:rsidR="005C01FD" w:rsidRPr="003B11F3" w:rsidRDefault="005C01FD" w:rsidP="005C01FD">
      <w:pPr>
        <w:spacing w:before="146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Решение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текстовых</w:t>
      </w:r>
      <w:r w:rsidRPr="003B11F3">
        <w:rPr>
          <w:b/>
          <w:bCs/>
          <w:spacing w:val="-2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задач</w:t>
      </w:r>
    </w:p>
    <w:p w:rsidR="005C01FD" w:rsidRPr="003B11F3" w:rsidRDefault="005C01FD" w:rsidP="005C01FD">
      <w:pPr>
        <w:spacing w:before="39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Решать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многошаговые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текстовые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задачи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арифметическим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способом.</w:t>
      </w:r>
    </w:p>
    <w:p w:rsidR="005C01FD" w:rsidRPr="003B11F3" w:rsidRDefault="005C01FD" w:rsidP="005C01FD">
      <w:pPr>
        <w:spacing w:before="31" w:line="264" w:lineRule="auto"/>
        <w:ind w:right="165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Решать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связанные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отношением,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пропорциональностью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величин,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процентами,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три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основные</w:t>
      </w:r>
      <w:r w:rsidRPr="003B11F3">
        <w:rPr>
          <w:spacing w:val="4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дроби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проценты.</w:t>
      </w:r>
    </w:p>
    <w:p w:rsidR="005C01FD" w:rsidRPr="003B11F3" w:rsidRDefault="005C01FD" w:rsidP="005C01FD">
      <w:pPr>
        <w:spacing w:before="5" w:line="264" w:lineRule="auto"/>
        <w:ind w:right="161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Решать задачи, содержащие зависимости, связывающие величины: скорость,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время,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расстояние,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цена,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количество,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стоимость,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производительность,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время,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объёма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работы,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используя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арифметические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действия,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оценку,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прикидку,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пользоваться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единицами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измерения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соответствующих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величин.</w:t>
      </w:r>
      <w:proofErr w:type="gramEnd"/>
    </w:p>
    <w:p w:rsidR="005C01FD" w:rsidRPr="003B11F3" w:rsidRDefault="005C01FD" w:rsidP="005C01FD">
      <w:pPr>
        <w:spacing w:line="317" w:lineRule="exact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Составлять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буквенные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выражения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по</w:t>
      </w:r>
      <w:r w:rsidRPr="003B11F3">
        <w:rPr>
          <w:spacing w:val="-8"/>
          <w:sz w:val="28"/>
          <w:szCs w:val="28"/>
        </w:rPr>
        <w:t xml:space="preserve"> </w:t>
      </w:r>
      <w:r w:rsidRPr="003B11F3">
        <w:rPr>
          <w:sz w:val="28"/>
          <w:szCs w:val="28"/>
        </w:rPr>
        <w:t>условию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задачи.</w:t>
      </w:r>
    </w:p>
    <w:p w:rsidR="005C01FD" w:rsidRPr="003B11F3" w:rsidRDefault="005C01FD" w:rsidP="005C01FD">
      <w:pPr>
        <w:spacing w:line="317" w:lineRule="exact"/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93" w:line="264" w:lineRule="auto"/>
        <w:ind w:right="157"/>
        <w:jc w:val="both"/>
        <w:rPr>
          <w:sz w:val="28"/>
          <w:szCs w:val="28"/>
        </w:rPr>
      </w:pPr>
      <w:r w:rsidRPr="003B11F3">
        <w:rPr>
          <w:spacing w:val="-1"/>
          <w:sz w:val="28"/>
          <w:szCs w:val="28"/>
        </w:rPr>
        <w:lastRenderedPageBreak/>
        <w:t>Извлекать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информацию,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представленную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в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таблицах,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на</w:t>
      </w:r>
      <w:r w:rsidRPr="003B11F3">
        <w:rPr>
          <w:spacing w:val="-15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линейной,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столбчатой</w:t>
      </w:r>
      <w:r w:rsidRPr="003B11F3">
        <w:rPr>
          <w:spacing w:val="-68"/>
          <w:sz w:val="28"/>
          <w:szCs w:val="28"/>
        </w:rPr>
        <w:t xml:space="preserve"> </w:t>
      </w:r>
      <w:r w:rsidRPr="003B11F3">
        <w:rPr>
          <w:sz w:val="28"/>
          <w:szCs w:val="28"/>
        </w:rPr>
        <w:t>или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круговой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диаграммах,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интерпретировать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представленные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данные,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данные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задач.</w:t>
      </w:r>
    </w:p>
    <w:p w:rsidR="005C01FD" w:rsidRPr="003B11F3" w:rsidRDefault="005C01FD" w:rsidP="005C01FD">
      <w:pPr>
        <w:spacing w:line="252" w:lineRule="auto"/>
        <w:ind w:right="171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Представлять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информацию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помощью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таблиц,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линейной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столбчатой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диаграмм.</w:t>
      </w:r>
    </w:p>
    <w:p w:rsidR="005C01FD" w:rsidRPr="003B11F3" w:rsidRDefault="005C01FD" w:rsidP="005C01FD">
      <w:pPr>
        <w:spacing w:before="113"/>
        <w:jc w:val="both"/>
        <w:outlineLvl w:val="0"/>
        <w:rPr>
          <w:b/>
          <w:bCs/>
          <w:sz w:val="28"/>
          <w:szCs w:val="28"/>
        </w:rPr>
      </w:pPr>
      <w:r w:rsidRPr="003B11F3">
        <w:rPr>
          <w:b/>
          <w:bCs/>
          <w:sz w:val="28"/>
          <w:szCs w:val="28"/>
        </w:rPr>
        <w:t>Наглядная</w:t>
      </w:r>
      <w:r w:rsidRPr="003B11F3">
        <w:rPr>
          <w:b/>
          <w:bCs/>
          <w:spacing w:val="-7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геометрия</w:t>
      </w:r>
    </w:p>
    <w:p w:rsidR="005C01FD" w:rsidRPr="003B11F3" w:rsidRDefault="005C01FD" w:rsidP="005C01FD">
      <w:pPr>
        <w:spacing w:before="23" w:line="254" w:lineRule="auto"/>
        <w:ind w:right="154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Приводить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примеры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объектов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окружающего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мира,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имеющих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форму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изученных геометрических плоских и пространственных фигур, примеры равных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симметричных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фигур.</w:t>
      </w:r>
    </w:p>
    <w:p w:rsidR="005C01FD" w:rsidRPr="003B11F3" w:rsidRDefault="005C01FD" w:rsidP="005C01FD">
      <w:pPr>
        <w:spacing w:line="261" w:lineRule="auto"/>
        <w:ind w:right="157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Изображать с помощью циркуля, линейки, транспортира на нелинованной 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клетчатой бумаге изученные плоские геометрические фигуры и конфигурации,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симметричные</w:t>
      </w:r>
      <w:r w:rsidRPr="003B11F3">
        <w:rPr>
          <w:spacing w:val="-2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фигуры.</w:t>
      </w:r>
    </w:p>
    <w:p w:rsidR="005C01FD" w:rsidRPr="003B11F3" w:rsidRDefault="005C01FD" w:rsidP="005C01FD">
      <w:pPr>
        <w:spacing w:line="261" w:lineRule="auto"/>
        <w:ind w:right="156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Пользоваться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геометрическими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понятиями: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равенство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фигур,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симметрия,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терминологию,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связанную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симметрией: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симметрии,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центр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симметрии.</w:t>
      </w:r>
    </w:p>
    <w:p w:rsidR="005C01FD" w:rsidRPr="003B11F3" w:rsidRDefault="005C01FD" w:rsidP="005C01FD">
      <w:pPr>
        <w:spacing w:line="256" w:lineRule="auto"/>
        <w:ind w:right="157"/>
        <w:jc w:val="both"/>
        <w:rPr>
          <w:sz w:val="28"/>
          <w:szCs w:val="28"/>
        </w:rPr>
      </w:pPr>
      <w:r w:rsidRPr="003B11F3">
        <w:rPr>
          <w:spacing w:val="-1"/>
          <w:sz w:val="28"/>
          <w:szCs w:val="28"/>
        </w:rPr>
        <w:t>Находить</w:t>
      </w:r>
      <w:r w:rsidRPr="003B11F3">
        <w:rPr>
          <w:spacing w:val="-13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величины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углов</w:t>
      </w:r>
      <w:r w:rsidRPr="003B11F3">
        <w:rPr>
          <w:spacing w:val="-17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измерением</w:t>
      </w:r>
      <w:r w:rsidRPr="003B11F3">
        <w:rPr>
          <w:spacing w:val="-11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с</w:t>
      </w:r>
      <w:r w:rsidRPr="003B11F3">
        <w:rPr>
          <w:spacing w:val="-16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помощью</w:t>
      </w:r>
      <w:r w:rsidRPr="003B11F3">
        <w:rPr>
          <w:spacing w:val="-14"/>
          <w:sz w:val="28"/>
          <w:szCs w:val="28"/>
        </w:rPr>
        <w:t xml:space="preserve"> </w:t>
      </w:r>
      <w:r w:rsidRPr="003B11F3">
        <w:rPr>
          <w:spacing w:val="-1"/>
          <w:sz w:val="28"/>
          <w:szCs w:val="28"/>
        </w:rPr>
        <w:t>транспортира,</w:t>
      </w:r>
      <w:r w:rsidRPr="003B11F3">
        <w:rPr>
          <w:spacing w:val="-12"/>
          <w:sz w:val="28"/>
          <w:szCs w:val="28"/>
        </w:rPr>
        <w:t xml:space="preserve"> </w:t>
      </w:r>
      <w:r w:rsidRPr="003B11F3">
        <w:rPr>
          <w:sz w:val="28"/>
          <w:szCs w:val="28"/>
        </w:rPr>
        <w:t>строить</w:t>
      </w:r>
      <w:r w:rsidRPr="003B11F3">
        <w:rPr>
          <w:spacing w:val="-6"/>
          <w:sz w:val="28"/>
          <w:szCs w:val="28"/>
        </w:rPr>
        <w:t xml:space="preserve"> </w:t>
      </w:r>
      <w:r w:rsidRPr="003B11F3">
        <w:rPr>
          <w:sz w:val="28"/>
          <w:szCs w:val="28"/>
        </w:rPr>
        <w:t>углы</w:t>
      </w:r>
      <w:r w:rsidRPr="003B11F3">
        <w:rPr>
          <w:spacing w:val="-67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заданной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величины,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пользоваться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решении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задач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градусной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мерой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углов,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распознавать на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чертежах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острый,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развёрнутый 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тупой углы.</w:t>
      </w:r>
    </w:p>
    <w:p w:rsidR="005C01FD" w:rsidRPr="003B11F3" w:rsidRDefault="005C01FD" w:rsidP="005C01FD">
      <w:pPr>
        <w:spacing w:line="256" w:lineRule="auto"/>
        <w:ind w:right="162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Вычислять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длину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ломаной,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периметр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многоугольника,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пользоваться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единицами измерения длины, выражать одни единицы измерения длины через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другие.</w:t>
      </w:r>
    </w:p>
    <w:p w:rsidR="005C01FD" w:rsidRPr="003B11F3" w:rsidRDefault="005C01FD" w:rsidP="005C01FD">
      <w:pPr>
        <w:spacing w:line="264" w:lineRule="auto"/>
        <w:ind w:right="162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Находить,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используя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чертёжные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инструменты,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расстояния: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между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двумя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точками,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от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точки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до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прямой,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длину</w:t>
      </w:r>
      <w:r w:rsidRPr="003B11F3">
        <w:rPr>
          <w:spacing w:val="-10"/>
          <w:sz w:val="28"/>
          <w:szCs w:val="28"/>
        </w:rPr>
        <w:t xml:space="preserve"> </w:t>
      </w:r>
      <w:r w:rsidRPr="003B11F3">
        <w:rPr>
          <w:sz w:val="28"/>
          <w:szCs w:val="28"/>
        </w:rPr>
        <w:t>пути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квадратной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сетке.</w:t>
      </w:r>
      <w:proofErr w:type="gramEnd"/>
    </w:p>
    <w:p w:rsidR="005C01FD" w:rsidRPr="003B11F3" w:rsidRDefault="005C01FD" w:rsidP="005C01FD">
      <w:pPr>
        <w:spacing w:line="259" w:lineRule="auto"/>
        <w:ind w:right="162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Вычислять площадь фигур, составленных из прямоугольников, использовать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разбиение  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 xml:space="preserve">на    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прямоугольники,      на      равные      фигуры,      достраивание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до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прямоугольника,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пользоваться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основными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единицами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измерения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площади,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выражать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одни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единицы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измерения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площади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через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другие.</w:t>
      </w:r>
    </w:p>
    <w:p w:rsidR="005C01FD" w:rsidRPr="003B11F3" w:rsidRDefault="005C01FD" w:rsidP="005C01FD">
      <w:pPr>
        <w:spacing w:line="256" w:lineRule="auto"/>
        <w:ind w:right="166"/>
        <w:jc w:val="both"/>
        <w:rPr>
          <w:sz w:val="28"/>
          <w:szCs w:val="28"/>
        </w:rPr>
      </w:pPr>
      <w:proofErr w:type="gramStart"/>
      <w:r w:rsidRPr="003B11F3">
        <w:rPr>
          <w:sz w:val="28"/>
          <w:szCs w:val="28"/>
        </w:rPr>
        <w:t>Распознавать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моделях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изображениях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пирамиду,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конус,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цилиндр,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использовать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терминологию:</w:t>
      </w:r>
      <w:r w:rsidRPr="003B11F3">
        <w:rPr>
          <w:spacing w:val="-1"/>
          <w:sz w:val="28"/>
          <w:szCs w:val="28"/>
        </w:rPr>
        <w:t xml:space="preserve"> </w:t>
      </w:r>
      <w:r w:rsidRPr="003B11F3">
        <w:rPr>
          <w:sz w:val="28"/>
          <w:szCs w:val="28"/>
        </w:rPr>
        <w:t>вершина, ребро, грань, основание, развёртка.</w:t>
      </w:r>
      <w:proofErr w:type="gramEnd"/>
    </w:p>
    <w:p w:rsidR="005C01FD" w:rsidRPr="003B11F3" w:rsidRDefault="005C01FD" w:rsidP="005C01FD">
      <w:pPr>
        <w:jc w:val="both"/>
        <w:rPr>
          <w:sz w:val="28"/>
          <w:szCs w:val="28"/>
        </w:rPr>
      </w:pPr>
      <w:r w:rsidRPr="003B11F3">
        <w:rPr>
          <w:sz w:val="28"/>
          <w:szCs w:val="28"/>
        </w:rPr>
        <w:t>Изображать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на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клетчатой</w:t>
      </w:r>
      <w:r w:rsidRPr="003B11F3">
        <w:rPr>
          <w:spacing w:val="-4"/>
          <w:sz w:val="28"/>
          <w:szCs w:val="28"/>
        </w:rPr>
        <w:t xml:space="preserve"> </w:t>
      </w:r>
      <w:r w:rsidRPr="003B11F3">
        <w:rPr>
          <w:sz w:val="28"/>
          <w:szCs w:val="28"/>
        </w:rPr>
        <w:t>бумаге</w:t>
      </w:r>
      <w:r w:rsidRPr="003B11F3">
        <w:rPr>
          <w:spacing w:val="-7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прямоугольный</w:t>
      </w:r>
      <w:r w:rsidRPr="003B11F3">
        <w:rPr>
          <w:spacing w:val="-5"/>
          <w:sz w:val="28"/>
          <w:szCs w:val="28"/>
        </w:rPr>
        <w:t xml:space="preserve"> </w:t>
      </w:r>
      <w:r w:rsidRPr="003B11F3">
        <w:rPr>
          <w:sz w:val="28"/>
          <w:szCs w:val="28"/>
        </w:rPr>
        <w:t>параллелепипед.</w:t>
      </w:r>
    </w:p>
    <w:p w:rsidR="005C01FD" w:rsidRPr="003B11F3" w:rsidRDefault="005C01FD" w:rsidP="005C01FD">
      <w:pPr>
        <w:spacing w:before="20" w:line="256" w:lineRule="auto"/>
        <w:ind w:right="170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Вычислять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объём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прямоугольного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параллелепипеда,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куба,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пользоваться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основными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единицами</w:t>
      </w:r>
      <w:r w:rsidRPr="003B11F3">
        <w:rPr>
          <w:spacing w:val="2"/>
          <w:sz w:val="28"/>
          <w:szCs w:val="28"/>
        </w:rPr>
        <w:t xml:space="preserve"> </w:t>
      </w:r>
      <w:r w:rsidRPr="003B11F3">
        <w:rPr>
          <w:sz w:val="28"/>
          <w:szCs w:val="28"/>
        </w:rPr>
        <w:t>измерения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объёма;</w:t>
      </w:r>
    </w:p>
    <w:p w:rsidR="005C01FD" w:rsidRPr="003B11F3" w:rsidRDefault="005C01FD" w:rsidP="005C01FD">
      <w:pPr>
        <w:spacing w:before="3" w:line="264" w:lineRule="auto"/>
        <w:ind w:right="154"/>
        <w:jc w:val="both"/>
        <w:rPr>
          <w:sz w:val="28"/>
          <w:szCs w:val="28"/>
        </w:rPr>
      </w:pPr>
      <w:r w:rsidRPr="003B11F3">
        <w:rPr>
          <w:sz w:val="28"/>
          <w:szCs w:val="28"/>
        </w:rPr>
        <w:t>Решать    несложные    задачи    на    нахождение    геометрических    величин</w:t>
      </w:r>
      <w:r w:rsidRPr="003B11F3">
        <w:rPr>
          <w:spacing w:val="1"/>
          <w:sz w:val="28"/>
          <w:szCs w:val="28"/>
        </w:rPr>
        <w:t xml:space="preserve"> </w:t>
      </w:r>
      <w:r w:rsidRPr="003B11F3">
        <w:rPr>
          <w:sz w:val="28"/>
          <w:szCs w:val="28"/>
        </w:rPr>
        <w:t>в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практических</w:t>
      </w:r>
      <w:r w:rsidRPr="003B11F3">
        <w:rPr>
          <w:spacing w:val="-3"/>
          <w:sz w:val="28"/>
          <w:szCs w:val="28"/>
        </w:rPr>
        <w:t xml:space="preserve"> </w:t>
      </w:r>
      <w:r w:rsidRPr="003B11F3">
        <w:rPr>
          <w:sz w:val="28"/>
          <w:szCs w:val="28"/>
        </w:rPr>
        <w:t>ситуациях.</w:t>
      </w:r>
    </w:p>
    <w:p w:rsidR="005C01FD" w:rsidRPr="003B11F3" w:rsidRDefault="005C01FD" w:rsidP="005C01FD">
      <w:pPr>
        <w:spacing w:line="264" w:lineRule="auto"/>
        <w:sectPr w:rsidR="005C01FD" w:rsidRPr="003B11F3">
          <w:pgSz w:w="11910" w:h="16850"/>
          <w:pgMar w:top="1140" w:right="700" w:bottom="940" w:left="980" w:header="710" w:footer="755" w:gutter="0"/>
          <w:cols w:space="720"/>
        </w:sectPr>
      </w:pPr>
    </w:p>
    <w:p w:rsidR="005C01FD" w:rsidRPr="003B11F3" w:rsidRDefault="005C01FD" w:rsidP="005C01FD">
      <w:pPr>
        <w:spacing w:before="86" w:line="472" w:lineRule="auto"/>
        <w:ind w:right="9979"/>
        <w:outlineLvl w:val="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48D86E" wp14:editId="71A3D3B7">
                <wp:simplePos x="0" y="0"/>
                <wp:positionH relativeFrom="page">
                  <wp:posOffset>718185</wp:posOffset>
                </wp:positionH>
                <wp:positionV relativeFrom="paragraph">
                  <wp:posOffset>765175</wp:posOffset>
                </wp:positionV>
                <wp:extent cx="9434195" cy="5156200"/>
                <wp:effectExtent l="0" t="0" r="0" b="0"/>
                <wp:wrapNone/>
                <wp:docPr id="18" name="Пол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4195" cy="515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56"/>
                              <w:gridCol w:w="1448"/>
                              <w:gridCol w:w="2716"/>
                              <w:gridCol w:w="7427"/>
                            </w:tblGrid>
                            <w:tr w:rsidR="007E5438">
                              <w:trPr>
                                <w:trHeight w:val="912"/>
                              </w:trPr>
                              <w:tc>
                                <w:tcPr>
                                  <w:tcW w:w="3256" w:type="dxa"/>
                                </w:tcPr>
                                <w:p w:rsidR="007E5438" w:rsidRDefault="007E5438">
                                  <w:pPr>
                                    <w:pStyle w:val="TableParagraph"/>
                                    <w:spacing w:before="75" w:line="259" w:lineRule="auto"/>
                                    <w:ind w:right="244"/>
                                    <w:rPr>
                                      <w:sz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8"/>
                                    </w:rPr>
                                    <w:t>Наименование</w:t>
                                  </w:r>
                                  <w:proofErr w:type="spellEnd"/>
                                  <w:r>
                                    <w:rPr>
                                      <w:spacing w:val="-17"/>
                                      <w:sz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</w:rPr>
                                    <w:t>раздела</w:t>
                                  </w:r>
                                  <w:proofErr w:type="spellEnd"/>
                                  <w:r>
                                    <w:rPr>
                                      <w:spacing w:val="-6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</w:rPr>
                                    <w:t>темы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</w:rPr>
                                    <w:t>)</w:t>
                                  </w: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</w:rPr>
                                    <w:t>курса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48" w:type="dxa"/>
                                </w:tcPr>
                                <w:p w:rsidR="007E5438" w:rsidRDefault="007E5438">
                                  <w:pPr>
                                    <w:pStyle w:val="TableParagraph"/>
                                    <w:spacing w:before="75" w:line="259" w:lineRule="auto"/>
                                    <w:ind w:right="-3"/>
                                    <w:rPr>
                                      <w:sz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Количество</w:t>
                                  </w:r>
                                  <w:proofErr w:type="spellEnd"/>
                                  <w:r>
                                    <w:rPr>
                                      <w:spacing w:val="-67"/>
                                      <w:sz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</w:rPr>
                                    <w:t>часов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716" w:type="dxa"/>
                                </w:tcPr>
                                <w:p w:rsidR="007E5438" w:rsidRDefault="007E5438">
                                  <w:pPr>
                                    <w:pStyle w:val="TableParagraph"/>
                                    <w:spacing w:before="75" w:line="259" w:lineRule="auto"/>
                                    <w:ind w:right="626"/>
                                    <w:rPr>
                                      <w:sz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8"/>
                                    </w:rPr>
                                    <w:t>Основное</w:t>
                                  </w:r>
                                  <w:proofErr w:type="spellEnd"/>
                                  <w:r>
                                    <w:rPr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содержание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427" w:type="dxa"/>
                                </w:tcPr>
                                <w:p w:rsidR="007E5438" w:rsidRDefault="007E5438">
                                  <w:pPr>
                                    <w:pStyle w:val="TableParagraph"/>
                                    <w:spacing w:before="75"/>
                                    <w:ind w:right="105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8"/>
                                    </w:rPr>
                                    <w:t>Основные</w:t>
                                  </w:r>
                                  <w:proofErr w:type="spellEnd"/>
                                  <w:r>
                                    <w:rPr>
                                      <w:spacing w:val="-8"/>
                                      <w:sz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</w:rPr>
                                    <w:t>виды</w:t>
                                  </w:r>
                                  <w:proofErr w:type="spellEnd"/>
                                  <w:r>
                                    <w:rPr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</w:rPr>
                                    <w:t>деятельности</w:t>
                                  </w:r>
                                  <w:proofErr w:type="spellEnd"/>
                                  <w:r>
                                    <w:rPr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</w:rPr>
                                    <w:t>обучающихся</w:t>
                                  </w:r>
                                  <w:proofErr w:type="spellEnd"/>
                                </w:p>
                              </w:tc>
                            </w:tr>
                            <w:tr w:rsidR="007E5438">
                              <w:trPr>
                                <w:trHeight w:val="7179"/>
                              </w:trPr>
                              <w:tc>
                                <w:tcPr>
                                  <w:tcW w:w="3256" w:type="dxa"/>
                                </w:tcPr>
                                <w:p w:rsidR="007E5438" w:rsidRPr="005C01FD" w:rsidRDefault="007E5438">
                                  <w:pPr>
                                    <w:pStyle w:val="TableParagraph"/>
                                    <w:spacing w:before="76" w:line="259" w:lineRule="auto"/>
                                    <w:ind w:right="111"/>
                                    <w:rPr>
                                      <w:sz w:val="28"/>
                                      <w:lang w:val="ru-RU"/>
                                    </w:rPr>
                                  </w:pP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Натуральные числа.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Действия</w:t>
                                  </w:r>
                                  <w:r w:rsidRPr="005C01FD">
                                    <w:rPr>
                                      <w:spacing w:val="-6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</w:t>
                                  </w:r>
                                  <w:r w:rsidRPr="005C01FD">
                                    <w:rPr>
                                      <w:spacing w:val="-9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натуральными</w:t>
                                  </w:r>
                                  <w:r w:rsidRPr="005C01FD">
                                    <w:rPr>
                                      <w:spacing w:val="-6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числами</w:t>
                                  </w:r>
                                </w:p>
                              </w:tc>
                              <w:tc>
                                <w:tcPr>
                                  <w:tcW w:w="1448" w:type="dxa"/>
                                </w:tcPr>
                                <w:p w:rsidR="007E5438" w:rsidRDefault="007E5438">
                                  <w:pPr>
                                    <w:pStyle w:val="TableParagraph"/>
                                    <w:spacing w:before="76"/>
                                    <w:ind w:right="472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43</w:t>
                                  </w:r>
                                </w:p>
                              </w:tc>
                              <w:tc>
                                <w:tcPr>
                                  <w:tcW w:w="2716" w:type="dxa"/>
                                </w:tcPr>
                                <w:p w:rsidR="007E5438" w:rsidRPr="005C01FD" w:rsidRDefault="007E5438">
                                  <w:pPr>
                                    <w:pStyle w:val="TableParagraph"/>
                                    <w:spacing w:before="76" w:line="259" w:lineRule="auto"/>
                                    <w:ind w:right="204"/>
                                    <w:rPr>
                                      <w:sz w:val="28"/>
                                      <w:lang w:val="ru-RU"/>
                                    </w:rPr>
                                  </w:pP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Десятичная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система</w:t>
                                  </w:r>
                                  <w:r w:rsidRPr="005C01FD">
                                    <w:rPr>
                                      <w:spacing w:val="-1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счисления.</w:t>
                                  </w:r>
                                  <w:r w:rsidRPr="005C01FD">
                                    <w:rPr>
                                      <w:spacing w:val="-6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Ряд натуральных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чисел.</w:t>
                                  </w:r>
                                </w:p>
                                <w:p w:rsidR="007E5438" w:rsidRPr="005C01FD" w:rsidRDefault="007E5438">
                                  <w:pPr>
                                    <w:pStyle w:val="TableParagraph"/>
                                    <w:spacing w:line="264" w:lineRule="auto"/>
                                    <w:ind w:right="368"/>
                                    <w:rPr>
                                      <w:sz w:val="28"/>
                                      <w:lang w:val="ru-RU"/>
                                    </w:rPr>
                                  </w:pP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Натуральный</w:t>
                                  </w:r>
                                  <w:r w:rsidRPr="005C01FD">
                                    <w:rPr>
                                      <w:spacing w:val="-16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ряд.</w:t>
                                  </w:r>
                                  <w:r w:rsidRPr="005C01FD">
                                    <w:rPr>
                                      <w:spacing w:val="-6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Число</w:t>
                                  </w:r>
                                  <w:r w:rsidRPr="005C01FD">
                                    <w:rPr>
                                      <w:spacing w:val="-4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0.</w:t>
                                  </w:r>
                                </w:p>
                                <w:p w:rsidR="007E5438" w:rsidRPr="005C01FD" w:rsidRDefault="007E5438">
                                  <w:pPr>
                                    <w:pStyle w:val="TableParagraph"/>
                                    <w:spacing w:line="256" w:lineRule="auto"/>
                                    <w:ind w:right="193"/>
                                    <w:rPr>
                                      <w:sz w:val="28"/>
                                      <w:lang w:val="ru-RU"/>
                                    </w:rPr>
                                  </w:pP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Натуральные</w:t>
                                  </w:r>
                                  <w:r w:rsidRPr="005C01FD">
                                    <w:rPr>
                                      <w:spacing w:val="-13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числа</w:t>
                                  </w:r>
                                  <w:r w:rsidRPr="005C01FD">
                                    <w:rPr>
                                      <w:spacing w:val="-6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на координатной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прямой.</w:t>
                                  </w:r>
                                </w:p>
                                <w:p w:rsidR="007E5438" w:rsidRPr="005C01FD" w:rsidRDefault="007E5438">
                                  <w:pPr>
                                    <w:pStyle w:val="TableParagraph"/>
                                    <w:spacing w:before="1" w:line="259" w:lineRule="auto"/>
                                    <w:ind w:right="162"/>
                                    <w:rPr>
                                      <w:sz w:val="28"/>
                                      <w:lang w:val="ru-RU"/>
                                    </w:rPr>
                                  </w:pP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Сравнение,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округление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натуральных</w:t>
                                  </w:r>
                                  <w:r w:rsidRPr="005C01FD">
                                    <w:rPr>
                                      <w:spacing w:val="-16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чисел.</w:t>
                                  </w:r>
                                  <w:r w:rsidRPr="005C01FD">
                                    <w:rPr>
                                      <w:spacing w:val="-6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Арифметические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действия</w:t>
                                  </w:r>
                                </w:p>
                                <w:p w:rsidR="007E5438" w:rsidRPr="005C01FD" w:rsidRDefault="007E5438">
                                  <w:pPr>
                                    <w:pStyle w:val="TableParagraph"/>
                                    <w:spacing w:line="259" w:lineRule="auto"/>
                                    <w:ind w:right="225"/>
                                    <w:rPr>
                                      <w:sz w:val="28"/>
                                      <w:lang w:val="ru-RU"/>
                                    </w:rPr>
                                  </w:pP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 натуральными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числами. Свойства</w:t>
                                  </w:r>
                                  <w:r w:rsidRPr="005C01FD">
                                    <w:rPr>
                                      <w:spacing w:val="-6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нуля</w:t>
                                  </w:r>
                                  <w:r w:rsidRPr="005C01FD">
                                    <w:rPr>
                                      <w:spacing w:val="-12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при</w:t>
                                  </w:r>
                                  <w:r w:rsidRPr="005C01FD">
                                    <w:rPr>
                                      <w:spacing w:val="-1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сложении</w:t>
                                  </w:r>
                                  <w:r w:rsidRPr="005C01FD">
                                    <w:rPr>
                                      <w:spacing w:val="-6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и умножении,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свойства единицы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при</w:t>
                                  </w:r>
                                  <w:r w:rsidRPr="005C01FD">
                                    <w:rPr>
                                      <w:spacing w:val="-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умножении.</w:t>
                                  </w:r>
                                </w:p>
                              </w:tc>
                              <w:tc>
                                <w:tcPr>
                                  <w:tcW w:w="7427" w:type="dxa"/>
                                </w:tcPr>
                                <w:p w:rsidR="007E5438" w:rsidRPr="005C01FD" w:rsidRDefault="007E5438">
                                  <w:pPr>
                                    <w:pStyle w:val="TableParagraph"/>
                                    <w:spacing w:before="76" w:line="259" w:lineRule="auto"/>
                                    <w:rPr>
                                      <w:sz w:val="28"/>
                                      <w:lang w:val="ru-RU"/>
                                    </w:rPr>
                                  </w:pP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Читать, записывать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 xml:space="preserve">,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 xml:space="preserve">сравнивать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натуральные числа;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предлагать</w:t>
                                  </w:r>
                                  <w:r w:rsidRPr="005C01FD">
                                    <w:rPr>
                                      <w:b/>
                                      <w:spacing w:val="-10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и</w:t>
                                  </w:r>
                                  <w:r w:rsidRPr="005C01FD">
                                    <w:rPr>
                                      <w:b/>
                                      <w:spacing w:val="-2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обсуждать</w:t>
                                  </w:r>
                                  <w:r w:rsidRPr="005C01FD">
                                    <w:rPr>
                                      <w:b/>
                                      <w:spacing w:val="-10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способы</w:t>
                                  </w:r>
                                  <w:r w:rsidRPr="005C01FD">
                                    <w:rPr>
                                      <w:b/>
                                      <w:spacing w:val="3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упорядочивания</w:t>
                                  </w:r>
                                  <w:r w:rsidRPr="005C01FD">
                                    <w:rPr>
                                      <w:spacing w:val="-5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чисел.</w:t>
                                  </w:r>
                                  <w:r w:rsidRPr="005C01FD">
                                    <w:rPr>
                                      <w:spacing w:val="-6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 xml:space="preserve">Изображать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 xml:space="preserve">координатную прямую,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 xml:space="preserve">отмечать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числа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 xml:space="preserve">точками на координатной прямой,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 xml:space="preserve">находить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координаты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точки.</w:t>
                                  </w:r>
                                </w:p>
                                <w:p w:rsidR="007E5438" w:rsidRPr="005C01FD" w:rsidRDefault="007E5438">
                                  <w:pPr>
                                    <w:pStyle w:val="TableParagraph"/>
                                    <w:spacing w:before="4" w:line="256" w:lineRule="auto"/>
                                    <w:ind w:right="625"/>
                                    <w:rPr>
                                      <w:sz w:val="28"/>
                                      <w:lang w:val="ru-RU"/>
                                    </w:rPr>
                                  </w:pP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Исследовать</w:t>
                                  </w:r>
                                  <w:r w:rsidRPr="005C01FD">
                                    <w:rPr>
                                      <w:b/>
                                      <w:spacing w:val="-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свойства</w:t>
                                  </w:r>
                                  <w:r w:rsidRPr="005C01FD">
                                    <w:rPr>
                                      <w:b/>
                                      <w:spacing w:val="-3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натурального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ряда,</w:t>
                                  </w:r>
                                  <w:r w:rsidRPr="005C01FD">
                                    <w:rPr>
                                      <w:spacing w:val="-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чисел</w:t>
                                  </w:r>
                                  <w:r w:rsidRPr="005C01FD">
                                    <w:rPr>
                                      <w:spacing w:val="-5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0 и</w:t>
                                  </w:r>
                                  <w:r w:rsidRPr="005C01FD">
                                    <w:rPr>
                                      <w:spacing w:val="-9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1</w:t>
                                  </w:r>
                                  <w:r w:rsidRPr="005C01FD">
                                    <w:rPr>
                                      <w:spacing w:val="-6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при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сложении</w:t>
                                  </w:r>
                                  <w:r w:rsidRPr="005C01FD">
                                    <w:rPr>
                                      <w:spacing w:val="2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и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умножении.</w:t>
                                  </w:r>
                                </w:p>
                                <w:p w:rsidR="007E5438" w:rsidRPr="005C01FD" w:rsidRDefault="007E5438">
                                  <w:pPr>
                                    <w:pStyle w:val="TableParagraph"/>
                                    <w:spacing w:before="3" w:line="261" w:lineRule="auto"/>
                                    <w:rPr>
                                      <w:sz w:val="28"/>
                                      <w:lang w:val="ru-RU"/>
                                    </w:rPr>
                                  </w:pP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 xml:space="preserve">Использовать правило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округления натуральных чисел.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Выполнять</w:t>
                                  </w:r>
                                  <w:r w:rsidRPr="005C01FD">
                                    <w:rPr>
                                      <w:b/>
                                      <w:spacing w:val="-9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арифметические</w:t>
                                  </w:r>
                                  <w:r w:rsidRPr="005C01FD">
                                    <w:rPr>
                                      <w:b/>
                                      <w:spacing w:val="-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 xml:space="preserve">действия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</w:t>
                                  </w:r>
                                  <w:r w:rsidRPr="005C01FD">
                                    <w:rPr>
                                      <w:spacing w:val="-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натуральными</w:t>
                                  </w:r>
                                  <w:r w:rsidRPr="005C01FD">
                                    <w:rPr>
                                      <w:spacing w:val="-6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числами,</w:t>
                                  </w:r>
                                  <w:r w:rsidRPr="005C01FD">
                                    <w:rPr>
                                      <w:spacing w:val="2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вычислять</w:t>
                                  </w:r>
                                  <w:r w:rsidRPr="005C01FD">
                                    <w:rPr>
                                      <w:b/>
                                      <w:spacing w:val="-5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значения числовых</w:t>
                                  </w:r>
                                  <w:r w:rsidRPr="005C01FD">
                                    <w:rPr>
                                      <w:spacing w:val="-6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выражений</w:t>
                                  </w:r>
                                </w:p>
                                <w:p w:rsidR="007E5438" w:rsidRPr="005C01FD" w:rsidRDefault="007E5438">
                                  <w:pPr>
                                    <w:pStyle w:val="TableParagraph"/>
                                    <w:spacing w:line="314" w:lineRule="exact"/>
                                    <w:rPr>
                                      <w:sz w:val="28"/>
                                      <w:lang w:val="ru-RU"/>
                                    </w:rPr>
                                  </w:pP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со</w:t>
                                  </w:r>
                                  <w:r w:rsidRPr="005C01FD">
                                    <w:rPr>
                                      <w:spacing w:val="-6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скобками</w:t>
                                  </w:r>
                                  <w:r w:rsidRPr="005C01FD">
                                    <w:rPr>
                                      <w:spacing w:val="-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и</w:t>
                                  </w:r>
                                  <w:r w:rsidRPr="005C01FD">
                                    <w:rPr>
                                      <w:spacing w:val="-2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без</w:t>
                                  </w:r>
                                  <w:r w:rsidRPr="005C01FD">
                                    <w:rPr>
                                      <w:spacing w:val="-4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скобок.</w:t>
                                  </w:r>
                                </w:p>
                                <w:p w:rsidR="007E5438" w:rsidRPr="005C01FD" w:rsidRDefault="007E5438">
                                  <w:pPr>
                                    <w:pStyle w:val="TableParagraph"/>
                                    <w:spacing w:before="24" w:line="261" w:lineRule="auto"/>
                                    <w:ind w:right="625"/>
                                    <w:rPr>
                                      <w:sz w:val="28"/>
                                      <w:lang w:val="ru-RU"/>
                                    </w:rPr>
                                  </w:pP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 xml:space="preserve">Записывать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 xml:space="preserve">произведение в виде степени,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читать</w:t>
                                  </w:r>
                                  <w:r w:rsidRPr="005C01FD">
                                    <w:rPr>
                                      <w:b/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степени,</w:t>
                                  </w:r>
                                  <w:r w:rsidRPr="005C01FD">
                                    <w:rPr>
                                      <w:spacing w:val="-8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использовать</w:t>
                                  </w:r>
                                  <w:r w:rsidRPr="005C01FD">
                                    <w:rPr>
                                      <w:b/>
                                      <w:spacing w:val="-14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терминологию</w:t>
                                  </w:r>
                                  <w:r w:rsidRPr="005C01FD">
                                    <w:rPr>
                                      <w:b/>
                                      <w:spacing w:val="-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(основание,</w:t>
                                  </w:r>
                                  <w:r w:rsidRPr="005C01FD">
                                    <w:rPr>
                                      <w:spacing w:val="-6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показатель),</w:t>
                                  </w:r>
                                  <w:r w:rsidRPr="005C01FD">
                                    <w:rPr>
                                      <w:spacing w:val="3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вычислять</w:t>
                                  </w:r>
                                  <w:r w:rsidRPr="005C01FD">
                                    <w:rPr>
                                      <w:b/>
                                      <w:spacing w:val="-5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значения</w:t>
                                  </w:r>
                                  <w:r w:rsidRPr="005C01FD">
                                    <w:rPr>
                                      <w:b/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степеней.</w:t>
                                  </w:r>
                                </w:p>
                                <w:p w:rsidR="007E5438" w:rsidRPr="005C01FD" w:rsidRDefault="007E5438">
                                  <w:pPr>
                                    <w:pStyle w:val="TableParagraph"/>
                                    <w:spacing w:line="256" w:lineRule="auto"/>
                                    <w:rPr>
                                      <w:sz w:val="28"/>
                                      <w:lang w:val="ru-RU"/>
                                    </w:rPr>
                                  </w:pP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 xml:space="preserve">Выполнять прикидку и оценку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значений числовых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выражений,</w:t>
                                  </w:r>
                                  <w:r w:rsidRPr="005C01FD">
                                    <w:rPr>
                                      <w:spacing w:val="-2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предлагать</w:t>
                                  </w:r>
                                  <w:r w:rsidRPr="005C01FD">
                                    <w:rPr>
                                      <w:b/>
                                      <w:spacing w:val="-8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и</w:t>
                                  </w:r>
                                  <w:r w:rsidRPr="005C01FD">
                                    <w:rPr>
                                      <w:b/>
                                      <w:spacing w:val="-8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применять</w:t>
                                  </w:r>
                                  <w:r w:rsidRPr="005C01FD">
                                    <w:rPr>
                                      <w:b/>
                                      <w:spacing w:val="-8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приёмы</w:t>
                                  </w:r>
                                  <w:r w:rsidRPr="005C01FD">
                                    <w:rPr>
                                      <w:b/>
                                      <w:spacing w:val="-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проверки</w:t>
                                  </w:r>
                                  <w:r w:rsidRPr="005C01FD">
                                    <w:rPr>
                                      <w:b/>
                                      <w:spacing w:val="-67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вычислений.</w:t>
                                  </w:r>
                                </w:p>
                                <w:p w:rsidR="007E5438" w:rsidRPr="005C01FD" w:rsidRDefault="007E5438">
                                  <w:pPr>
                                    <w:pStyle w:val="TableParagraph"/>
                                    <w:spacing w:before="3" w:line="256" w:lineRule="auto"/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</w:pP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 xml:space="preserve">Использовать при вычислениях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переместительное и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сочетательное свойства сложения и умножения,</w:t>
                                  </w:r>
                                  <w:r w:rsidRPr="005C01FD">
                                    <w:rPr>
                                      <w:spacing w:val="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распределительное</w:t>
                                  </w:r>
                                  <w:r w:rsidRPr="005C01FD">
                                    <w:rPr>
                                      <w:spacing w:val="-12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свойство</w:t>
                                  </w:r>
                                  <w:r w:rsidRPr="005C01FD">
                                    <w:rPr>
                                      <w:spacing w:val="-6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sz w:val="28"/>
                                      <w:lang w:val="ru-RU"/>
                                    </w:rPr>
                                    <w:t>умножения;</w:t>
                                  </w:r>
                                  <w:r w:rsidRPr="005C01FD">
                                    <w:rPr>
                                      <w:spacing w:val="-1"/>
                                      <w:sz w:val="28"/>
                                      <w:lang w:val="ru-RU"/>
                                    </w:rPr>
                                    <w:t xml:space="preserve"> </w:t>
                                  </w:r>
                                  <w:r w:rsidRPr="005C01FD">
                                    <w:rPr>
                                      <w:b/>
                                      <w:sz w:val="28"/>
                                      <w:lang w:val="ru-RU"/>
                                    </w:rPr>
                                    <w:t>формулировать</w:t>
                                  </w:r>
                                </w:p>
                              </w:tc>
                            </w:tr>
                          </w:tbl>
                          <w:p w:rsidR="007E5438" w:rsidRDefault="007E5438" w:rsidP="005C01FD">
                            <w:pPr>
                              <w:pStyle w:val="a5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8" o:spid="_x0000_s1026" type="#_x0000_t202" style="position:absolute;margin-left:56.55pt;margin-top:60.25pt;width:742.85pt;height:406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56"/>
                        <w:gridCol w:w="1448"/>
                        <w:gridCol w:w="2716"/>
                        <w:gridCol w:w="7427"/>
                      </w:tblGrid>
                      <w:tr w:rsidR="007E5438">
                        <w:trPr>
                          <w:trHeight w:val="912"/>
                        </w:trPr>
                        <w:tc>
                          <w:tcPr>
                            <w:tcW w:w="3256" w:type="dxa"/>
                          </w:tcPr>
                          <w:p w:rsidR="007E5438" w:rsidRDefault="007E5438">
                            <w:pPr>
                              <w:pStyle w:val="TableParagraph"/>
                              <w:spacing w:before="75" w:line="259" w:lineRule="auto"/>
                              <w:ind w:right="244"/>
                              <w:rPr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</w:rPr>
                              <w:t>Наименование</w:t>
                            </w:r>
                            <w:proofErr w:type="spellEnd"/>
                            <w:r>
                              <w:rPr>
                                <w:spacing w:val="-17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раздела</w:t>
                            </w:r>
                            <w:proofErr w:type="spellEnd"/>
                            <w:r>
                              <w:rPr>
                                <w:spacing w:val="-6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темы</w:t>
                            </w:r>
                            <w:proofErr w:type="spellEnd"/>
                            <w:r>
                              <w:rPr>
                                <w:sz w:val="28"/>
                              </w:rPr>
                              <w:t>)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курса</w:t>
                            </w:r>
                            <w:proofErr w:type="spellEnd"/>
                          </w:p>
                        </w:tc>
                        <w:tc>
                          <w:tcPr>
                            <w:tcW w:w="1448" w:type="dxa"/>
                          </w:tcPr>
                          <w:p w:rsidR="007E5438" w:rsidRDefault="007E5438">
                            <w:pPr>
                              <w:pStyle w:val="TableParagraph"/>
                              <w:spacing w:before="75" w:line="259" w:lineRule="auto"/>
                              <w:ind w:right="-3"/>
                              <w:rPr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spacing w:val="-1"/>
                                <w:sz w:val="28"/>
                              </w:rPr>
                              <w:t>Количество</w:t>
                            </w:r>
                            <w:proofErr w:type="spellEnd"/>
                            <w:r>
                              <w:rPr>
                                <w:spacing w:val="-67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часов</w:t>
                            </w:r>
                            <w:proofErr w:type="spellEnd"/>
                          </w:p>
                        </w:tc>
                        <w:tc>
                          <w:tcPr>
                            <w:tcW w:w="2716" w:type="dxa"/>
                          </w:tcPr>
                          <w:p w:rsidR="007E5438" w:rsidRDefault="007E5438">
                            <w:pPr>
                              <w:pStyle w:val="TableParagraph"/>
                              <w:spacing w:before="75" w:line="259" w:lineRule="auto"/>
                              <w:ind w:right="626"/>
                              <w:rPr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</w:rPr>
                              <w:t>Основное</w:t>
                            </w:r>
                            <w:proofErr w:type="spellEnd"/>
                            <w:r>
                              <w:rPr>
                                <w:spacing w:val="1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1"/>
                                <w:sz w:val="28"/>
                              </w:rPr>
                              <w:t>содержание</w:t>
                            </w:r>
                            <w:proofErr w:type="spellEnd"/>
                          </w:p>
                        </w:tc>
                        <w:tc>
                          <w:tcPr>
                            <w:tcW w:w="7427" w:type="dxa"/>
                          </w:tcPr>
                          <w:p w:rsidR="007E5438" w:rsidRDefault="007E5438">
                            <w:pPr>
                              <w:pStyle w:val="TableParagraph"/>
                              <w:spacing w:before="75"/>
                              <w:ind w:right="1052"/>
                              <w:jc w:val="center"/>
                              <w:rPr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</w:rPr>
                              <w:t>Основные</w:t>
                            </w:r>
                            <w:proofErr w:type="spellEnd"/>
                            <w:r>
                              <w:rPr>
                                <w:spacing w:val="-8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виды</w:t>
                            </w:r>
                            <w:proofErr w:type="spellEnd"/>
                            <w:r>
                              <w:rPr>
                                <w:spacing w:val="-6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деятельности</w:t>
                            </w:r>
                            <w:proofErr w:type="spellEnd"/>
                            <w:r>
                              <w:rPr>
                                <w:spacing w:val="-5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обучающихся</w:t>
                            </w:r>
                            <w:proofErr w:type="spellEnd"/>
                          </w:p>
                        </w:tc>
                      </w:tr>
                      <w:tr w:rsidR="007E5438">
                        <w:trPr>
                          <w:trHeight w:val="7179"/>
                        </w:trPr>
                        <w:tc>
                          <w:tcPr>
                            <w:tcW w:w="3256" w:type="dxa"/>
                          </w:tcPr>
                          <w:p w:rsidR="007E5438" w:rsidRPr="005C01FD" w:rsidRDefault="007E5438">
                            <w:pPr>
                              <w:pStyle w:val="TableParagraph"/>
                              <w:spacing w:before="76" w:line="259" w:lineRule="auto"/>
                              <w:ind w:right="111"/>
                              <w:rPr>
                                <w:sz w:val="28"/>
                                <w:lang w:val="ru-RU"/>
                              </w:rPr>
                            </w:pPr>
                            <w:r w:rsidRPr="005C01FD">
                              <w:rPr>
                                <w:sz w:val="28"/>
                                <w:lang w:val="ru-RU"/>
                              </w:rPr>
                              <w:t>Натуральные числа.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Действия</w:t>
                            </w:r>
                            <w:r w:rsidRPr="005C01FD">
                              <w:rPr>
                                <w:spacing w:val="-6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с</w:t>
                            </w:r>
                            <w:r w:rsidRPr="005C01FD">
                              <w:rPr>
                                <w:spacing w:val="-9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натуральными</w:t>
                            </w:r>
                            <w:r w:rsidRPr="005C01FD">
                              <w:rPr>
                                <w:spacing w:val="-6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числами</w:t>
                            </w:r>
                          </w:p>
                        </w:tc>
                        <w:tc>
                          <w:tcPr>
                            <w:tcW w:w="1448" w:type="dxa"/>
                          </w:tcPr>
                          <w:p w:rsidR="007E5438" w:rsidRDefault="007E5438">
                            <w:pPr>
                              <w:pStyle w:val="TableParagraph"/>
                              <w:spacing w:before="76"/>
                              <w:ind w:right="472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43</w:t>
                            </w:r>
                          </w:p>
                        </w:tc>
                        <w:tc>
                          <w:tcPr>
                            <w:tcW w:w="2716" w:type="dxa"/>
                          </w:tcPr>
                          <w:p w:rsidR="007E5438" w:rsidRPr="005C01FD" w:rsidRDefault="007E5438">
                            <w:pPr>
                              <w:pStyle w:val="TableParagraph"/>
                              <w:spacing w:before="76" w:line="259" w:lineRule="auto"/>
                              <w:ind w:right="204"/>
                              <w:rPr>
                                <w:sz w:val="28"/>
                                <w:lang w:val="ru-RU"/>
                              </w:rPr>
                            </w:pPr>
                            <w:r w:rsidRPr="005C01FD">
                              <w:rPr>
                                <w:sz w:val="28"/>
                                <w:lang w:val="ru-RU"/>
                              </w:rPr>
                              <w:t>Десятичная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система</w:t>
                            </w:r>
                            <w:r w:rsidRPr="005C01FD">
                              <w:rPr>
                                <w:spacing w:val="-1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счисления.</w:t>
                            </w:r>
                            <w:r w:rsidRPr="005C01FD">
                              <w:rPr>
                                <w:spacing w:val="-6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Ряд натуральных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чисел.</w:t>
                            </w:r>
                          </w:p>
                          <w:p w:rsidR="007E5438" w:rsidRPr="005C01FD" w:rsidRDefault="007E5438">
                            <w:pPr>
                              <w:pStyle w:val="TableParagraph"/>
                              <w:spacing w:line="264" w:lineRule="auto"/>
                              <w:ind w:right="368"/>
                              <w:rPr>
                                <w:sz w:val="28"/>
                                <w:lang w:val="ru-RU"/>
                              </w:rPr>
                            </w:pPr>
                            <w:r w:rsidRPr="005C01FD">
                              <w:rPr>
                                <w:sz w:val="28"/>
                                <w:lang w:val="ru-RU"/>
                              </w:rPr>
                              <w:t>Натуральный</w:t>
                            </w:r>
                            <w:r w:rsidRPr="005C01FD">
                              <w:rPr>
                                <w:spacing w:val="-16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ряд.</w:t>
                            </w:r>
                            <w:r w:rsidRPr="005C01FD">
                              <w:rPr>
                                <w:spacing w:val="-6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Число</w:t>
                            </w:r>
                            <w:r w:rsidRPr="005C01FD">
                              <w:rPr>
                                <w:spacing w:val="-4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0.</w:t>
                            </w:r>
                          </w:p>
                          <w:p w:rsidR="007E5438" w:rsidRPr="005C01FD" w:rsidRDefault="007E5438">
                            <w:pPr>
                              <w:pStyle w:val="TableParagraph"/>
                              <w:spacing w:line="256" w:lineRule="auto"/>
                              <w:ind w:right="193"/>
                              <w:rPr>
                                <w:sz w:val="28"/>
                                <w:lang w:val="ru-RU"/>
                              </w:rPr>
                            </w:pPr>
                            <w:r w:rsidRPr="005C01FD">
                              <w:rPr>
                                <w:sz w:val="28"/>
                                <w:lang w:val="ru-RU"/>
                              </w:rPr>
                              <w:t>Натуральные</w:t>
                            </w:r>
                            <w:r w:rsidRPr="005C01FD">
                              <w:rPr>
                                <w:spacing w:val="-13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числа</w:t>
                            </w:r>
                            <w:r w:rsidRPr="005C01FD">
                              <w:rPr>
                                <w:spacing w:val="-6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на координатной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прямой.</w:t>
                            </w:r>
                          </w:p>
                          <w:p w:rsidR="007E5438" w:rsidRPr="005C01FD" w:rsidRDefault="007E5438">
                            <w:pPr>
                              <w:pStyle w:val="TableParagraph"/>
                              <w:spacing w:before="1" w:line="259" w:lineRule="auto"/>
                              <w:ind w:right="162"/>
                              <w:rPr>
                                <w:sz w:val="28"/>
                                <w:lang w:val="ru-RU"/>
                              </w:rPr>
                            </w:pPr>
                            <w:r w:rsidRPr="005C01FD">
                              <w:rPr>
                                <w:sz w:val="28"/>
                                <w:lang w:val="ru-RU"/>
                              </w:rPr>
                              <w:t>Сравнение,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округление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натуральных</w:t>
                            </w:r>
                            <w:r w:rsidRPr="005C01FD">
                              <w:rPr>
                                <w:spacing w:val="-16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чисел.</w:t>
                            </w:r>
                            <w:r w:rsidRPr="005C01FD">
                              <w:rPr>
                                <w:spacing w:val="-6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Арифметические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действия</w:t>
                            </w:r>
                          </w:p>
                          <w:p w:rsidR="007E5438" w:rsidRPr="005C01FD" w:rsidRDefault="007E5438">
                            <w:pPr>
                              <w:pStyle w:val="TableParagraph"/>
                              <w:spacing w:line="259" w:lineRule="auto"/>
                              <w:ind w:right="225"/>
                              <w:rPr>
                                <w:sz w:val="28"/>
                                <w:lang w:val="ru-RU"/>
                              </w:rPr>
                            </w:pPr>
                            <w:r w:rsidRPr="005C01FD">
                              <w:rPr>
                                <w:sz w:val="28"/>
                                <w:lang w:val="ru-RU"/>
                              </w:rPr>
                              <w:t>с натуральными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числами. Свойства</w:t>
                            </w:r>
                            <w:r w:rsidRPr="005C01FD">
                              <w:rPr>
                                <w:spacing w:val="-6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нуля</w:t>
                            </w:r>
                            <w:r w:rsidRPr="005C01FD">
                              <w:rPr>
                                <w:spacing w:val="-12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при</w:t>
                            </w:r>
                            <w:r w:rsidRPr="005C01FD">
                              <w:rPr>
                                <w:spacing w:val="-1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сложении</w:t>
                            </w:r>
                            <w:r w:rsidRPr="005C01FD">
                              <w:rPr>
                                <w:spacing w:val="-6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и умножении,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свойства единицы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при</w:t>
                            </w:r>
                            <w:r w:rsidRPr="005C01FD">
                              <w:rPr>
                                <w:spacing w:val="-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умножении.</w:t>
                            </w:r>
                          </w:p>
                        </w:tc>
                        <w:tc>
                          <w:tcPr>
                            <w:tcW w:w="7427" w:type="dxa"/>
                          </w:tcPr>
                          <w:p w:rsidR="007E5438" w:rsidRPr="005C01FD" w:rsidRDefault="007E5438">
                            <w:pPr>
                              <w:pStyle w:val="TableParagraph"/>
                              <w:spacing w:before="76" w:line="259" w:lineRule="auto"/>
                              <w:rPr>
                                <w:sz w:val="28"/>
                                <w:lang w:val="ru-RU"/>
                              </w:rPr>
                            </w:pP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Читать, записывать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 xml:space="preserve">,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 xml:space="preserve">сравнивать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натуральные числа;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предлагать</w:t>
                            </w:r>
                            <w:r w:rsidRPr="005C01FD">
                              <w:rPr>
                                <w:b/>
                                <w:spacing w:val="-10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и</w:t>
                            </w:r>
                            <w:r w:rsidRPr="005C01FD">
                              <w:rPr>
                                <w:b/>
                                <w:spacing w:val="-2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обсуждать</w:t>
                            </w:r>
                            <w:r w:rsidRPr="005C01FD">
                              <w:rPr>
                                <w:b/>
                                <w:spacing w:val="-10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способы</w:t>
                            </w:r>
                            <w:r w:rsidRPr="005C01FD">
                              <w:rPr>
                                <w:b/>
                                <w:spacing w:val="3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упорядочивания</w:t>
                            </w:r>
                            <w:r w:rsidRPr="005C01FD">
                              <w:rPr>
                                <w:spacing w:val="-5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чисел.</w:t>
                            </w:r>
                            <w:r w:rsidRPr="005C01FD">
                              <w:rPr>
                                <w:spacing w:val="-6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 xml:space="preserve">Изображать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 xml:space="preserve">координатную прямую,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 xml:space="preserve">отмечать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числа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 xml:space="preserve">точками на координатной прямой,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 xml:space="preserve">находить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координаты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точки.</w:t>
                            </w:r>
                          </w:p>
                          <w:p w:rsidR="007E5438" w:rsidRPr="005C01FD" w:rsidRDefault="007E5438">
                            <w:pPr>
                              <w:pStyle w:val="TableParagraph"/>
                              <w:spacing w:before="4" w:line="256" w:lineRule="auto"/>
                              <w:ind w:right="625"/>
                              <w:rPr>
                                <w:sz w:val="28"/>
                                <w:lang w:val="ru-RU"/>
                              </w:rPr>
                            </w:pP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Исследовать</w:t>
                            </w:r>
                            <w:r w:rsidRPr="005C01FD">
                              <w:rPr>
                                <w:b/>
                                <w:spacing w:val="-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свойства</w:t>
                            </w:r>
                            <w:r w:rsidRPr="005C01FD">
                              <w:rPr>
                                <w:b/>
                                <w:spacing w:val="-3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натурального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ряда,</w:t>
                            </w:r>
                            <w:r w:rsidRPr="005C01FD">
                              <w:rPr>
                                <w:spacing w:val="-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чисел</w:t>
                            </w:r>
                            <w:r w:rsidRPr="005C01FD">
                              <w:rPr>
                                <w:spacing w:val="-5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0 и</w:t>
                            </w:r>
                            <w:r w:rsidRPr="005C01FD">
                              <w:rPr>
                                <w:spacing w:val="-9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1</w:t>
                            </w:r>
                            <w:r w:rsidRPr="005C01FD">
                              <w:rPr>
                                <w:spacing w:val="-6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при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сложении</w:t>
                            </w:r>
                            <w:r w:rsidRPr="005C01FD">
                              <w:rPr>
                                <w:spacing w:val="2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и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умножении.</w:t>
                            </w:r>
                          </w:p>
                          <w:p w:rsidR="007E5438" w:rsidRPr="005C01FD" w:rsidRDefault="007E5438">
                            <w:pPr>
                              <w:pStyle w:val="TableParagraph"/>
                              <w:spacing w:before="3" w:line="261" w:lineRule="auto"/>
                              <w:rPr>
                                <w:sz w:val="28"/>
                                <w:lang w:val="ru-RU"/>
                              </w:rPr>
                            </w:pP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 xml:space="preserve">Использовать правило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округления натуральных чисел.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Выполнять</w:t>
                            </w:r>
                            <w:r w:rsidRPr="005C01FD">
                              <w:rPr>
                                <w:b/>
                                <w:spacing w:val="-9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арифметические</w:t>
                            </w:r>
                            <w:r w:rsidRPr="005C01FD">
                              <w:rPr>
                                <w:b/>
                                <w:spacing w:val="-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 xml:space="preserve">действия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с</w:t>
                            </w:r>
                            <w:r w:rsidRPr="005C01FD">
                              <w:rPr>
                                <w:spacing w:val="-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натуральными</w:t>
                            </w:r>
                            <w:r w:rsidRPr="005C01FD">
                              <w:rPr>
                                <w:spacing w:val="-6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числами,</w:t>
                            </w:r>
                            <w:r w:rsidRPr="005C01FD">
                              <w:rPr>
                                <w:spacing w:val="2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вычислять</w:t>
                            </w:r>
                            <w:r w:rsidRPr="005C01FD">
                              <w:rPr>
                                <w:b/>
                                <w:spacing w:val="-5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значения числовых</w:t>
                            </w:r>
                            <w:r w:rsidRPr="005C01FD">
                              <w:rPr>
                                <w:spacing w:val="-6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выражений</w:t>
                            </w:r>
                          </w:p>
                          <w:p w:rsidR="007E5438" w:rsidRPr="005C01FD" w:rsidRDefault="007E5438">
                            <w:pPr>
                              <w:pStyle w:val="TableParagraph"/>
                              <w:spacing w:line="314" w:lineRule="exact"/>
                              <w:rPr>
                                <w:sz w:val="28"/>
                                <w:lang w:val="ru-RU"/>
                              </w:rPr>
                            </w:pPr>
                            <w:r w:rsidRPr="005C01FD">
                              <w:rPr>
                                <w:sz w:val="28"/>
                                <w:lang w:val="ru-RU"/>
                              </w:rPr>
                              <w:t>со</w:t>
                            </w:r>
                            <w:r w:rsidRPr="005C01FD">
                              <w:rPr>
                                <w:spacing w:val="-6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скобками</w:t>
                            </w:r>
                            <w:r w:rsidRPr="005C01FD">
                              <w:rPr>
                                <w:spacing w:val="-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и</w:t>
                            </w:r>
                            <w:r w:rsidRPr="005C01FD">
                              <w:rPr>
                                <w:spacing w:val="-2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без</w:t>
                            </w:r>
                            <w:r w:rsidRPr="005C01FD">
                              <w:rPr>
                                <w:spacing w:val="-4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скобок.</w:t>
                            </w:r>
                          </w:p>
                          <w:p w:rsidR="007E5438" w:rsidRPr="005C01FD" w:rsidRDefault="007E5438">
                            <w:pPr>
                              <w:pStyle w:val="TableParagraph"/>
                              <w:spacing w:before="24" w:line="261" w:lineRule="auto"/>
                              <w:ind w:right="625"/>
                              <w:rPr>
                                <w:sz w:val="28"/>
                                <w:lang w:val="ru-RU"/>
                              </w:rPr>
                            </w:pP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 xml:space="preserve">Записывать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 xml:space="preserve">произведение в виде степени,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читать</w:t>
                            </w:r>
                            <w:r w:rsidRPr="005C01FD">
                              <w:rPr>
                                <w:b/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степени,</w:t>
                            </w:r>
                            <w:r w:rsidRPr="005C01FD">
                              <w:rPr>
                                <w:spacing w:val="-8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использовать</w:t>
                            </w:r>
                            <w:r w:rsidRPr="005C01FD">
                              <w:rPr>
                                <w:b/>
                                <w:spacing w:val="-14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терминологию</w:t>
                            </w:r>
                            <w:r w:rsidRPr="005C01FD">
                              <w:rPr>
                                <w:b/>
                                <w:spacing w:val="-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(основание,</w:t>
                            </w:r>
                            <w:r w:rsidRPr="005C01FD">
                              <w:rPr>
                                <w:spacing w:val="-6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показатель),</w:t>
                            </w:r>
                            <w:r w:rsidRPr="005C01FD">
                              <w:rPr>
                                <w:spacing w:val="3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вычислять</w:t>
                            </w:r>
                            <w:r w:rsidRPr="005C01FD">
                              <w:rPr>
                                <w:b/>
                                <w:spacing w:val="-5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значения</w:t>
                            </w:r>
                            <w:r w:rsidRPr="005C01FD">
                              <w:rPr>
                                <w:b/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степеней.</w:t>
                            </w:r>
                          </w:p>
                          <w:p w:rsidR="007E5438" w:rsidRPr="005C01FD" w:rsidRDefault="007E5438">
                            <w:pPr>
                              <w:pStyle w:val="TableParagraph"/>
                              <w:spacing w:line="256" w:lineRule="auto"/>
                              <w:rPr>
                                <w:sz w:val="28"/>
                                <w:lang w:val="ru-RU"/>
                              </w:rPr>
                            </w:pP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 xml:space="preserve">Выполнять прикидку и оценку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значений числовых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выражений,</w:t>
                            </w:r>
                            <w:r w:rsidRPr="005C01FD">
                              <w:rPr>
                                <w:spacing w:val="-2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предлагать</w:t>
                            </w:r>
                            <w:r w:rsidRPr="005C01FD">
                              <w:rPr>
                                <w:b/>
                                <w:spacing w:val="-8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и</w:t>
                            </w:r>
                            <w:r w:rsidRPr="005C01FD">
                              <w:rPr>
                                <w:b/>
                                <w:spacing w:val="-8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применять</w:t>
                            </w:r>
                            <w:r w:rsidRPr="005C01FD">
                              <w:rPr>
                                <w:b/>
                                <w:spacing w:val="-8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приёмы</w:t>
                            </w:r>
                            <w:r w:rsidRPr="005C01FD">
                              <w:rPr>
                                <w:b/>
                                <w:spacing w:val="-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проверки</w:t>
                            </w:r>
                            <w:r w:rsidRPr="005C01FD">
                              <w:rPr>
                                <w:b/>
                                <w:spacing w:val="-67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вычислений.</w:t>
                            </w:r>
                          </w:p>
                          <w:p w:rsidR="007E5438" w:rsidRPr="005C01FD" w:rsidRDefault="007E5438">
                            <w:pPr>
                              <w:pStyle w:val="TableParagraph"/>
                              <w:spacing w:before="3" w:line="256" w:lineRule="auto"/>
                              <w:rPr>
                                <w:b/>
                                <w:sz w:val="28"/>
                                <w:lang w:val="ru-RU"/>
                              </w:rPr>
                            </w:pP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 xml:space="preserve">Использовать при вычислениях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переместительное и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сочетательное свойства сложения и умножения,</w:t>
                            </w:r>
                            <w:r w:rsidRPr="005C01FD">
                              <w:rPr>
                                <w:spacing w:val="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распределительное</w:t>
                            </w:r>
                            <w:r w:rsidRPr="005C01FD">
                              <w:rPr>
                                <w:spacing w:val="-12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свойство</w:t>
                            </w:r>
                            <w:r w:rsidRPr="005C01FD">
                              <w:rPr>
                                <w:spacing w:val="-6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sz w:val="28"/>
                                <w:lang w:val="ru-RU"/>
                              </w:rPr>
                              <w:t>умножения;</w:t>
                            </w:r>
                            <w:r w:rsidRPr="005C01FD">
                              <w:rPr>
                                <w:spacing w:val="-1"/>
                                <w:sz w:val="28"/>
                                <w:lang w:val="ru-RU"/>
                              </w:rPr>
                              <w:t xml:space="preserve"> </w:t>
                            </w:r>
                            <w:r w:rsidRPr="005C01FD">
                              <w:rPr>
                                <w:b/>
                                <w:sz w:val="28"/>
                                <w:lang w:val="ru-RU"/>
                              </w:rPr>
                              <w:t>формулировать</w:t>
                            </w:r>
                          </w:p>
                        </w:tc>
                      </w:tr>
                    </w:tbl>
                    <w:p w:rsidR="007E5438" w:rsidRDefault="007E5438" w:rsidP="005C01FD">
                      <w:pPr>
                        <w:pStyle w:val="a5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2" w:name="_bookmark11"/>
      <w:bookmarkEnd w:id="12"/>
      <w:r w:rsidRPr="003B11F3">
        <w:rPr>
          <w:b/>
          <w:bCs/>
          <w:sz w:val="28"/>
          <w:szCs w:val="28"/>
        </w:rPr>
        <w:t>ТЕМАТИЧЕСКОЕ ПЛАНИРОВАНИЕ</w:t>
      </w:r>
      <w:r w:rsidRPr="003B11F3">
        <w:rPr>
          <w:b/>
          <w:bCs/>
          <w:spacing w:val="-67"/>
          <w:sz w:val="28"/>
          <w:szCs w:val="28"/>
        </w:rPr>
        <w:t xml:space="preserve"> </w:t>
      </w:r>
      <w:bookmarkStart w:id="13" w:name="_bookmark12"/>
      <w:bookmarkEnd w:id="13"/>
      <w:r w:rsidRPr="003B11F3">
        <w:rPr>
          <w:b/>
          <w:bCs/>
          <w:sz w:val="28"/>
          <w:szCs w:val="28"/>
        </w:rPr>
        <w:t>5</w:t>
      </w:r>
      <w:r w:rsidRPr="003B11F3">
        <w:rPr>
          <w:b/>
          <w:bCs/>
          <w:spacing w:val="3"/>
          <w:sz w:val="28"/>
          <w:szCs w:val="28"/>
        </w:rPr>
        <w:t xml:space="preserve"> </w:t>
      </w:r>
      <w:r w:rsidRPr="003B11F3">
        <w:rPr>
          <w:b/>
          <w:bCs/>
          <w:sz w:val="28"/>
          <w:szCs w:val="28"/>
        </w:rPr>
        <w:t>КЛАСС</w:t>
      </w:r>
    </w:p>
    <w:p w:rsidR="005C01FD" w:rsidRPr="003B11F3" w:rsidRDefault="005C01FD" w:rsidP="005C01FD">
      <w:pPr>
        <w:spacing w:line="472" w:lineRule="auto"/>
        <w:sectPr w:rsidR="005C01FD" w:rsidRPr="003B11F3">
          <w:headerReference w:type="default" r:id="rId12"/>
          <w:footerReference w:type="default" r:id="rId13"/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48"/>
        <w:gridCol w:w="2716"/>
        <w:gridCol w:w="7427"/>
      </w:tblGrid>
      <w:tr w:rsidR="005C01FD" w:rsidRPr="003B11F3" w:rsidTr="007E5438">
        <w:trPr>
          <w:trHeight w:val="9261"/>
        </w:trPr>
        <w:tc>
          <w:tcPr>
            <w:tcW w:w="3256" w:type="dxa"/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1448" w:type="dxa"/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2716" w:type="dxa"/>
          </w:tcPr>
          <w:p w:rsidR="005C01FD" w:rsidRPr="005C01FD" w:rsidRDefault="005C01FD" w:rsidP="007E5438">
            <w:pPr>
              <w:spacing w:before="75" w:line="259" w:lineRule="auto"/>
              <w:ind w:right="241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Переместительное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 сочетательное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свойства сложения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 умножения,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pacing w:val="-1"/>
                <w:sz w:val="28"/>
                <w:lang w:val="ru-RU"/>
              </w:rPr>
              <w:t>распределительное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свойство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умножения.</w:t>
            </w:r>
          </w:p>
          <w:p w:rsidR="005C01FD" w:rsidRPr="005C01FD" w:rsidRDefault="005C01FD" w:rsidP="007E5438">
            <w:pPr>
              <w:spacing w:before="1" w:line="259" w:lineRule="auto"/>
              <w:ind w:right="377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Делители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кратные числа,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pacing w:val="-1"/>
                <w:sz w:val="28"/>
                <w:lang w:val="ru-RU"/>
              </w:rPr>
              <w:t xml:space="preserve">разложение </w:t>
            </w:r>
            <w:r w:rsidRPr="005C01FD">
              <w:rPr>
                <w:sz w:val="28"/>
                <w:lang w:val="ru-RU"/>
              </w:rPr>
              <w:t>числа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множители.</w:t>
            </w:r>
          </w:p>
          <w:p w:rsidR="005C01FD" w:rsidRPr="005C01FD" w:rsidRDefault="005C01FD" w:rsidP="007E5438">
            <w:pPr>
              <w:spacing w:line="322" w:lineRule="exact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Деление</w:t>
            </w:r>
          </w:p>
          <w:p w:rsidR="005C01FD" w:rsidRPr="005C01FD" w:rsidRDefault="005C01FD" w:rsidP="007E5438">
            <w:pPr>
              <w:spacing w:before="24" w:line="259" w:lineRule="auto"/>
              <w:ind w:right="175"/>
              <w:rPr>
                <w:sz w:val="28"/>
                <w:lang w:val="ru-RU"/>
              </w:rPr>
            </w:pPr>
            <w:r w:rsidRPr="005C01FD">
              <w:rPr>
                <w:spacing w:val="-7"/>
                <w:sz w:val="28"/>
                <w:lang w:val="ru-RU"/>
              </w:rPr>
              <w:t xml:space="preserve">с остатком. </w:t>
            </w:r>
            <w:r w:rsidRPr="005C01FD">
              <w:rPr>
                <w:spacing w:val="-6"/>
                <w:sz w:val="28"/>
                <w:lang w:val="ru-RU"/>
              </w:rPr>
              <w:t>Простые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 составные числа.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Признаки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делимости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2,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5,</w:t>
            </w:r>
          </w:p>
          <w:p w:rsidR="005C01FD" w:rsidRPr="005C01FD" w:rsidRDefault="005C01FD" w:rsidP="007E5438">
            <w:pPr>
              <w:spacing w:line="322" w:lineRule="exact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10,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3,</w:t>
            </w:r>
            <w:r w:rsidRPr="005C01FD">
              <w:rPr>
                <w:spacing w:val="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9.</w:t>
            </w:r>
          </w:p>
          <w:p w:rsidR="005C01FD" w:rsidRPr="005C01FD" w:rsidRDefault="005C01FD" w:rsidP="007E5438">
            <w:pPr>
              <w:spacing w:before="31" w:line="259" w:lineRule="auto"/>
              <w:ind w:right="176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Степень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натуральным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показателем.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Числовые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выражения;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порядок действий.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pacing w:val="-1"/>
                <w:sz w:val="28"/>
                <w:lang w:val="ru-RU"/>
              </w:rPr>
              <w:t xml:space="preserve">Решение </w:t>
            </w:r>
            <w:r w:rsidRPr="005C01FD">
              <w:rPr>
                <w:sz w:val="28"/>
                <w:lang w:val="ru-RU"/>
              </w:rPr>
              <w:t>текстовых</w:t>
            </w:r>
            <w:r w:rsidRPr="005C01FD">
              <w:rPr>
                <w:spacing w:val="-6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</w:t>
            </w:r>
            <w:r w:rsidRPr="005C01FD">
              <w:rPr>
                <w:spacing w:val="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все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арифметические</w:t>
            </w:r>
          </w:p>
        </w:tc>
        <w:tc>
          <w:tcPr>
            <w:tcW w:w="7427" w:type="dxa"/>
          </w:tcPr>
          <w:p w:rsidR="005C01FD" w:rsidRPr="005C01FD" w:rsidRDefault="005C01FD" w:rsidP="007E5438">
            <w:pPr>
              <w:spacing w:before="75" w:line="259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и применять правила </w:t>
            </w:r>
            <w:r w:rsidRPr="005C01FD">
              <w:rPr>
                <w:sz w:val="28"/>
                <w:lang w:val="ru-RU"/>
              </w:rPr>
              <w:t>преобразования числовых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выражений на основе свойств арифметических действий.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Исследовать </w:t>
            </w:r>
            <w:r w:rsidRPr="005C01FD">
              <w:rPr>
                <w:sz w:val="28"/>
                <w:lang w:val="ru-RU"/>
              </w:rPr>
              <w:t xml:space="preserve">числовые закономерности, </w:t>
            </w:r>
            <w:r w:rsidRPr="005C01FD">
              <w:rPr>
                <w:b/>
                <w:sz w:val="28"/>
                <w:lang w:val="ru-RU"/>
              </w:rPr>
              <w:t>выдвигать и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обосновывать</w:t>
            </w:r>
            <w:r w:rsidRPr="005C01FD">
              <w:rPr>
                <w:b/>
                <w:spacing w:val="-1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гипотезы,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формулировать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обобщения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выводы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результатам проведённого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исследования.</w:t>
            </w:r>
          </w:p>
          <w:p w:rsidR="005C01FD" w:rsidRPr="005C01FD" w:rsidRDefault="005C01FD" w:rsidP="007E5438">
            <w:pPr>
              <w:spacing w:before="5" w:line="259" w:lineRule="auto"/>
              <w:ind w:right="62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Формулировать определения </w:t>
            </w:r>
            <w:r w:rsidRPr="005C01FD">
              <w:rPr>
                <w:sz w:val="28"/>
                <w:lang w:val="ru-RU"/>
              </w:rPr>
              <w:t>делителя и кратного,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называть </w:t>
            </w:r>
            <w:r w:rsidRPr="005C01FD">
              <w:rPr>
                <w:sz w:val="28"/>
                <w:lang w:val="ru-RU"/>
              </w:rPr>
              <w:t xml:space="preserve">делители и кратные числа; </w:t>
            </w:r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простые и составные числа; </w:t>
            </w:r>
            <w:r w:rsidRPr="005C01FD">
              <w:rPr>
                <w:b/>
                <w:sz w:val="28"/>
                <w:lang w:val="ru-RU"/>
              </w:rPr>
              <w:t>формулировать и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применять признаки </w:t>
            </w:r>
            <w:r w:rsidRPr="005C01FD">
              <w:rPr>
                <w:sz w:val="28"/>
                <w:lang w:val="ru-RU"/>
              </w:rPr>
              <w:t>делимости на 2, 3, 5, 9, 10;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применять алгоритм </w:t>
            </w:r>
            <w:r w:rsidRPr="005C01FD">
              <w:rPr>
                <w:sz w:val="28"/>
                <w:lang w:val="ru-RU"/>
              </w:rPr>
              <w:t>разложения числа на простые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множители;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находить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остатки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деления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неполное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частное.</w:t>
            </w:r>
          </w:p>
          <w:p w:rsidR="005C01FD" w:rsidRPr="005C01FD" w:rsidRDefault="005C01FD" w:rsidP="007E5438">
            <w:pPr>
              <w:spacing w:line="264" w:lineRule="auto"/>
              <w:ind w:right="1307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истинные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ложные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высказывания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натуральных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числах,</w:t>
            </w:r>
            <w:r w:rsidRPr="005C01FD">
              <w:rPr>
                <w:spacing w:val="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приводить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примеры </w:t>
            </w:r>
            <w:r w:rsidRPr="005C01FD">
              <w:rPr>
                <w:sz w:val="28"/>
                <w:lang w:val="ru-RU"/>
              </w:rPr>
              <w:t>и</w:t>
            </w:r>
          </w:p>
          <w:p w:rsidR="005C01FD" w:rsidRPr="005C01FD" w:rsidRDefault="005C01FD" w:rsidP="007E5438">
            <w:pPr>
              <w:spacing w:line="259" w:lineRule="auto"/>
              <w:rPr>
                <w:sz w:val="28"/>
                <w:lang w:val="ru-RU"/>
              </w:rPr>
            </w:pPr>
            <w:proofErr w:type="spellStart"/>
            <w:r w:rsidRPr="005C01FD">
              <w:rPr>
                <w:sz w:val="28"/>
                <w:lang w:val="ru-RU"/>
              </w:rPr>
              <w:t>контрпримеры</w:t>
            </w:r>
            <w:proofErr w:type="spellEnd"/>
            <w:r w:rsidRPr="005C01FD">
              <w:rPr>
                <w:sz w:val="28"/>
                <w:lang w:val="ru-RU"/>
              </w:rPr>
              <w:t>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строить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высказывания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отрицания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высказываний о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свойствах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натуральных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чисел.</w:t>
            </w:r>
          </w:p>
          <w:p w:rsidR="005C01FD" w:rsidRPr="005C01FD" w:rsidRDefault="005C01FD" w:rsidP="007E5438">
            <w:pPr>
              <w:spacing w:line="318" w:lineRule="exact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Конструировать</w:t>
            </w:r>
            <w:r w:rsidRPr="005C01FD">
              <w:rPr>
                <w:b/>
                <w:spacing w:val="-1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математические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предложения</w:t>
            </w:r>
          </w:p>
          <w:p w:rsidR="005C01FD" w:rsidRPr="005C01FD" w:rsidRDefault="005C01FD" w:rsidP="007E5438">
            <w:pPr>
              <w:spacing w:before="15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связок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«и»,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«или»,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«если…,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то…».</w:t>
            </w:r>
          </w:p>
          <w:p w:rsidR="005C01FD" w:rsidRPr="005C01FD" w:rsidRDefault="005C01FD" w:rsidP="007E5438">
            <w:pPr>
              <w:spacing w:before="24" w:line="259" w:lineRule="auto"/>
              <w:rPr>
                <w:sz w:val="28"/>
                <w:lang w:val="ru-RU"/>
              </w:rPr>
            </w:pPr>
            <w:proofErr w:type="gramStart"/>
            <w:r w:rsidRPr="005C01FD">
              <w:rPr>
                <w:b/>
                <w:sz w:val="28"/>
                <w:lang w:val="ru-RU"/>
              </w:rPr>
              <w:t xml:space="preserve">Решать </w:t>
            </w:r>
            <w:r w:rsidRPr="005C01FD">
              <w:rPr>
                <w:sz w:val="28"/>
                <w:lang w:val="ru-RU"/>
              </w:rPr>
              <w:t>текстовые задачи арифметическим способом,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использовать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зависимости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между</w:t>
            </w:r>
            <w:r w:rsidRPr="005C01FD">
              <w:rPr>
                <w:spacing w:val="-1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величинами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(скорость,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время, расстояние; цена, количество, стоимость и др.):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анализировать </w:t>
            </w:r>
            <w:r w:rsidRPr="005C01FD">
              <w:rPr>
                <w:sz w:val="28"/>
                <w:lang w:val="ru-RU"/>
              </w:rPr>
              <w:t xml:space="preserve">и </w:t>
            </w:r>
            <w:r w:rsidRPr="005C01FD">
              <w:rPr>
                <w:b/>
                <w:sz w:val="28"/>
                <w:lang w:val="ru-RU"/>
              </w:rPr>
              <w:t xml:space="preserve">осмысливать </w:t>
            </w:r>
            <w:r w:rsidRPr="005C01FD">
              <w:rPr>
                <w:sz w:val="28"/>
                <w:lang w:val="ru-RU"/>
              </w:rPr>
              <w:t>текст задачи,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переформулировать </w:t>
            </w:r>
            <w:r w:rsidRPr="005C01FD">
              <w:rPr>
                <w:sz w:val="28"/>
                <w:lang w:val="ru-RU"/>
              </w:rPr>
              <w:t xml:space="preserve">условие, </w:t>
            </w:r>
            <w:r w:rsidRPr="005C01FD">
              <w:rPr>
                <w:b/>
                <w:sz w:val="28"/>
                <w:lang w:val="ru-RU"/>
              </w:rPr>
              <w:t xml:space="preserve">извлекать </w:t>
            </w:r>
            <w:r w:rsidRPr="005C01FD">
              <w:rPr>
                <w:sz w:val="28"/>
                <w:lang w:val="ru-RU"/>
              </w:rPr>
              <w:t>необходимые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данные, </w:t>
            </w:r>
            <w:r w:rsidRPr="005C01FD">
              <w:rPr>
                <w:b/>
                <w:sz w:val="28"/>
                <w:lang w:val="ru-RU"/>
              </w:rPr>
              <w:t>устанавливат</w:t>
            </w:r>
            <w:r w:rsidRPr="005C01FD">
              <w:rPr>
                <w:sz w:val="28"/>
                <w:lang w:val="ru-RU"/>
              </w:rPr>
              <w:t>ь зависимости между величинами,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строить</w:t>
            </w:r>
            <w:r w:rsidRPr="005C01FD">
              <w:rPr>
                <w:b/>
                <w:spacing w:val="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логическую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цепочку</w:t>
            </w:r>
            <w:r w:rsidRPr="005C01FD">
              <w:rPr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рассуждений.</w:t>
            </w:r>
            <w:proofErr w:type="gramEnd"/>
          </w:p>
          <w:p w:rsidR="005C01FD" w:rsidRPr="005C01FD" w:rsidRDefault="005C01FD" w:rsidP="007E5438">
            <w:pPr>
              <w:spacing w:before="1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Моделировать</w:t>
            </w:r>
            <w:r w:rsidRPr="005C01FD">
              <w:rPr>
                <w:b/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ход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решения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рисунка,</w:t>
            </w:r>
          </w:p>
        </w:tc>
      </w:tr>
    </w:tbl>
    <w:p w:rsidR="005C01FD" w:rsidRPr="003B11F3" w:rsidRDefault="005C01FD" w:rsidP="005C01FD">
      <w:pPr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48"/>
        <w:gridCol w:w="2716"/>
        <w:gridCol w:w="7427"/>
      </w:tblGrid>
      <w:tr w:rsidR="005C01FD" w:rsidRPr="003B11F3" w:rsidTr="007E5438">
        <w:trPr>
          <w:trHeight w:val="3354"/>
        </w:trPr>
        <w:tc>
          <w:tcPr>
            <w:tcW w:w="3256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</w:tcPr>
          <w:p w:rsidR="005C01FD" w:rsidRPr="005C01FD" w:rsidRDefault="005C01FD" w:rsidP="007E5438">
            <w:pPr>
              <w:spacing w:before="75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действия,</w:t>
            </w:r>
          </w:p>
          <w:p w:rsidR="005C01FD" w:rsidRPr="005C01FD" w:rsidRDefault="005C01FD" w:rsidP="007E5438">
            <w:pPr>
              <w:spacing w:before="31" w:line="256" w:lineRule="auto"/>
              <w:ind w:right="781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на движение 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покупки</w:t>
            </w:r>
          </w:p>
        </w:tc>
        <w:tc>
          <w:tcPr>
            <w:tcW w:w="7427" w:type="dxa"/>
          </w:tcPr>
          <w:p w:rsidR="005C01FD" w:rsidRPr="005C01FD" w:rsidRDefault="005C01FD" w:rsidP="007E5438">
            <w:pPr>
              <w:spacing w:before="75"/>
              <w:jc w:val="both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схемы,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таблицы.</w:t>
            </w:r>
          </w:p>
          <w:p w:rsidR="005C01FD" w:rsidRPr="005C01FD" w:rsidRDefault="005C01FD" w:rsidP="007E5438">
            <w:pPr>
              <w:spacing w:before="31" w:line="256" w:lineRule="auto"/>
              <w:ind w:right="425"/>
              <w:jc w:val="both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Приводить,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разбирать,</w:t>
            </w:r>
            <w:r w:rsidRPr="005C01FD">
              <w:rPr>
                <w:b/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оценивать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различные</w:t>
            </w:r>
            <w:r w:rsidRPr="005C01FD">
              <w:rPr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решения,</w:t>
            </w:r>
            <w:r w:rsidRPr="005C01FD">
              <w:rPr>
                <w:spacing w:val="-6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записи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решений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текстовых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задач.</w:t>
            </w:r>
          </w:p>
          <w:p w:rsidR="005C01FD" w:rsidRPr="005C01FD" w:rsidRDefault="005C01FD" w:rsidP="007E5438">
            <w:pPr>
              <w:spacing w:before="3" w:line="261" w:lineRule="auto"/>
              <w:ind w:right="1467"/>
              <w:jc w:val="both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Критически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оценивать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полученный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результат,</w:t>
            </w:r>
            <w:r w:rsidRPr="005C01FD">
              <w:rPr>
                <w:spacing w:val="-6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осуществлять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самоконтроль,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проверяя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ответ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6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соответствие</w:t>
            </w:r>
            <w:r w:rsidRPr="005C01FD">
              <w:rPr>
                <w:spacing w:val="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условию,</w:t>
            </w:r>
            <w:r w:rsidRPr="005C01FD">
              <w:rPr>
                <w:spacing w:val="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находить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ошибки.</w:t>
            </w:r>
          </w:p>
          <w:p w:rsidR="005C01FD" w:rsidRPr="005C01FD" w:rsidRDefault="005C01FD" w:rsidP="007E5438">
            <w:pPr>
              <w:spacing w:line="256" w:lineRule="auto"/>
              <w:ind w:right="818"/>
              <w:jc w:val="both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Решать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задачи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перебора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всех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возможных</w:t>
            </w:r>
            <w:r w:rsidRPr="005C01FD">
              <w:rPr>
                <w:spacing w:val="-6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вариантов.</w:t>
            </w:r>
          </w:p>
          <w:p w:rsidR="005C01FD" w:rsidRPr="005C01FD" w:rsidRDefault="005C01FD" w:rsidP="007E5438">
            <w:pPr>
              <w:jc w:val="both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Знакомиться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историей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развития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арифметики</w:t>
            </w:r>
          </w:p>
        </w:tc>
      </w:tr>
      <w:tr w:rsidR="005C01FD" w:rsidRPr="003B11F3" w:rsidTr="007E5438">
        <w:trPr>
          <w:trHeight w:val="386"/>
        </w:trPr>
        <w:tc>
          <w:tcPr>
            <w:tcW w:w="3256" w:type="dxa"/>
            <w:tcBorders>
              <w:bottom w:val="nil"/>
            </w:tcBorders>
          </w:tcPr>
          <w:p w:rsidR="005C01FD" w:rsidRPr="003B11F3" w:rsidRDefault="005C01FD" w:rsidP="007E5438">
            <w:pPr>
              <w:spacing w:before="46" w:line="320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Наглядная</w:t>
            </w:r>
            <w:proofErr w:type="spellEnd"/>
            <w:r w:rsidRPr="003B11F3">
              <w:rPr>
                <w:spacing w:val="-6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геометрия</w:t>
            </w:r>
            <w:proofErr w:type="spellEnd"/>
            <w:r w:rsidRPr="003B11F3">
              <w:rPr>
                <w:sz w:val="28"/>
              </w:rPr>
              <w:t>.</w:t>
            </w:r>
          </w:p>
        </w:tc>
        <w:tc>
          <w:tcPr>
            <w:tcW w:w="1448" w:type="dxa"/>
            <w:tcBorders>
              <w:bottom w:val="nil"/>
            </w:tcBorders>
          </w:tcPr>
          <w:p w:rsidR="005C01FD" w:rsidRPr="003B11F3" w:rsidRDefault="005C01FD" w:rsidP="007E5438">
            <w:pPr>
              <w:spacing w:before="46" w:line="320" w:lineRule="exact"/>
              <w:ind w:right="472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12</w:t>
            </w:r>
          </w:p>
        </w:tc>
        <w:tc>
          <w:tcPr>
            <w:tcW w:w="2716" w:type="dxa"/>
            <w:tcBorders>
              <w:bottom w:val="nil"/>
            </w:tcBorders>
          </w:tcPr>
          <w:p w:rsidR="005C01FD" w:rsidRPr="003B11F3" w:rsidRDefault="005C01FD" w:rsidP="007E5438">
            <w:pPr>
              <w:spacing w:before="46" w:line="320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Точка</w:t>
            </w:r>
            <w:proofErr w:type="spellEnd"/>
            <w:r w:rsidRPr="003B11F3">
              <w:rPr>
                <w:sz w:val="28"/>
              </w:rPr>
              <w:t>,</w:t>
            </w:r>
            <w:r w:rsidRPr="003B11F3">
              <w:rPr>
                <w:spacing w:val="-2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прямая</w:t>
            </w:r>
            <w:proofErr w:type="spellEnd"/>
            <w:r w:rsidRPr="003B11F3">
              <w:rPr>
                <w:sz w:val="28"/>
              </w:rPr>
              <w:t>,</w:t>
            </w:r>
          </w:p>
        </w:tc>
        <w:tc>
          <w:tcPr>
            <w:tcW w:w="7427" w:type="dxa"/>
            <w:tcBorders>
              <w:bottom w:val="nil"/>
            </w:tcBorders>
          </w:tcPr>
          <w:p w:rsidR="005C01FD" w:rsidRPr="005C01FD" w:rsidRDefault="005C01FD" w:rsidP="007E5438">
            <w:pPr>
              <w:spacing w:before="46" w:line="320" w:lineRule="exact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чертежах,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рисунках,</w:t>
            </w:r>
            <w:r w:rsidRPr="005C01FD">
              <w:rPr>
                <w:spacing w:val="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описывать,</w:t>
            </w:r>
          </w:p>
        </w:tc>
      </w:tr>
      <w:tr w:rsidR="005C01FD" w:rsidRPr="003B11F3" w:rsidTr="007E5438">
        <w:trPr>
          <w:trHeight w:val="345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 w:line="319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Линии</w:t>
            </w:r>
            <w:proofErr w:type="spellEnd"/>
            <w:r w:rsidRPr="003B11F3">
              <w:rPr>
                <w:spacing w:val="-3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на</w:t>
            </w:r>
            <w:proofErr w:type="spellEnd"/>
            <w:r w:rsidRPr="003B11F3">
              <w:rPr>
                <w:spacing w:val="-6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плоскости</w:t>
            </w:r>
            <w:proofErr w:type="spellEnd"/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 w:line="319" w:lineRule="exact"/>
              <w:rPr>
                <w:sz w:val="28"/>
              </w:rPr>
            </w:pPr>
            <w:proofErr w:type="spellStart"/>
            <w:proofErr w:type="gramStart"/>
            <w:r w:rsidRPr="003B11F3">
              <w:rPr>
                <w:sz w:val="28"/>
              </w:rPr>
              <w:t>отрезок</w:t>
            </w:r>
            <w:proofErr w:type="spellEnd"/>
            <w:proofErr w:type="gramEnd"/>
            <w:r w:rsidRPr="003B11F3">
              <w:rPr>
                <w:sz w:val="28"/>
              </w:rPr>
              <w:t>,</w:t>
            </w:r>
            <w:r w:rsidRPr="003B11F3">
              <w:rPr>
                <w:spacing w:val="-4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луч</w:t>
            </w:r>
            <w:proofErr w:type="spellEnd"/>
            <w:r w:rsidRPr="003B11F3">
              <w:rPr>
                <w:sz w:val="28"/>
              </w:rPr>
              <w:t>.</w:t>
            </w: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6" w:line="319" w:lineRule="exact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используя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терминологию,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изображать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</w:p>
        </w:tc>
      </w:tr>
      <w:tr w:rsidR="005C01FD" w:rsidRPr="003B11F3" w:rsidTr="007E5438">
        <w:trPr>
          <w:trHeight w:val="349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Ломаная</w:t>
            </w:r>
            <w:proofErr w:type="spellEnd"/>
            <w:r w:rsidRPr="003B11F3">
              <w:rPr>
                <w:sz w:val="28"/>
              </w:rPr>
              <w:t>.</w:t>
            </w: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6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чертёжных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инструментов: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точку,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прямую,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отрезок,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луч,</w:t>
            </w:r>
          </w:p>
        </w:tc>
      </w:tr>
      <w:tr w:rsidR="005C01FD" w:rsidRPr="003B11F3" w:rsidTr="007E5438">
        <w:trPr>
          <w:trHeight w:val="349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10" w:line="319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Измерение</w:t>
            </w:r>
            <w:proofErr w:type="spellEnd"/>
            <w:r w:rsidRPr="003B11F3">
              <w:rPr>
                <w:spacing w:val="-6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длины</w:t>
            </w:r>
            <w:proofErr w:type="spellEnd"/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10" w:line="319" w:lineRule="exact"/>
              <w:rPr>
                <w:sz w:val="28"/>
              </w:rPr>
            </w:pPr>
            <w:proofErr w:type="spellStart"/>
            <w:proofErr w:type="gramStart"/>
            <w:r w:rsidRPr="003B11F3">
              <w:rPr>
                <w:sz w:val="28"/>
              </w:rPr>
              <w:t>угол</w:t>
            </w:r>
            <w:proofErr w:type="spellEnd"/>
            <w:proofErr w:type="gramEnd"/>
            <w:r w:rsidRPr="003B11F3">
              <w:rPr>
                <w:sz w:val="28"/>
              </w:rPr>
              <w:t>,</w:t>
            </w:r>
            <w:r w:rsidRPr="003B11F3">
              <w:rPr>
                <w:spacing w:val="-4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ломаную</w:t>
            </w:r>
            <w:proofErr w:type="spellEnd"/>
            <w:r w:rsidRPr="003B11F3">
              <w:rPr>
                <w:sz w:val="28"/>
              </w:rPr>
              <w:t>,</w:t>
            </w:r>
            <w:r w:rsidRPr="003B11F3">
              <w:rPr>
                <w:spacing w:val="-4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окружность</w:t>
            </w:r>
            <w:proofErr w:type="spellEnd"/>
            <w:r w:rsidRPr="003B11F3">
              <w:rPr>
                <w:sz w:val="28"/>
              </w:rPr>
              <w:t>.</w:t>
            </w:r>
          </w:p>
        </w:tc>
      </w:tr>
      <w:tr w:rsidR="005C01FD" w:rsidRPr="003B11F3" w:rsidTr="007E5438">
        <w:trPr>
          <w:trHeight w:val="345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 w:line="319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отрезка</w:t>
            </w:r>
            <w:proofErr w:type="spellEnd"/>
            <w:r w:rsidRPr="003B11F3">
              <w:rPr>
                <w:sz w:val="28"/>
              </w:rPr>
              <w:t>,</w:t>
            </w: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6" w:line="319" w:lineRule="exact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Распознавать,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приводить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примеры</w:t>
            </w:r>
            <w:r w:rsidRPr="005C01FD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объектов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proofErr w:type="gramStart"/>
            <w:r w:rsidRPr="005C01FD">
              <w:rPr>
                <w:sz w:val="28"/>
                <w:lang w:val="ru-RU"/>
              </w:rPr>
              <w:t>реального</w:t>
            </w:r>
            <w:proofErr w:type="gramEnd"/>
          </w:p>
        </w:tc>
      </w:tr>
      <w:tr w:rsidR="005C01FD" w:rsidRPr="003B11F3" w:rsidTr="007E5438">
        <w:trPr>
          <w:trHeight w:val="345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 w:line="320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метрические</w:t>
            </w:r>
            <w:proofErr w:type="spellEnd"/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6" w:line="320" w:lineRule="exact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мира,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имеющих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форму</w:t>
            </w:r>
            <w:r w:rsidRPr="005C01FD">
              <w:rPr>
                <w:spacing w:val="-1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изученных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фигур,</w:t>
            </w:r>
            <w:r w:rsidRPr="005C01FD">
              <w:rPr>
                <w:spacing w:val="1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оценивать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их</w:t>
            </w:r>
          </w:p>
        </w:tc>
      </w:tr>
      <w:tr w:rsidR="005C01FD" w:rsidRPr="003B11F3" w:rsidTr="007E5438">
        <w:trPr>
          <w:trHeight w:val="349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единицы</w:t>
            </w:r>
            <w:proofErr w:type="spellEnd"/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/>
              <w:rPr>
                <w:sz w:val="28"/>
              </w:rPr>
            </w:pPr>
            <w:proofErr w:type="spellStart"/>
            <w:proofErr w:type="gramStart"/>
            <w:r w:rsidRPr="003B11F3">
              <w:rPr>
                <w:sz w:val="28"/>
              </w:rPr>
              <w:t>линейные</w:t>
            </w:r>
            <w:proofErr w:type="spellEnd"/>
            <w:proofErr w:type="gramEnd"/>
            <w:r w:rsidRPr="003B11F3">
              <w:rPr>
                <w:spacing w:val="-10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размеры</w:t>
            </w:r>
            <w:proofErr w:type="spellEnd"/>
            <w:r w:rsidRPr="003B11F3">
              <w:rPr>
                <w:sz w:val="28"/>
              </w:rPr>
              <w:t>.</w:t>
            </w:r>
          </w:p>
        </w:tc>
      </w:tr>
      <w:tr w:rsidR="005C01FD" w:rsidRPr="003B11F3" w:rsidTr="007E5438">
        <w:trPr>
          <w:trHeight w:val="349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9" w:line="320" w:lineRule="exact"/>
              <w:rPr>
                <w:sz w:val="28"/>
              </w:rPr>
            </w:pPr>
            <w:proofErr w:type="spellStart"/>
            <w:proofErr w:type="gramStart"/>
            <w:r w:rsidRPr="003B11F3">
              <w:rPr>
                <w:sz w:val="28"/>
              </w:rPr>
              <w:t>измерения</w:t>
            </w:r>
            <w:proofErr w:type="spellEnd"/>
            <w:proofErr w:type="gramEnd"/>
            <w:r w:rsidRPr="003B11F3">
              <w:rPr>
                <w:spacing w:val="-3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длины</w:t>
            </w:r>
            <w:proofErr w:type="spellEnd"/>
            <w:r w:rsidRPr="003B11F3">
              <w:rPr>
                <w:sz w:val="28"/>
              </w:rPr>
              <w:t>.</w:t>
            </w: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9" w:line="320" w:lineRule="exact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Использовать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линейку</w:t>
            </w:r>
            <w:r w:rsidRPr="005C01FD">
              <w:rPr>
                <w:spacing w:val="-1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транспортир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как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инструменты</w:t>
            </w:r>
          </w:p>
        </w:tc>
      </w:tr>
      <w:tr w:rsidR="005C01FD" w:rsidRPr="003B11F3" w:rsidTr="007E5438">
        <w:trPr>
          <w:trHeight w:val="345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 w:line="319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Окружность</w:t>
            </w:r>
            <w:proofErr w:type="spellEnd"/>
            <w:r w:rsidRPr="003B11F3">
              <w:rPr>
                <w:spacing w:val="-4"/>
                <w:sz w:val="28"/>
              </w:rPr>
              <w:t xml:space="preserve"> </w:t>
            </w:r>
            <w:r w:rsidRPr="003B11F3">
              <w:rPr>
                <w:sz w:val="28"/>
              </w:rPr>
              <w:t>и</w:t>
            </w:r>
            <w:r w:rsidRPr="003B11F3">
              <w:rPr>
                <w:spacing w:val="-4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круг</w:t>
            </w:r>
            <w:proofErr w:type="spellEnd"/>
            <w:r w:rsidRPr="003B11F3">
              <w:rPr>
                <w:sz w:val="28"/>
              </w:rPr>
              <w:t>.</w:t>
            </w: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6" w:line="319" w:lineRule="exact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для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построения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измерения:</w:t>
            </w:r>
            <w:r w:rsidRPr="005C01FD">
              <w:rPr>
                <w:spacing w:val="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измерять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длину</w:t>
            </w:r>
            <w:r w:rsidRPr="005C01FD">
              <w:rPr>
                <w:spacing w:val="-1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отрезка,</w:t>
            </w:r>
          </w:p>
        </w:tc>
      </w:tr>
      <w:tr w:rsidR="005C01FD" w:rsidRPr="003B11F3" w:rsidTr="007E5438">
        <w:trPr>
          <w:trHeight w:val="345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 w:line="320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Практическая</w:t>
            </w:r>
            <w:proofErr w:type="spellEnd"/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6" w:line="320" w:lineRule="exact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величину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угла;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строить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отрезок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заданной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длины,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угол,</w:t>
            </w:r>
          </w:p>
        </w:tc>
      </w:tr>
      <w:tr w:rsidR="005C01FD" w:rsidRPr="003B11F3" w:rsidTr="007E5438">
        <w:trPr>
          <w:trHeight w:val="349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работа</w:t>
            </w:r>
            <w:proofErr w:type="spellEnd"/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6"/>
              <w:rPr>
                <w:sz w:val="28"/>
                <w:lang w:val="ru-RU"/>
              </w:rPr>
            </w:pPr>
            <w:proofErr w:type="gramStart"/>
            <w:r w:rsidRPr="005C01FD">
              <w:rPr>
                <w:sz w:val="28"/>
                <w:lang w:val="ru-RU"/>
              </w:rPr>
              <w:t>заданной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величины; </w:t>
            </w:r>
            <w:r w:rsidRPr="005C01FD">
              <w:rPr>
                <w:b/>
                <w:sz w:val="28"/>
                <w:lang w:val="ru-RU"/>
              </w:rPr>
              <w:t>откладывать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циркулем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равные</w:t>
            </w:r>
            <w:proofErr w:type="gramEnd"/>
          </w:p>
        </w:tc>
      </w:tr>
      <w:tr w:rsidR="005C01FD" w:rsidRPr="003B11F3" w:rsidTr="007E5438">
        <w:trPr>
          <w:trHeight w:val="349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9" w:line="319" w:lineRule="exact"/>
              <w:rPr>
                <w:sz w:val="28"/>
              </w:rPr>
            </w:pPr>
            <w:r w:rsidRPr="003B11F3">
              <w:rPr>
                <w:sz w:val="28"/>
              </w:rPr>
              <w:t>«</w:t>
            </w:r>
            <w:proofErr w:type="spellStart"/>
            <w:r w:rsidRPr="003B11F3">
              <w:rPr>
                <w:sz w:val="28"/>
              </w:rPr>
              <w:t>Построение</w:t>
            </w:r>
            <w:proofErr w:type="spellEnd"/>
            <w:r w:rsidRPr="003B11F3">
              <w:rPr>
                <w:spacing w:val="-3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узора</w:t>
            </w:r>
            <w:proofErr w:type="spellEnd"/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9" w:line="319" w:lineRule="exact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отрезки,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строить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окружность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заданного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радиуса.</w:t>
            </w:r>
          </w:p>
        </w:tc>
      </w:tr>
      <w:tr w:rsidR="005C01FD" w:rsidRPr="003B11F3" w:rsidTr="007E5438">
        <w:trPr>
          <w:trHeight w:val="345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 w:line="320" w:lineRule="exact"/>
              <w:rPr>
                <w:sz w:val="28"/>
              </w:rPr>
            </w:pPr>
            <w:proofErr w:type="spellStart"/>
            <w:proofErr w:type="gramStart"/>
            <w:r w:rsidRPr="003B11F3">
              <w:rPr>
                <w:sz w:val="28"/>
              </w:rPr>
              <w:t>из</w:t>
            </w:r>
            <w:proofErr w:type="spellEnd"/>
            <w:proofErr w:type="gramEnd"/>
            <w:r w:rsidRPr="003B11F3">
              <w:rPr>
                <w:spacing w:val="-8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окружностей</w:t>
            </w:r>
            <w:proofErr w:type="spellEnd"/>
            <w:r w:rsidRPr="003B11F3">
              <w:rPr>
                <w:sz w:val="28"/>
              </w:rPr>
              <w:t>».</w:t>
            </w: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 w:line="320" w:lineRule="exact"/>
              <w:rPr>
                <w:sz w:val="28"/>
              </w:rPr>
            </w:pPr>
            <w:proofErr w:type="spellStart"/>
            <w:r w:rsidRPr="003B11F3">
              <w:rPr>
                <w:b/>
                <w:sz w:val="28"/>
              </w:rPr>
              <w:t>Изображать</w:t>
            </w:r>
            <w:proofErr w:type="spellEnd"/>
            <w:r w:rsidRPr="003B11F3">
              <w:rPr>
                <w:b/>
                <w:spacing w:val="-8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конфигурации</w:t>
            </w:r>
            <w:proofErr w:type="spellEnd"/>
            <w:r w:rsidRPr="003B11F3">
              <w:rPr>
                <w:spacing w:val="-3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геометрических</w:t>
            </w:r>
            <w:proofErr w:type="spellEnd"/>
            <w:r w:rsidRPr="003B11F3">
              <w:rPr>
                <w:spacing w:val="-8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фигур</w:t>
            </w:r>
            <w:proofErr w:type="spellEnd"/>
          </w:p>
        </w:tc>
      </w:tr>
      <w:tr w:rsidR="005C01FD" w:rsidRPr="003B11F3" w:rsidTr="007E5438">
        <w:trPr>
          <w:trHeight w:val="345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 w:line="319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Угол</w:t>
            </w:r>
            <w:proofErr w:type="spellEnd"/>
            <w:r w:rsidRPr="003B11F3">
              <w:rPr>
                <w:sz w:val="28"/>
              </w:rPr>
              <w:t>.</w:t>
            </w:r>
            <w:r w:rsidRPr="003B11F3">
              <w:rPr>
                <w:spacing w:val="-5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Прямой</w:t>
            </w:r>
            <w:proofErr w:type="spellEnd"/>
            <w:r w:rsidRPr="003B11F3">
              <w:rPr>
                <w:sz w:val="28"/>
              </w:rPr>
              <w:t>,</w:t>
            </w: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6" w:line="319" w:lineRule="exact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из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отрезков,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окружностей,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их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частей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proofErr w:type="gramStart"/>
            <w:r w:rsidRPr="005C01FD">
              <w:rPr>
                <w:sz w:val="28"/>
                <w:lang w:val="ru-RU"/>
              </w:rPr>
              <w:t>нелинованной</w:t>
            </w:r>
            <w:proofErr w:type="gramEnd"/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</w:p>
        </w:tc>
      </w:tr>
      <w:tr w:rsidR="005C01FD" w:rsidRPr="003B11F3" w:rsidTr="007E5438">
        <w:trPr>
          <w:trHeight w:val="349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острый</w:t>
            </w:r>
            <w:proofErr w:type="spellEnd"/>
            <w:r w:rsidRPr="003B11F3">
              <w:rPr>
                <w:sz w:val="28"/>
              </w:rPr>
              <w:t>,</w:t>
            </w:r>
            <w:r w:rsidRPr="003B11F3">
              <w:rPr>
                <w:spacing w:val="-3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тупой</w:t>
            </w:r>
            <w:proofErr w:type="spellEnd"/>
            <w:r w:rsidRPr="003B11F3">
              <w:rPr>
                <w:spacing w:val="-3"/>
                <w:sz w:val="28"/>
              </w:rPr>
              <w:t xml:space="preserve"> </w:t>
            </w:r>
            <w:r w:rsidRPr="003B11F3">
              <w:rPr>
                <w:sz w:val="28"/>
              </w:rPr>
              <w:t>и</w:t>
            </w: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6"/>
              <w:rPr>
                <w:b/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клетчатой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бумаге;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предлагать,</w:t>
            </w:r>
            <w:r w:rsidRPr="005C01FD">
              <w:rPr>
                <w:b/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описывать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обсуждать</w:t>
            </w:r>
          </w:p>
        </w:tc>
      </w:tr>
      <w:tr w:rsidR="005C01FD" w:rsidRPr="003B11F3" w:rsidTr="007E5438">
        <w:trPr>
          <w:trHeight w:val="349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10" w:line="319" w:lineRule="exact"/>
              <w:rPr>
                <w:sz w:val="28"/>
              </w:rPr>
            </w:pPr>
            <w:proofErr w:type="spellStart"/>
            <w:proofErr w:type="gramStart"/>
            <w:r w:rsidRPr="003B11F3">
              <w:rPr>
                <w:sz w:val="28"/>
              </w:rPr>
              <w:t>развёрнутый</w:t>
            </w:r>
            <w:proofErr w:type="spellEnd"/>
            <w:proofErr w:type="gramEnd"/>
            <w:r w:rsidRPr="003B11F3">
              <w:rPr>
                <w:spacing w:val="-3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углы</w:t>
            </w:r>
            <w:proofErr w:type="spellEnd"/>
            <w:r w:rsidRPr="003B11F3">
              <w:rPr>
                <w:sz w:val="28"/>
              </w:rPr>
              <w:t>.</w:t>
            </w: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10" w:line="319" w:lineRule="exact"/>
              <w:rPr>
                <w:sz w:val="28"/>
              </w:rPr>
            </w:pPr>
            <w:proofErr w:type="spellStart"/>
            <w:proofErr w:type="gramStart"/>
            <w:r w:rsidRPr="003B11F3">
              <w:rPr>
                <w:b/>
                <w:sz w:val="28"/>
              </w:rPr>
              <w:t>способы</w:t>
            </w:r>
            <w:proofErr w:type="spellEnd"/>
            <w:proofErr w:type="gramEnd"/>
            <w:r w:rsidRPr="003B11F3">
              <w:rPr>
                <w:b/>
                <w:sz w:val="28"/>
              </w:rPr>
              <w:t>,</w:t>
            </w:r>
            <w:r w:rsidRPr="003B11F3">
              <w:rPr>
                <w:b/>
                <w:spacing w:val="-4"/>
                <w:sz w:val="28"/>
              </w:rPr>
              <w:t xml:space="preserve"> </w:t>
            </w:r>
            <w:proofErr w:type="spellStart"/>
            <w:r w:rsidRPr="003B11F3">
              <w:rPr>
                <w:b/>
                <w:sz w:val="28"/>
              </w:rPr>
              <w:t>алгоритмы</w:t>
            </w:r>
            <w:proofErr w:type="spellEnd"/>
            <w:r w:rsidRPr="003B11F3">
              <w:rPr>
                <w:b/>
                <w:spacing w:val="-5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построения</w:t>
            </w:r>
            <w:proofErr w:type="spellEnd"/>
            <w:r w:rsidRPr="003B11F3">
              <w:rPr>
                <w:sz w:val="28"/>
              </w:rPr>
              <w:t>.</w:t>
            </w:r>
          </w:p>
        </w:tc>
      </w:tr>
      <w:tr w:rsidR="005C01FD" w:rsidRPr="003B11F3" w:rsidTr="007E5438">
        <w:trPr>
          <w:trHeight w:val="424"/>
        </w:trPr>
        <w:tc>
          <w:tcPr>
            <w:tcW w:w="3256" w:type="dxa"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1448" w:type="dxa"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2716" w:type="dxa"/>
            <w:tcBorders>
              <w:top w:val="nil"/>
            </w:tcBorders>
          </w:tcPr>
          <w:p w:rsidR="005C01FD" w:rsidRPr="003B11F3" w:rsidRDefault="005C01FD" w:rsidP="007E5438">
            <w:pPr>
              <w:spacing w:before="6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Измерение</w:t>
            </w:r>
            <w:proofErr w:type="spellEnd"/>
            <w:r w:rsidRPr="003B11F3">
              <w:rPr>
                <w:spacing w:val="-5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углов</w:t>
            </w:r>
            <w:proofErr w:type="spellEnd"/>
            <w:r w:rsidRPr="003B11F3">
              <w:rPr>
                <w:sz w:val="28"/>
              </w:rPr>
              <w:t>.</w:t>
            </w:r>
          </w:p>
        </w:tc>
        <w:tc>
          <w:tcPr>
            <w:tcW w:w="7427" w:type="dxa"/>
            <w:tcBorders>
              <w:top w:val="nil"/>
            </w:tcBorders>
          </w:tcPr>
          <w:p w:rsidR="005C01FD" w:rsidRPr="005C01FD" w:rsidRDefault="005C01FD" w:rsidP="007E5438">
            <w:pPr>
              <w:spacing w:before="6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изображать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proofErr w:type="gramStart"/>
            <w:r w:rsidRPr="005C01FD">
              <w:rPr>
                <w:sz w:val="28"/>
                <w:lang w:val="ru-RU"/>
              </w:rPr>
              <w:t>на</w:t>
            </w:r>
            <w:proofErr w:type="gramEnd"/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нелинованной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</w:p>
        </w:tc>
      </w:tr>
    </w:tbl>
    <w:p w:rsidR="005C01FD" w:rsidRPr="003B11F3" w:rsidRDefault="005C01FD" w:rsidP="005C01FD">
      <w:pPr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48"/>
        <w:gridCol w:w="2716"/>
        <w:gridCol w:w="7427"/>
      </w:tblGrid>
      <w:tr w:rsidR="005C01FD" w:rsidRPr="003B11F3" w:rsidTr="007E5438">
        <w:trPr>
          <w:trHeight w:val="3246"/>
        </w:trPr>
        <w:tc>
          <w:tcPr>
            <w:tcW w:w="3256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</w:tcPr>
          <w:p w:rsidR="005C01FD" w:rsidRPr="003B11F3" w:rsidRDefault="005C01FD" w:rsidP="007E5438">
            <w:pPr>
              <w:spacing w:before="46" w:line="264" w:lineRule="auto"/>
              <w:ind w:right="870"/>
              <w:rPr>
                <w:sz w:val="28"/>
              </w:rPr>
            </w:pPr>
            <w:proofErr w:type="spellStart"/>
            <w:r w:rsidRPr="003B11F3">
              <w:rPr>
                <w:spacing w:val="-1"/>
                <w:sz w:val="28"/>
              </w:rPr>
              <w:t>Практическая</w:t>
            </w:r>
            <w:proofErr w:type="spellEnd"/>
            <w:r w:rsidRPr="003B11F3">
              <w:rPr>
                <w:spacing w:val="-6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работа</w:t>
            </w:r>
            <w:proofErr w:type="spellEnd"/>
          </w:p>
          <w:p w:rsidR="005C01FD" w:rsidRPr="003B11F3" w:rsidRDefault="005C01FD" w:rsidP="007E5438">
            <w:pPr>
              <w:spacing w:line="256" w:lineRule="auto"/>
              <w:ind w:right="965"/>
              <w:rPr>
                <w:sz w:val="28"/>
              </w:rPr>
            </w:pPr>
            <w:r w:rsidRPr="003B11F3">
              <w:rPr>
                <w:spacing w:val="-1"/>
                <w:sz w:val="28"/>
              </w:rPr>
              <w:t>«</w:t>
            </w:r>
            <w:proofErr w:type="spellStart"/>
            <w:r w:rsidRPr="003B11F3">
              <w:rPr>
                <w:spacing w:val="-1"/>
                <w:sz w:val="28"/>
              </w:rPr>
              <w:t>Построение</w:t>
            </w:r>
            <w:proofErr w:type="spellEnd"/>
            <w:r w:rsidRPr="003B11F3">
              <w:rPr>
                <w:spacing w:val="-6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углов</w:t>
            </w:r>
            <w:proofErr w:type="spellEnd"/>
            <w:r w:rsidRPr="003B11F3">
              <w:rPr>
                <w:sz w:val="28"/>
              </w:rPr>
              <w:t>»</w:t>
            </w:r>
          </w:p>
        </w:tc>
        <w:tc>
          <w:tcPr>
            <w:tcW w:w="7427" w:type="dxa"/>
          </w:tcPr>
          <w:p w:rsidR="005C01FD" w:rsidRPr="005C01FD" w:rsidRDefault="005C01FD" w:rsidP="007E5438">
            <w:pPr>
              <w:spacing w:before="46" w:line="264" w:lineRule="auto"/>
              <w:ind w:right="696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клетчатой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бумаге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прямой,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острый,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тупой,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развёрнутый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углы;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сравнивать</w:t>
            </w:r>
            <w:r w:rsidRPr="005C01FD">
              <w:rPr>
                <w:b/>
                <w:spacing w:val="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углы.</w:t>
            </w:r>
          </w:p>
          <w:p w:rsidR="005C01FD" w:rsidRPr="005C01FD" w:rsidRDefault="005C01FD" w:rsidP="007E5438">
            <w:pPr>
              <w:spacing w:line="312" w:lineRule="exact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Вычислять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длины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отрезков,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ломаных.</w:t>
            </w:r>
          </w:p>
          <w:p w:rsidR="005C01FD" w:rsidRPr="005C01FD" w:rsidRDefault="005C01FD" w:rsidP="007E5438">
            <w:pPr>
              <w:spacing w:before="24" w:line="259" w:lineRule="auto"/>
              <w:ind w:right="62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Понимать и использовать при решении задач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зависимости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между</w:t>
            </w:r>
            <w:r w:rsidRPr="005C01FD">
              <w:rPr>
                <w:spacing w:val="-1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единицами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метрической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системы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мер; </w:t>
            </w:r>
            <w:r w:rsidRPr="005C01FD">
              <w:rPr>
                <w:b/>
                <w:sz w:val="28"/>
                <w:lang w:val="ru-RU"/>
              </w:rPr>
              <w:t xml:space="preserve">знакомиться </w:t>
            </w:r>
            <w:r w:rsidRPr="005C01FD">
              <w:rPr>
                <w:sz w:val="28"/>
                <w:lang w:val="ru-RU"/>
              </w:rPr>
              <w:t xml:space="preserve">с </w:t>
            </w:r>
            <w:proofErr w:type="spellStart"/>
            <w:r w:rsidRPr="005C01FD">
              <w:rPr>
                <w:sz w:val="28"/>
                <w:lang w:val="ru-RU"/>
              </w:rPr>
              <w:t>неметрическими</w:t>
            </w:r>
            <w:proofErr w:type="spellEnd"/>
            <w:r w:rsidRPr="005C01FD">
              <w:rPr>
                <w:sz w:val="28"/>
                <w:lang w:val="ru-RU"/>
              </w:rPr>
              <w:t xml:space="preserve"> системами мер;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выражать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длину</w:t>
            </w:r>
            <w:r w:rsidRPr="005C01FD">
              <w:rPr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различных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единицах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измерения.</w:t>
            </w:r>
          </w:p>
          <w:p w:rsidR="005C01FD" w:rsidRPr="005C01FD" w:rsidRDefault="005C01FD" w:rsidP="007E5438">
            <w:pPr>
              <w:spacing w:line="256" w:lineRule="auto"/>
              <w:ind w:right="62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Исследовать</w:t>
            </w:r>
            <w:r w:rsidRPr="005C01FD">
              <w:rPr>
                <w:b/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фигуры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конфигурации,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используя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цифровые</w:t>
            </w:r>
            <w:r w:rsidRPr="005C01FD">
              <w:rPr>
                <w:spacing w:val="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ресурсы</w:t>
            </w:r>
          </w:p>
        </w:tc>
      </w:tr>
      <w:tr w:rsidR="005C01FD" w:rsidRPr="003B11F3" w:rsidTr="007E5438">
        <w:trPr>
          <w:trHeight w:val="6027"/>
        </w:trPr>
        <w:tc>
          <w:tcPr>
            <w:tcW w:w="3256" w:type="dxa"/>
          </w:tcPr>
          <w:p w:rsidR="005C01FD" w:rsidRPr="003B11F3" w:rsidRDefault="005C01FD" w:rsidP="007E5438">
            <w:pPr>
              <w:spacing w:before="46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Обыкновенные</w:t>
            </w:r>
            <w:proofErr w:type="spellEnd"/>
            <w:r w:rsidRPr="003B11F3">
              <w:rPr>
                <w:spacing w:val="-8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дроби</w:t>
            </w:r>
            <w:proofErr w:type="spellEnd"/>
          </w:p>
        </w:tc>
        <w:tc>
          <w:tcPr>
            <w:tcW w:w="1448" w:type="dxa"/>
          </w:tcPr>
          <w:p w:rsidR="005C01FD" w:rsidRPr="003B11F3" w:rsidRDefault="005C01FD" w:rsidP="007E5438">
            <w:pPr>
              <w:spacing w:before="46"/>
              <w:ind w:right="472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48</w:t>
            </w:r>
          </w:p>
        </w:tc>
        <w:tc>
          <w:tcPr>
            <w:tcW w:w="2716" w:type="dxa"/>
          </w:tcPr>
          <w:p w:rsidR="005C01FD" w:rsidRPr="005C01FD" w:rsidRDefault="005C01FD" w:rsidP="007E5438">
            <w:pPr>
              <w:spacing w:before="46" w:line="259" w:lineRule="auto"/>
              <w:ind w:right="163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Дробь.</w:t>
            </w:r>
            <w:r w:rsidRPr="005C01FD">
              <w:rPr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Правильные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 неправильные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дроби. Основное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свойство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дроби.</w:t>
            </w:r>
          </w:p>
          <w:p w:rsidR="005C01FD" w:rsidRPr="005C01FD" w:rsidRDefault="005C01FD" w:rsidP="007E5438">
            <w:pPr>
              <w:spacing w:line="259" w:lineRule="auto"/>
              <w:ind w:right="160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Сравнение дробей.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Сложение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вычитание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обыкновенных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дробей.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Смешанная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дробь.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Умножение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деление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обыкновенных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дробей;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взаимн</w:t>
            </w:r>
            <w:proofErr w:type="gramStart"/>
            <w:r w:rsidRPr="005C01FD">
              <w:rPr>
                <w:sz w:val="28"/>
                <w:lang w:val="ru-RU"/>
              </w:rPr>
              <w:t>о-</w:t>
            </w:r>
            <w:proofErr w:type="gramEnd"/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обратные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дроби.</w:t>
            </w:r>
          </w:p>
          <w:p w:rsidR="005C01FD" w:rsidRPr="003B11F3" w:rsidRDefault="005C01FD" w:rsidP="007E5438">
            <w:pPr>
              <w:spacing w:before="2" w:line="256" w:lineRule="auto"/>
              <w:ind w:right="194"/>
              <w:jc w:val="both"/>
              <w:rPr>
                <w:sz w:val="28"/>
              </w:rPr>
            </w:pPr>
            <w:r w:rsidRPr="005C01FD">
              <w:rPr>
                <w:spacing w:val="-1"/>
                <w:sz w:val="28"/>
                <w:lang w:val="ru-RU"/>
              </w:rPr>
              <w:t xml:space="preserve">Решение </w:t>
            </w:r>
            <w:r w:rsidRPr="005C01FD">
              <w:rPr>
                <w:sz w:val="28"/>
                <w:lang w:val="ru-RU"/>
              </w:rPr>
              <w:t>текстовых</w:t>
            </w:r>
            <w:r w:rsidRPr="005C01FD">
              <w:rPr>
                <w:spacing w:val="-6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задач, содержащих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дроби.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3B11F3">
              <w:rPr>
                <w:sz w:val="28"/>
              </w:rPr>
              <w:t>Основные</w:t>
            </w:r>
            <w:proofErr w:type="spellEnd"/>
          </w:p>
        </w:tc>
        <w:tc>
          <w:tcPr>
            <w:tcW w:w="7427" w:type="dxa"/>
          </w:tcPr>
          <w:p w:rsidR="005C01FD" w:rsidRPr="005C01FD" w:rsidRDefault="005C01FD" w:rsidP="007E5438">
            <w:pPr>
              <w:spacing w:before="46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Моделировать</w:t>
            </w:r>
            <w:r w:rsidRPr="005C01FD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графической,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предметной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форме,</w:t>
            </w:r>
          </w:p>
          <w:p w:rsidR="005C01FD" w:rsidRPr="005C01FD" w:rsidRDefault="005C01FD" w:rsidP="007E5438">
            <w:pPr>
              <w:spacing w:before="25" w:line="256" w:lineRule="auto"/>
              <w:ind w:right="625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компьютера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понятия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свойства,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связанные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обыкновенной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дробью.</w:t>
            </w:r>
          </w:p>
          <w:p w:rsidR="005C01FD" w:rsidRPr="005C01FD" w:rsidRDefault="005C01FD" w:rsidP="007E5438">
            <w:pPr>
              <w:spacing w:before="9" w:line="256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Читать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записывать</w:t>
            </w:r>
            <w:r w:rsidRPr="005C01FD">
              <w:rPr>
                <w:sz w:val="28"/>
                <w:lang w:val="ru-RU"/>
              </w:rPr>
              <w:t>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сравнивать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обыкновенные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предлагать, обосновывать и обсуждать способы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упорядочивания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дробей.</w:t>
            </w:r>
          </w:p>
          <w:p w:rsidR="005C01FD" w:rsidRPr="005C01FD" w:rsidRDefault="005C01FD" w:rsidP="007E5438">
            <w:pPr>
              <w:spacing w:before="12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Изображать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обыкновенные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точками</w:t>
            </w:r>
          </w:p>
          <w:p w:rsidR="005C01FD" w:rsidRPr="005C01FD" w:rsidRDefault="005C01FD" w:rsidP="007E5438">
            <w:pPr>
              <w:spacing w:before="23" w:line="256" w:lineRule="auto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proofErr w:type="gramStart"/>
            <w:r w:rsidRPr="005C01FD">
              <w:rPr>
                <w:sz w:val="28"/>
                <w:lang w:val="ru-RU"/>
              </w:rPr>
              <w:t>координатной</w:t>
            </w:r>
            <w:proofErr w:type="gramEnd"/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прямой;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использовать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координатную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прямую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сравнения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дробей.</w:t>
            </w:r>
          </w:p>
          <w:p w:rsidR="005C01FD" w:rsidRPr="005C01FD" w:rsidRDefault="005C01FD" w:rsidP="007E5438">
            <w:pPr>
              <w:spacing w:before="3" w:line="259" w:lineRule="auto"/>
              <w:ind w:right="153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Формулировать,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записывать</w:t>
            </w:r>
            <w:r w:rsidRPr="005C01FD">
              <w:rPr>
                <w:b/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помощью букв</w:t>
            </w:r>
            <w:r w:rsidRPr="005C01FD">
              <w:rPr>
                <w:b/>
                <w:spacing w:val="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основное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свойство обыкновенной дроби; </w:t>
            </w:r>
            <w:r w:rsidRPr="005C01FD">
              <w:rPr>
                <w:b/>
                <w:sz w:val="28"/>
                <w:lang w:val="ru-RU"/>
              </w:rPr>
              <w:t xml:space="preserve">использовать </w:t>
            </w:r>
            <w:r w:rsidRPr="005C01FD">
              <w:rPr>
                <w:sz w:val="28"/>
                <w:lang w:val="ru-RU"/>
              </w:rPr>
              <w:t>основное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свойство дроби для сокращения дробей и приведения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новому</w:t>
            </w:r>
            <w:r w:rsidRPr="005C01FD">
              <w:rPr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знаменателю.</w:t>
            </w:r>
          </w:p>
          <w:p w:rsidR="005C01FD" w:rsidRPr="005C01FD" w:rsidRDefault="005C01FD" w:rsidP="007E5438">
            <w:pPr>
              <w:spacing w:line="264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Представлять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смешанную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дробь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виде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неправильной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выделять целую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часть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числа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неправильной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дроби.</w:t>
            </w:r>
          </w:p>
          <w:p w:rsidR="005C01FD" w:rsidRPr="005C01FD" w:rsidRDefault="005C01FD" w:rsidP="007E5438">
            <w:pPr>
              <w:spacing w:line="312" w:lineRule="exact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Выполнять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арифметические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действия</w:t>
            </w:r>
          </w:p>
          <w:p w:rsidR="005C01FD" w:rsidRPr="005C01FD" w:rsidRDefault="005C01FD" w:rsidP="007E5438">
            <w:pPr>
              <w:spacing w:before="23"/>
              <w:rPr>
                <w:b/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обыкновенными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дробями;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применять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свойства</w:t>
            </w:r>
          </w:p>
        </w:tc>
      </w:tr>
    </w:tbl>
    <w:p w:rsidR="005C01FD" w:rsidRPr="003B11F3" w:rsidRDefault="005C01FD" w:rsidP="005C01FD">
      <w:pPr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48"/>
        <w:gridCol w:w="2716"/>
        <w:gridCol w:w="7427"/>
      </w:tblGrid>
      <w:tr w:rsidR="005C01FD" w:rsidRPr="003B11F3" w:rsidTr="007E5438">
        <w:trPr>
          <w:trHeight w:val="384"/>
        </w:trPr>
        <w:tc>
          <w:tcPr>
            <w:tcW w:w="3256" w:type="dxa"/>
            <w:vMerge w:val="restart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  <w:vMerge w:val="restart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  <w:tcBorders>
              <w:bottom w:val="nil"/>
            </w:tcBorders>
          </w:tcPr>
          <w:p w:rsidR="005C01FD" w:rsidRPr="003B11F3" w:rsidRDefault="005C01FD" w:rsidP="007E5438">
            <w:pPr>
              <w:spacing w:before="46" w:line="318" w:lineRule="exact"/>
              <w:rPr>
                <w:sz w:val="28"/>
              </w:rPr>
            </w:pPr>
            <w:proofErr w:type="spellStart"/>
            <w:proofErr w:type="gramStart"/>
            <w:r w:rsidRPr="003B11F3">
              <w:rPr>
                <w:sz w:val="28"/>
              </w:rPr>
              <w:t>задачи</w:t>
            </w:r>
            <w:proofErr w:type="spellEnd"/>
            <w:proofErr w:type="gramEnd"/>
            <w:r w:rsidRPr="003B11F3">
              <w:rPr>
                <w:spacing w:val="-1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на</w:t>
            </w:r>
            <w:proofErr w:type="spellEnd"/>
            <w:r w:rsidRPr="003B11F3">
              <w:rPr>
                <w:spacing w:val="-4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дроби</w:t>
            </w:r>
            <w:proofErr w:type="spellEnd"/>
            <w:r w:rsidRPr="003B11F3">
              <w:rPr>
                <w:sz w:val="28"/>
              </w:rPr>
              <w:t>.</w:t>
            </w:r>
          </w:p>
        </w:tc>
        <w:tc>
          <w:tcPr>
            <w:tcW w:w="7427" w:type="dxa"/>
            <w:tcBorders>
              <w:bottom w:val="nil"/>
            </w:tcBorders>
          </w:tcPr>
          <w:p w:rsidR="005C01FD" w:rsidRPr="003B11F3" w:rsidRDefault="005C01FD" w:rsidP="007E5438">
            <w:pPr>
              <w:spacing w:before="46" w:line="318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арифметических</w:t>
            </w:r>
            <w:proofErr w:type="spellEnd"/>
            <w:r w:rsidRPr="003B11F3">
              <w:rPr>
                <w:spacing w:val="-10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действий</w:t>
            </w:r>
            <w:proofErr w:type="spellEnd"/>
            <w:r w:rsidRPr="003B11F3">
              <w:rPr>
                <w:spacing w:val="-4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для</w:t>
            </w:r>
            <w:proofErr w:type="spellEnd"/>
            <w:r w:rsidRPr="003B11F3">
              <w:rPr>
                <w:spacing w:val="-5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рационализации</w:t>
            </w:r>
            <w:proofErr w:type="spellEnd"/>
          </w:p>
        </w:tc>
      </w:tr>
      <w:tr w:rsidR="005C01FD" w:rsidRPr="003B11F3" w:rsidTr="007E5438">
        <w:trPr>
          <w:trHeight w:val="339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4" w:line="315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Применение</w:t>
            </w:r>
            <w:proofErr w:type="spellEnd"/>
            <w:r w:rsidRPr="003B11F3">
              <w:rPr>
                <w:spacing w:val="-8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букв</w:t>
            </w:r>
            <w:proofErr w:type="spellEnd"/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4" w:line="315" w:lineRule="exact"/>
              <w:rPr>
                <w:sz w:val="28"/>
              </w:rPr>
            </w:pPr>
            <w:proofErr w:type="spellStart"/>
            <w:proofErr w:type="gramStart"/>
            <w:r w:rsidRPr="003B11F3">
              <w:rPr>
                <w:sz w:val="28"/>
              </w:rPr>
              <w:t>вычислений</w:t>
            </w:r>
            <w:proofErr w:type="spellEnd"/>
            <w:proofErr w:type="gramEnd"/>
            <w:r w:rsidRPr="003B11F3">
              <w:rPr>
                <w:sz w:val="28"/>
              </w:rPr>
              <w:t>.</w:t>
            </w:r>
          </w:p>
        </w:tc>
      </w:tr>
      <w:tr w:rsidR="005C01FD" w:rsidRPr="003B11F3" w:rsidTr="007E5438">
        <w:trPr>
          <w:trHeight w:val="335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1" w:line="314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для</w:t>
            </w:r>
            <w:proofErr w:type="spellEnd"/>
            <w:r w:rsidRPr="003B11F3">
              <w:rPr>
                <w:spacing w:val="-3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записи</w:t>
            </w:r>
            <w:proofErr w:type="spellEnd"/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1" w:line="314" w:lineRule="exact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Выполнять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прикидку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 оценку</w:t>
            </w:r>
            <w:r w:rsidRPr="005C01FD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результата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вычислений;</w:t>
            </w:r>
          </w:p>
        </w:tc>
      </w:tr>
      <w:tr w:rsidR="005C01FD" w:rsidRPr="003B11F3" w:rsidTr="007E5438">
        <w:trPr>
          <w:trHeight w:val="335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1" w:line="315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математических</w:t>
            </w:r>
            <w:proofErr w:type="spellEnd"/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1" w:line="315" w:lineRule="exact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предлагать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применять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приёмы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проверки</w:t>
            </w:r>
            <w:r w:rsidRPr="005C01FD">
              <w:rPr>
                <w:b/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вычислений.</w:t>
            </w:r>
          </w:p>
        </w:tc>
      </w:tr>
      <w:tr w:rsidR="005C01FD" w:rsidRPr="003B11F3" w:rsidTr="007E5438">
        <w:trPr>
          <w:trHeight w:val="339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1" w:line="318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выражений</w:t>
            </w:r>
            <w:proofErr w:type="spellEnd"/>
            <w:r w:rsidRPr="003B11F3">
              <w:rPr>
                <w:spacing w:val="-3"/>
                <w:sz w:val="28"/>
              </w:rPr>
              <w:t xml:space="preserve"> </w:t>
            </w:r>
            <w:r w:rsidRPr="003B11F3">
              <w:rPr>
                <w:sz w:val="28"/>
              </w:rPr>
              <w:t>и</w:t>
            </w: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1" w:line="318" w:lineRule="exact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Проводить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исследования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свой</w:t>
            </w:r>
            <w:proofErr w:type="gramStart"/>
            <w:r w:rsidRPr="005C01FD">
              <w:rPr>
                <w:sz w:val="28"/>
                <w:lang w:val="ru-RU"/>
              </w:rPr>
              <w:t>ств</w:t>
            </w:r>
            <w:r w:rsidRPr="005C01FD">
              <w:rPr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</w:t>
            </w:r>
            <w:proofErr w:type="gramEnd"/>
            <w:r w:rsidRPr="005C01FD">
              <w:rPr>
                <w:sz w:val="28"/>
                <w:lang w:val="ru-RU"/>
              </w:rPr>
              <w:t>обей,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опираясь</w:t>
            </w:r>
          </w:p>
        </w:tc>
      </w:tr>
      <w:tr w:rsidR="005C01FD" w:rsidRPr="003B11F3" w:rsidTr="007E5438">
        <w:trPr>
          <w:trHeight w:val="339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4" w:line="315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предложений</w:t>
            </w:r>
            <w:proofErr w:type="spellEnd"/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4" w:line="315" w:lineRule="exact"/>
              <w:rPr>
                <w:sz w:val="28"/>
                <w:lang w:val="ru-RU"/>
              </w:rPr>
            </w:pPr>
            <w:proofErr w:type="gramStart"/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числовые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эксперименты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(в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том числе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proofErr w:type="gramEnd"/>
          </w:p>
        </w:tc>
      </w:tr>
      <w:tr w:rsidR="005C01FD" w:rsidRPr="003B11F3" w:rsidTr="007E5438">
        <w:trPr>
          <w:trHeight w:val="335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4"/>
                <w:lang w:val="ru-RU"/>
              </w:rPr>
            </w:pP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1" w:line="314" w:lineRule="exact"/>
              <w:rPr>
                <w:sz w:val="28"/>
              </w:rPr>
            </w:pPr>
            <w:proofErr w:type="spellStart"/>
            <w:proofErr w:type="gramStart"/>
            <w:r w:rsidRPr="003B11F3">
              <w:rPr>
                <w:sz w:val="28"/>
              </w:rPr>
              <w:t>компьютера</w:t>
            </w:r>
            <w:proofErr w:type="spellEnd"/>
            <w:proofErr w:type="gramEnd"/>
            <w:r w:rsidRPr="003B11F3">
              <w:rPr>
                <w:sz w:val="28"/>
              </w:rPr>
              <w:t>).</w:t>
            </w:r>
          </w:p>
        </w:tc>
      </w:tr>
      <w:tr w:rsidR="005C01FD" w:rsidRPr="003B11F3" w:rsidTr="007E5438">
        <w:trPr>
          <w:trHeight w:val="335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4"/>
              </w:rPr>
            </w:pP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1" w:line="314" w:lineRule="exact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истинные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ложные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высказывания</w:t>
            </w:r>
          </w:p>
        </w:tc>
      </w:tr>
      <w:tr w:rsidR="005C01FD" w:rsidRPr="003B11F3" w:rsidTr="007E5438">
        <w:trPr>
          <w:trHeight w:val="339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1" w:line="318" w:lineRule="exact"/>
              <w:rPr>
                <w:b/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о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дробях, </w:t>
            </w:r>
            <w:r w:rsidRPr="005C01FD">
              <w:rPr>
                <w:b/>
                <w:sz w:val="28"/>
                <w:lang w:val="ru-RU"/>
              </w:rPr>
              <w:t>приводить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примеры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5C01FD">
              <w:rPr>
                <w:sz w:val="28"/>
                <w:lang w:val="ru-RU"/>
              </w:rPr>
              <w:t>контрпримеры</w:t>
            </w:r>
            <w:proofErr w:type="spellEnd"/>
            <w:r w:rsidRPr="005C01FD">
              <w:rPr>
                <w:sz w:val="28"/>
                <w:lang w:val="ru-RU"/>
              </w:rPr>
              <w:t>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строить</w:t>
            </w:r>
          </w:p>
        </w:tc>
      </w:tr>
      <w:tr w:rsidR="005C01FD" w:rsidRPr="003B11F3" w:rsidTr="007E5438">
        <w:trPr>
          <w:trHeight w:val="339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5" w:line="314" w:lineRule="exact"/>
              <w:rPr>
                <w:sz w:val="28"/>
              </w:rPr>
            </w:pPr>
            <w:proofErr w:type="spellStart"/>
            <w:proofErr w:type="gramStart"/>
            <w:r w:rsidRPr="003B11F3">
              <w:rPr>
                <w:b/>
                <w:sz w:val="28"/>
              </w:rPr>
              <w:t>высказывания</w:t>
            </w:r>
            <w:proofErr w:type="spellEnd"/>
            <w:proofErr w:type="gramEnd"/>
            <w:r w:rsidRPr="003B11F3">
              <w:rPr>
                <w:b/>
                <w:spacing w:val="-4"/>
                <w:sz w:val="28"/>
              </w:rPr>
              <w:t xml:space="preserve"> </w:t>
            </w:r>
            <w:r w:rsidRPr="003B11F3">
              <w:rPr>
                <w:sz w:val="28"/>
              </w:rPr>
              <w:t>и</w:t>
            </w:r>
            <w:r w:rsidRPr="003B11F3">
              <w:rPr>
                <w:spacing w:val="-4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отрицания</w:t>
            </w:r>
            <w:proofErr w:type="spellEnd"/>
            <w:r w:rsidRPr="003B11F3">
              <w:rPr>
                <w:spacing w:val="-5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высказываний</w:t>
            </w:r>
            <w:proofErr w:type="spellEnd"/>
            <w:r w:rsidRPr="003B11F3">
              <w:rPr>
                <w:sz w:val="28"/>
              </w:rPr>
              <w:t>.</w:t>
            </w:r>
          </w:p>
        </w:tc>
      </w:tr>
      <w:tr w:rsidR="005C01FD" w:rsidRPr="003B11F3" w:rsidTr="007E5438">
        <w:trPr>
          <w:trHeight w:val="335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4"/>
              </w:rPr>
            </w:pP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1" w:line="315" w:lineRule="exact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Решать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текстовые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задачи,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содержащие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дробные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данные,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</w:p>
        </w:tc>
      </w:tr>
      <w:tr w:rsidR="005C01FD" w:rsidRPr="003B11F3" w:rsidTr="007E5438">
        <w:trPr>
          <w:trHeight w:val="339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1" w:line="318" w:lineRule="exact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задачи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нахождение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части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целого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целого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его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части;</w:t>
            </w:r>
          </w:p>
        </w:tc>
      </w:tr>
      <w:tr w:rsidR="005C01FD" w:rsidRPr="003B11F3" w:rsidTr="007E5438">
        <w:trPr>
          <w:trHeight w:val="339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4" w:line="315" w:lineRule="exact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выявлять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их сходства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различия.</w:t>
            </w:r>
          </w:p>
        </w:tc>
      </w:tr>
      <w:tr w:rsidR="005C01FD" w:rsidRPr="003B11F3" w:rsidTr="007E5438">
        <w:trPr>
          <w:trHeight w:val="335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4"/>
                <w:lang w:val="ru-RU"/>
              </w:rPr>
            </w:pP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1" w:line="314" w:lineRule="exact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Моделировать</w:t>
            </w:r>
            <w:r w:rsidRPr="005C01FD">
              <w:rPr>
                <w:b/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ход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решения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рисунка,</w:t>
            </w:r>
          </w:p>
        </w:tc>
      </w:tr>
      <w:tr w:rsidR="005C01FD" w:rsidRPr="003B11F3" w:rsidTr="007E5438">
        <w:trPr>
          <w:trHeight w:val="335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4"/>
                <w:lang w:val="ru-RU"/>
              </w:rPr>
            </w:pP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1" w:line="315" w:lineRule="exact"/>
              <w:rPr>
                <w:sz w:val="28"/>
              </w:rPr>
            </w:pPr>
            <w:proofErr w:type="spellStart"/>
            <w:proofErr w:type="gramStart"/>
            <w:r w:rsidRPr="003B11F3">
              <w:rPr>
                <w:sz w:val="28"/>
              </w:rPr>
              <w:t>схемы</w:t>
            </w:r>
            <w:proofErr w:type="spellEnd"/>
            <w:proofErr w:type="gramEnd"/>
            <w:r w:rsidRPr="003B11F3">
              <w:rPr>
                <w:sz w:val="28"/>
              </w:rPr>
              <w:t>,</w:t>
            </w:r>
            <w:r w:rsidRPr="003B11F3">
              <w:rPr>
                <w:spacing w:val="-3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таблицы</w:t>
            </w:r>
            <w:proofErr w:type="spellEnd"/>
            <w:r w:rsidRPr="003B11F3">
              <w:rPr>
                <w:sz w:val="28"/>
              </w:rPr>
              <w:t>.</w:t>
            </w:r>
          </w:p>
        </w:tc>
      </w:tr>
      <w:tr w:rsidR="005C01FD" w:rsidRPr="003B11F3" w:rsidTr="007E5438">
        <w:trPr>
          <w:trHeight w:val="339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1" w:line="318" w:lineRule="exact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Приводить,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разбирать,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оценивать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различные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решения,</w:t>
            </w:r>
          </w:p>
        </w:tc>
      </w:tr>
      <w:tr w:rsidR="005C01FD" w:rsidRPr="003B11F3" w:rsidTr="007E5438">
        <w:trPr>
          <w:trHeight w:val="339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4" w:line="314" w:lineRule="exact"/>
              <w:rPr>
                <w:sz w:val="28"/>
              </w:rPr>
            </w:pPr>
            <w:proofErr w:type="spellStart"/>
            <w:proofErr w:type="gramStart"/>
            <w:r w:rsidRPr="003B11F3">
              <w:rPr>
                <w:sz w:val="28"/>
              </w:rPr>
              <w:t>записи</w:t>
            </w:r>
            <w:proofErr w:type="spellEnd"/>
            <w:proofErr w:type="gramEnd"/>
            <w:r w:rsidRPr="003B11F3">
              <w:rPr>
                <w:spacing w:val="-4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решений</w:t>
            </w:r>
            <w:proofErr w:type="spellEnd"/>
            <w:r w:rsidRPr="003B11F3">
              <w:rPr>
                <w:spacing w:val="-3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текстовых</w:t>
            </w:r>
            <w:proofErr w:type="spellEnd"/>
            <w:r w:rsidRPr="003B11F3">
              <w:rPr>
                <w:spacing w:val="-8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задач</w:t>
            </w:r>
            <w:proofErr w:type="spellEnd"/>
            <w:r w:rsidRPr="003B11F3">
              <w:rPr>
                <w:sz w:val="28"/>
              </w:rPr>
              <w:t>.</w:t>
            </w:r>
          </w:p>
        </w:tc>
      </w:tr>
      <w:tr w:rsidR="005C01FD" w:rsidRPr="003B11F3" w:rsidTr="007E5438">
        <w:trPr>
          <w:trHeight w:val="335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4"/>
              </w:rPr>
            </w:pP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1" w:line="315" w:lineRule="exact"/>
              <w:rPr>
                <w:sz w:val="28"/>
              </w:rPr>
            </w:pPr>
            <w:proofErr w:type="spellStart"/>
            <w:r w:rsidRPr="003B11F3">
              <w:rPr>
                <w:b/>
                <w:sz w:val="28"/>
              </w:rPr>
              <w:t>Критически</w:t>
            </w:r>
            <w:proofErr w:type="spellEnd"/>
            <w:r w:rsidRPr="003B11F3">
              <w:rPr>
                <w:b/>
                <w:spacing w:val="-3"/>
                <w:sz w:val="28"/>
              </w:rPr>
              <w:t xml:space="preserve"> </w:t>
            </w:r>
            <w:proofErr w:type="spellStart"/>
            <w:r w:rsidRPr="003B11F3">
              <w:rPr>
                <w:b/>
                <w:sz w:val="28"/>
              </w:rPr>
              <w:t>оценивать</w:t>
            </w:r>
            <w:proofErr w:type="spellEnd"/>
            <w:r w:rsidRPr="003B11F3">
              <w:rPr>
                <w:b/>
                <w:spacing w:val="-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полученный</w:t>
            </w:r>
            <w:proofErr w:type="spellEnd"/>
            <w:r w:rsidRPr="003B11F3">
              <w:rPr>
                <w:spacing w:val="-6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результат</w:t>
            </w:r>
            <w:proofErr w:type="spellEnd"/>
            <w:r w:rsidRPr="003B11F3">
              <w:rPr>
                <w:sz w:val="28"/>
              </w:rPr>
              <w:t>,</w:t>
            </w:r>
          </w:p>
        </w:tc>
      </w:tr>
      <w:tr w:rsidR="005C01FD" w:rsidRPr="003B11F3" w:rsidTr="007E5438">
        <w:trPr>
          <w:trHeight w:val="335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4"/>
              </w:rPr>
            </w:pP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1" w:line="314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осуществлять</w:t>
            </w:r>
            <w:proofErr w:type="spellEnd"/>
            <w:r w:rsidRPr="003B11F3">
              <w:rPr>
                <w:spacing w:val="-6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самоконтроль</w:t>
            </w:r>
            <w:proofErr w:type="spellEnd"/>
            <w:r w:rsidRPr="003B11F3">
              <w:rPr>
                <w:sz w:val="28"/>
              </w:rPr>
              <w:t>,</w:t>
            </w:r>
            <w:r w:rsidRPr="003B11F3">
              <w:rPr>
                <w:spacing w:val="-5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проверяя</w:t>
            </w:r>
            <w:proofErr w:type="spellEnd"/>
            <w:r w:rsidRPr="003B11F3">
              <w:rPr>
                <w:spacing w:val="-6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ответ</w:t>
            </w:r>
            <w:proofErr w:type="spellEnd"/>
          </w:p>
        </w:tc>
      </w:tr>
      <w:tr w:rsidR="005C01FD" w:rsidRPr="003B11F3" w:rsidTr="007E5438">
        <w:trPr>
          <w:trHeight w:val="339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3B11F3" w:rsidRDefault="005C01FD" w:rsidP="007E5438">
            <w:pPr>
              <w:rPr>
                <w:sz w:val="2"/>
                <w:szCs w:val="2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1" w:line="318" w:lineRule="exact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соответствие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условию,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находить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ошибки.</w:t>
            </w:r>
          </w:p>
        </w:tc>
      </w:tr>
      <w:tr w:rsidR="005C01FD" w:rsidRPr="003B11F3" w:rsidTr="007E5438">
        <w:trPr>
          <w:trHeight w:val="416"/>
        </w:trPr>
        <w:tc>
          <w:tcPr>
            <w:tcW w:w="3256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48" w:type="dxa"/>
            <w:vMerge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716" w:type="dxa"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7427" w:type="dxa"/>
            <w:tcBorders>
              <w:top w:val="nil"/>
            </w:tcBorders>
          </w:tcPr>
          <w:p w:rsidR="005C01FD" w:rsidRPr="005C01FD" w:rsidRDefault="005C01FD" w:rsidP="007E5438">
            <w:pPr>
              <w:spacing w:before="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Знакомиться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историей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развития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арифметики</w:t>
            </w:r>
          </w:p>
        </w:tc>
      </w:tr>
      <w:tr w:rsidR="005C01FD" w:rsidRPr="003B11F3" w:rsidTr="007E5438">
        <w:trPr>
          <w:trHeight w:val="386"/>
        </w:trPr>
        <w:tc>
          <w:tcPr>
            <w:tcW w:w="3256" w:type="dxa"/>
            <w:tcBorders>
              <w:bottom w:val="nil"/>
            </w:tcBorders>
          </w:tcPr>
          <w:p w:rsidR="005C01FD" w:rsidRPr="003B11F3" w:rsidRDefault="005C01FD" w:rsidP="007E5438">
            <w:pPr>
              <w:spacing w:before="46" w:line="320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Наглядная</w:t>
            </w:r>
            <w:proofErr w:type="spellEnd"/>
            <w:r w:rsidRPr="003B11F3">
              <w:rPr>
                <w:spacing w:val="-6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геометрия</w:t>
            </w:r>
            <w:proofErr w:type="spellEnd"/>
            <w:r w:rsidRPr="003B11F3">
              <w:rPr>
                <w:sz w:val="28"/>
              </w:rPr>
              <w:t>.</w:t>
            </w:r>
          </w:p>
        </w:tc>
        <w:tc>
          <w:tcPr>
            <w:tcW w:w="1448" w:type="dxa"/>
            <w:tcBorders>
              <w:bottom w:val="nil"/>
            </w:tcBorders>
          </w:tcPr>
          <w:p w:rsidR="005C01FD" w:rsidRPr="003B11F3" w:rsidRDefault="005C01FD" w:rsidP="007E5438">
            <w:pPr>
              <w:spacing w:before="46" w:line="320" w:lineRule="exact"/>
              <w:ind w:right="472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10</w:t>
            </w:r>
          </w:p>
        </w:tc>
        <w:tc>
          <w:tcPr>
            <w:tcW w:w="2716" w:type="dxa"/>
            <w:tcBorders>
              <w:bottom w:val="nil"/>
            </w:tcBorders>
          </w:tcPr>
          <w:p w:rsidR="005C01FD" w:rsidRPr="003B11F3" w:rsidRDefault="005C01FD" w:rsidP="007E5438">
            <w:pPr>
              <w:spacing w:before="46" w:line="320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Многоугольники</w:t>
            </w:r>
            <w:proofErr w:type="spellEnd"/>
            <w:r w:rsidRPr="003B11F3">
              <w:rPr>
                <w:sz w:val="28"/>
              </w:rPr>
              <w:t>.</w:t>
            </w:r>
          </w:p>
        </w:tc>
        <w:tc>
          <w:tcPr>
            <w:tcW w:w="7427" w:type="dxa"/>
            <w:tcBorders>
              <w:bottom w:val="nil"/>
            </w:tcBorders>
          </w:tcPr>
          <w:p w:rsidR="005C01FD" w:rsidRPr="003B11F3" w:rsidRDefault="005C01FD" w:rsidP="007E5438">
            <w:pPr>
              <w:spacing w:before="46" w:line="320" w:lineRule="exact"/>
              <w:rPr>
                <w:b/>
                <w:sz w:val="28"/>
              </w:rPr>
            </w:pPr>
            <w:proofErr w:type="spellStart"/>
            <w:r w:rsidRPr="003B11F3">
              <w:rPr>
                <w:b/>
                <w:sz w:val="28"/>
              </w:rPr>
              <w:t>Описывать</w:t>
            </w:r>
            <w:proofErr w:type="spellEnd"/>
            <w:r w:rsidRPr="003B11F3">
              <w:rPr>
                <w:b/>
                <w:sz w:val="28"/>
              </w:rPr>
              <w:t>,</w:t>
            </w:r>
            <w:r w:rsidRPr="003B11F3">
              <w:rPr>
                <w:b/>
                <w:spacing w:val="-7"/>
                <w:sz w:val="28"/>
              </w:rPr>
              <w:t xml:space="preserve"> </w:t>
            </w:r>
            <w:proofErr w:type="spellStart"/>
            <w:r w:rsidRPr="003B11F3">
              <w:rPr>
                <w:b/>
                <w:sz w:val="28"/>
              </w:rPr>
              <w:t>используя</w:t>
            </w:r>
            <w:proofErr w:type="spellEnd"/>
            <w:r w:rsidRPr="003B11F3">
              <w:rPr>
                <w:b/>
                <w:spacing w:val="-8"/>
                <w:sz w:val="28"/>
              </w:rPr>
              <w:t xml:space="preserve"> </w:t>
            </w:r>
            <w:proofErr w:type="spellStart"/>
            <w:r w:rsidRPr="003B11F3">
              <w:rPr>
                <w:b/>
                <w:sz w:val="28"/>
              </w:rPr>
              <w:t>терминологию</w:t>
            </w:r>
            <w:proofErr w:type="spellEnd"/>
            <w:r w:rsidRPr="003B11F3">
              <w:rPr>
                <w:b/>
                <w:sz w:val="28"/>
              </w:rPr>
              <w:t>,</w:t>
            </w:r>
            <w:r w:rsidRPr="003B11F3">
              <w:rPr>
                <w:b/>
                <w:spacing w:val="-7"/>
                <w:sz w:val="28"/>
              </w:rPr>
              <w:t xml:space="preserve"> </w:t>
            </w:r>
            <w:proofErr w:type="spellStart"/>
            <w:r w:rsidRPr="003B11F3">
              <w:rPr>
                <w:b/>
                <w:sz w:val="28"/>
              </w:rPr>
              <w:t>изображать</w:t>
            </w:r>
            <w:proofErr w:type="spellEnd"/>
          </w:p>
        </w:tc>
      </w:tr>
      <w:tr w:rsidR="005C01FD" w:rsidRPr="003B11F3" w:rsidTr="007E5438">
        <w:trPr>
          <w:trHeight w:val="349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Многоугольники</w:t>
            </w:r>
            <w:proofErr w:type="spellEnd"/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Четырёхугольник</w:t>
            </w:r>
            <w:proofErr w:type="spellEnd"/>
            <w:r w:rsidRPr="003B11F3">
              <w:rPr>
                <w:sz w:val="28"/>
              </w:rPr>
              <w:t>,</w:t>
            </w: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6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чертёжных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инструментов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 от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руки,</w:t>
            </w:r>
          </w:p>
        </w:tc>
      </w:tr>
      <w:tr w:rsidR="005C01FD" w:rsidRPr="003B11F3" w:rsidTr="007E5438">
        <w:trPr>
          <w:trHeight w:val="349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9" w:line="320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прямоугольник</w:t>
            </w:r>
            <w:proofErr w:type="spellEnd"/>
            <w:r w:rsidRPr="003B11F3">
              <w:rPr>
                <w:sz w:val="28"/>
              </w:rPr>
              <w:t>,</w:t>
            </w: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9" w:line="320" w:lineRule="exact"/>
              <w:rPr>
                <w:sz w:val="28"/>
              </w:rPr>
            </w:pPr>
            <w:proofErr w:type="spellStart"/>
            <w:proofErr w:type="gramStart"/>
            <w:r w:rsidRPr="003B11F3">
              <w:rPr>
                <w:sz w:val="28"/>
              </w:rPr>
              <w:t>моделировать</w:t>
            </w:r>
            <w:proofErr w:type="spellEnd"/>
            <w:proofErr w:type="gramEnd"/>
            <w:r w:rsidRPr="003B11F3">
              <w:rPr>
                <w:spacing w:val="-5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из</w:t>
            </w:r>
            <w:proofErr w:type="spellEnd"/>
            <w:r w:rsidRPr="003B11F3">
              <w:rPr>
                <w:spacing w:val="-4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бумаги</w:t>
            </w:r>
            <w:proofErr w:type="spellEnd"/>
            <w:r w:rsidRPr="003B11F3">
              <w:rPr>
                <w:spacing w:val="-4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многоугольники</w:t>
            </w:r>
            <w:proofErr w:type="spellEnd"/>
            <w:r w:rsidRPr="003B11F3">
              <w:rPr>
                <w:sz w:val="28"/>
              </w:rPr>
              <w:t>.</w:t>
            </w:r>
          </w:p>
        </w:tc>
      </w:tr>
      <w:tr w:rsidR="005C01FD" w:rsidRPr="003B11F3" w:rsidTr="007E5438">
        <w:trPr>
          <w:trHeight w:val="345"/>
        </w:trPr>
        <w:tc>
          <w:tcPr>
            <w:tcW w:w="325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1448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2716" w:type="dxa"/>
            <w:tcBorders>
              <w:top w:val="nil"/>
              <w:bottom w:val="nil"/>
            </w:tcBorders>
          </w:tcPr>
          <w:p w:rsidR="005C01FD" w:rsidRPr="003B11F3" w:rsidRDefault="005C01FD" w:rsidP="007E5438">
            <w:pPr>
              <w:spacing w:before="6" w:line="319" w:lineRule="exact"/>
              <w:rPr>
                <w:sz w:val="28"/>
              </w:rPr>
            </w:pPr>
            <w:proofErr w:type="spellStart"/>
            <w:proofErr w:type="gramStart"/>
            <w:r w:rsidRPr="003B11F3">
              <w:rPr>
                <w:sz w:val="28"/>
              </w:rPr>
              <w:t>квадрат</w:t>
            </w:r>
            <w:proofErr w:type="spellEnd"/>
            <w:proofErr w:type="gramEnd"/>
            <w:r w:rsidRPr="003B11F3">
              <w:rPr>
                <w:sz w:val="28"/>
              </w:rPr>
              <w:t>.</w:t>
            </w:r>
          </w:p>
        </w:tc>
        <w:tc>
          <w:tcPr>
            <w:tcW w:w="7427" w:type="dxa"/>
            <w:tcBorders>
              <w:top w:val="nil"/>
              <w:bottom w:val="nil"/>
            </w:tcBorders>
          </w:tcPr>
          <w:p w:rsidR="005C01FD" w:rsidRPr="005C01FD" w:rsidRDefault="005C01FD" w:rsidP="007E5438">
            <w:pPr>
              <w:spacing w:before="6" w:line="319" w:lineRule="exact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Приводить</w:t>
            </w:r>
            <w:r w:rsidRPr="005C01FD">
              <w:rPr>
                <w:b/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примеры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объектов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реального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мира,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имеющих</w:t>
            </w:r>
          </w:p>
        </w:tc>
      </w:tr>
      <w:tr w:rsidR="005C01FD" w:rsidRPr="003B11F3" w:rsidTr="007E5438">
        <w:trPr>
          <w:trHeight w:val="424"/>
        </w:trPr>
        <w:tc>
          <w:tcPr>
            <w:tcW w:w="3256" w:type="dxa"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  <w:tcBorders>
              <w:top w:val="nil"/>
            </w:tcBorders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  <w:tcBorders>
              <w:top w:val="nil"/>
            </w:tcBorders>
          </w:tcPr>
          <w:p w:rsidR="005C01FD" w:rsidRPr="003B11F3" w:rsidRDefault="005C01FD" w:rsidP="007E5438">
            <w:pPr>
              <w:spacing w:before="6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Практическая</w:t>
            </w:r>
            <w:proofErr w:type="spellEnd"/>
          </w:p>
        </w:tc>
        <w:tc>
          <w:tcPr>
            <w:tcW w:w="7427" w:type="dxa"/>
            <w:tcBorders>
              <w:top w:val="nil"/>
            </w:tcBorders>
          </w:tcPr>
          <w:p w:rsidR="005C01FD" w:rsidRPr="003B11F3" w:rsidRDefault="005C01FD" w:rsidP="007E5438">
            <w:pPr>
              <w:spacing w:before="6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форму</w:t>
            </w:r>
            <w:proofErr w:type="spellEnd"/>
            <w:r w:rsidRPr="003B11F3">
              <w:rPr>
                <w:spacing w:val="-16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многоугольника</w:t>
            </w:r>
            <w:proofErr w:type="spellEnd"/>
            <w:r w:rsidRPr="003B11F3">
              <w:rPr>
                <w:sz w:val="28"/>
              </w:rPr>
              <w:t>,</w:t>
            </w:r>
            <w:r w:rsidRPr="003B11F3">
              <w:rPr>
                <w:spacing w:val="-3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прямоугольника</w:t>
            </w:r>
            <w:proofErr w:type="spellEnd"/>
            <w:r w:rsidRPr="003B11F3">
              <w:rPr>
                <w:sz w:val="28"/>
              </w:rPr>
              <w:t>,</w:t>
            </w:r>
            <w:r w:rsidRPr="003B11F3">
              <w:rPr>
                <w:spacing w:val="-4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квадрата</w:t>
            </w:r>
            <w:proofErr w:type="spellEnd"/>
            <w:r w:rsidRPr="003B11F3">
              <w:rPr>
                <w:sz w:val="28"/>
              </w:rPr>
              <w:t>,</w:t>
            </w:r>
          </w:p>
        </w:tc>
      </w:tr>
    </w:tbl>
    <w:p w:rsidR="005C01FD" w:rsidRPr="003B11F3" w:rsidRDefault="005C01FD" w:rsidP="005C01FD">
      <w:pPr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48"/>
        <w:gridCol w:w="2716"/>
        <w:gridCol w:w="7427"/>
      </w:tblGrid>
      <w:tr w:rsidR="005C01FD" w:rsidRPr="003B11F3" w:rsidTr="007E5438">
        <w:trPr>
          <w:trHeight w:val="9153"/>
        </w:trPr>
        <w:tc>
          <w:tcPr>
            <w:tcW w:w="3256" w:type="dxa"/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1448" w:type="dxa"/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2716" w:type="dxa"/>
          </w:tcPr>
          <w:p w:rsidR="005C01FD" w:rsidRPr="005C01FD" w:rsidRDefault="005C01FD" w:rsidP="007E5438">
            <w:pPr>
              <w:spacing w:before="46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работа</w:t>
            </w:r>
          </w:p>
          <w:p w:rsidR="005C01FD" w:rsidRPr="005C01FD" w:rsidRDefault="005C01FD" w:rsidP="007E5438">
            <w:pPr>
              <w:spacing w:before="31" w:line="256" w:lineRule="auto"/>
              <w:ind w:right="567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«Построение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pacing w:val="-1"/>
                <w:sz w:val="28"/>
                <w:lang w:val="ru-RU"/>
              </w:rPr>
              <w:t>прямоугольника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 заданными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сторонами</w:t>
            </w:r>
          </w:p>
          <w:p w:rsidR="005C01FD" w:rsidRPr="005C01FD" w:rsidRDefault="005C01FD" w:rsidP="007E5438">
            <w:pPr>
              <w:spacing w:before="13" w:line="256" w:lineRule="auto"/>
              <w:ind w:right="483"/>
              <w:rPr>
                <w:sz w:val="28"/>
                <w:lang w:val="ru-RU"/>
              </w:rPr>
            </w:pPr>
            <w:r w:rsidRPr="005C01FD">
              <w:rPr>
                <w:spacing w:val="-1"/>
                <w:sz w:val="28"/>
                <w:lang w:val="ru-RU"/>
              </w:rPr>
              <w:t>на нелинованной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бумаге».</w:t>
            </w:r>
          </w:p>
          <w:p w:rsidR="005C01FD" w:rsidRPr="005C01FD" w:rsidRDefault="005C01FD" w:rsidP="007E5438">
            <w:pPr>
              <w:spacing w:before="2" w:line="259" w:lineRule="auto"/>
              <w:ind w:right="349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Треугольник.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Площадь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периметр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pacing w:val="-1"/>
                <w:sz w:val="28"/>
                <w:lang w:val="ru-RU"/>
              </w:rPr>
              <w:t xml:space="preserve">прямоугольника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многоугольников,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составленных из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pacing w:val="-1"/>
                <w:sz w:val="28"/>
                <w:lang w:val="ru-RU"/>
              </w:rPr>
              <w:t>прямоугольников,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единицы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измерения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площади.</w:t>
            </w:r>
          </w:p>
          <w:p w:rsidR="005C01FD" w:rsidRPr="003B11F3" w:rsidRDefault="005C01FD" w:rsidP="007E5438">
            <w:pPr>
              <w:spacing w:before="3" w:line="256" w:lineRule="auto"/>
              <w:ind w:right="581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Периметр</w:t>
            </w:r>
            <w:proofErr w:type="spellEnd"/>
            <w:r w:rsidRPr="003B11F3">
              <w:rPr>
                <w:spacing w:val="1"/>
                <w:sz w:val="28"/>
              </w:rPr>
              <w:t xml:space="preserve"> </w:t>
            </w:r>
            <w:proofErr w:type="spellStart"/>
            <w:r w:rsidRPr="003B11F3">
              <w:rPr>
                <w:spacing w:val="-1"/>
                <w:sz w:val="28"/>
              </w:rPr>
              <w:t>многоугольника</w:t>
            </w:r>
            <w:proofErr w:type="spellEnd"/>
          </w:p>
        </w:tc>
        <w:tc>
          <w:tcPr>
            <w:tcW w:w="7427" w:type="dxa"/>
          </w:tcPr>
          <w:p w:rsidR="005C01FD" w:rsidRPr="005C01FD" w:rsidRDefault="005C01FD" w:rsidP="007E5438">
            <w:pPr>
              <w:spacing w:before="46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 xml:space="preserve">треугольника, </w:t>
            </w:r>
            <w:r w:rsidRPr="005C01FD">
              <w:rPr>
                <w:b/>
                <w:sz w:val="28"/>
                <w:lang w:val="ru-RU"/>
              </w:rPr>
              <w:t>оценивать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их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линейные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размеры.</w:t>
            </w:r>
          </w:p>
          <w:p w:rsidR="005C01FD" w:rsidRPr="005C01FD" w:rsidRDefault="005C01FD" w:rsidP="007E5438">
            <w:pPr>
              <w:spacing w:before="31" w:line="256" w:lineRule="auto"/>
              <w:ind w:right="66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Вычислять: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периметр</w:t>
            </w:r>
            <w:r w:rsidRPr="005C01FD">
              <w:rPr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треугольника,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прямоугольника,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многоугольника; площадь прямоугольника, квадрата.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Изображать </w:t>
            </w:r>
            <w:r w:rsidRPr="005C01FD">
              <w:rPr>
                <w:sz w:val="28"/>
                <w:lang w:val="ru-RU"/>
              </w:rPr>
              <w:t>остроугольные, прямоугольные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тупоугольные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треугольники.</w:t>
            </w:r>
          </w:p>
          <w:p w:rsidR="005C01FD" w:rsidRPr="005C01FD" w:rsidRDefault="005C01FD" w:rsidP="007E5438">
            <w:pPr>
              <w:spacing w:before="13" w:line="256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Строить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нелинованной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клетчатой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бумаге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квадрат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прямоугольник с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заданными длинами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сторон.</w:t>
            </w:r>
          </w:p>
          <w:p w:rsidR="005C01FD" w:rsidRPr="005C01FD" w:rsidRDefault="005C01FD" w:rsidP="007E5438">
            <w:pPr>
              <w:spacing w:before="2" w:line="261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Исследовать</w:t>
            </w:r>
            <w:r w:rsidRPr="005C01FD">
              <w:rPr>
                <w:b/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свойства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прямоугольника,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квадрата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путём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эксперимента, наблюдения, измерения, моделирования;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сравнивать свойства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квадрата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 прямоугольника.</w:t>
            </w:r>
          </w:p>
          <w:p w:rsidR="005C01FD" w:rsidRPr="005C01FD" w:rsidRDefault="005C01FD" w:rsidP="007E5438">
            <w:pPr>
              <w:spacing w:line="314" w:lineRule="exact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Конструировать</w:t>
            </w:r>
            <w:r w:rsidRPr="005C01FD">
              <w:rPr>
                <w:b/>
                <w:spacing w:val="-1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математические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предложения</w:t>
            </w:r>
          </w:p>
          <w:p w:rsidR="005C01FD" w:rsidRPr="005C01FD" w:rsidRDefault="005C01FD" w:rsidP="007E5438">
            <w:pPr>
              <w:spacing w:before="25" w:line="261" w:lineRule="auto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связок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«некоторый»,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«любой».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истинные и ложные высказывания о многоугольниках,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приводить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примеры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5C01FD">
              <w:rPr>
                <w:sz w:val="28"/>
                <w:lang w:val="ru-RU"/>
              </w:rPr>
              <w:t>контрпримеры</w:t>
            </w:r>
            <w:proofErr w:type="spellEnd"/>
            <w:r w:rsidRPr="005C01FD">
              <w:rPr>
                <w:sz w:val="28"/>
                <w:lang w:val="ru-RU"/>
              </w:rPr>
              <w:t>.</w:t>
            </w:r>
          </w:p>
          <w:p w:rsidR="005C01FD" w:rsidRPr="005C01FD" w:rsidRDefault="005C01FD" w:rsidP="007E5438">
            <w:pPr>
              <w:spacing w:line="259" w:lineRule="auto"/>
              <w:ind w:right="30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Исследовать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зависимость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площади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квадрата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длины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его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стороны.</w:t>
            </w:r>
          </w:p>
          <w:p w:rsidR="005C01FD" w:rsidRPr="005C01FD" w:rsidRDefault="005C01FD" w:rsidP="007E5438">
            <w:pPr>
              <w:spacing w:line="259" w:lineRule="auto"/>
              <w:ind w:right="153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Использовать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свойства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квадратной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сетки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для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построения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фигур; </w:t>
            </w:r>
            <w:r w:rsidRPr="005C01FD">
              <w:rPr>
                <w:b/>
                <w:sz w:val="28"/>
                <w:lang w:val="ru-RU"/>
              </w:rPr>
              <w:t xml:space="preserve">разбивать </w:t>
            </w:r>
            <w:r w:rsidRPr="005C01FD">
              <w:rPr>
                <w:sz w:val="28"/>
                <w:lang w:val="ru-RU"/>
              </w:rPr>
              <w:t>прямоугольник на квадраты,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треугольники; </w:t>
            </w:r>
            <w:r w:rsidRPr="005C01FD">
              <w:rPr>
                <w:b/>
                <w:sz w:val="28"/>
                <w:lang w:val="ru-RU"/>
              </w:rPr>
              <w:t xml:space="preserve">составлять </w:t>
            </w:r>
            <w:r w:rsidRPr="005C01FD">
              <w:rPr>
                <w:sz w:val="28"/>
                <w:lang w:val="ru-RU"/>
              </w:rPr>
              <w:t>фигуры из квадратов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прямоугольников и находить их площадь, разбивать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фигуры на прямоугольники и квадраты и находить их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площадь.</w:t>
            </w:r>
          </w:p>
          <w:p w:rsidR="005C01FD" w:rsidRPr="005C01FD" w:rsidRDefault="005C01FD" w:rsidP="007E5438">
            <w:pPr>
              <w:spacing w:line="259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Выражать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величину</w:t>
            </w:r>
            <w:r w:rsidRPr="005C01FD">
              <w:rPr>
                <w:spacing w:val="-1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площади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различных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единицах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измерения метрической системы мер, </w:t>
            </w:r>
            <w:r w:rsidRPr="005C01FD">
              <w:rPr>
                <w:b/>
                <w:sz w:val="28"/>
                <w:lang w:val="ru-RU"/>
              </w:rPr>
              <w:t>понимать и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использовать зависимости </w:t>
            </w:r>
            <w:r w:rsidRPr="005C01FD">
              <w:rPr>
                <w:sz w:val="28"/>
                <w:lang w:val="ru-RU"/>
              </w:rPr>
              <w:t>между метрическими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единицами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измерения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площади.</w:t>
            </w:r>
          </w:p>
        </w:tc>
      </w:tr>
    </w:tbl>
    <w:p w:rsidR="005C01FD" w:rsidRPr="003B11F3" w:rsidRDefault="005C01FD" w:rsidP="005C01FD">
      <w:pPr>
        <w:spacing w:line="259" w:lineRule="auto"/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48"/>
        <w:gridCol w:w="2716"/>
        <w:gridCol w:w="7427"/>
      </w:tblGrid>
      <w:tr w:rsidR="005C01FD" w:rsidRPr="003B11F3" w:rsidTr="007E5438">
        <w:trPr>
          <w:trHeight w:val="1502"/>
        </w:trPr>
        <w:tc>
          <w:tcPr>
            <w:tcW w:w="3256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7427" w:type="dxa"/>
          </w:tcPr>
          <w:p w:rsidR="005C01FD" w:rsidRPr="005C01FD" w:rsidRDefault="005C01FD" w:rsidP="007E5438">
            <w:pPr>
              <w:spacing w:before="46" w:line="264" w:lineRule="auto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Знакомиться с примерами применения </w:t>
            </w:r>
            <w:r w:rsidRPr="005C01FD">
              <w:rPr>
                <w:sz w:val="28"/>
                <w:lang w:val="ru-RU"/>
              </w:rPr>
              <w:t>площади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периметра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практических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ситуациях.</w:t>
            </w:r>
            <w:r w:rsidRPr="005C01FD">
              <w:rPr>
                <w:spacing w:val="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Решать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задачи</w:t>
            </w:r>
          </w:p>
          <w:p w:rsidR="005C01FD" w:rsidRPr="005C01FD" w:rsidRDefault="005C01FD" w:rsidP="007E5438">
            <w:pPr>
              <w:spacing w:line="256" w:lineRule="auto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из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реальной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жизни,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предлагать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обсуждать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различные</w:t>
            </w:r>
            <w:r w:rsidRPr="005C01FD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способы</w:t>
            </w:r>
            <w:r w:rsidRPr="005C01FD">
              <w:rPr>
                <w:b/>
                <w:spacing w:val="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решения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</w:t>
            </w:r>
          </w:p>
        </w:tc>
      </w:tr>
      <w:tr w:rsidR="005C01FD" w:rsidRPr="003B11F3" w:rsidTr="007E5438">
        <w:trPr>
          <w:trHeight w:val="7698"/>
        </w:trPr>
        <w:tc>
          <w:tcPr>
            <w:tcW w:w="3256" w:type="dxa"/>
          </w:tcPr>
          <w:p w:rsidR="005C01FD" w:rsidRPr="003B11F3" w:rsidRDefault="005C01FD" w:rsidP="007E5438">
            <w:pPr>
              <w:spacing w:before="105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Десятичные</w:t>
            </w:r>
            <w:proofErr w:type="spellEnd"/>
            <w:r w:rsidRPr="003B11F3">
              <w:rPr>
                <w:spacing w:val="-2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дроби</w:t>
            </w:r>
            <w:proofErr w:type="spellEnd"/>
          </w:p>
        </w:tc>
        <w:tc>
          <w:tcPr>
            <w:tcW w:w="1448" w:type="dxa"/>
          </w:tcPr>
          <w:p w:rsidR="005C01FD" w:rsidRPr="003B11F3" w:rsidRDefault="005C01FD" w:rsidP="007E5438">
            <w:pPr>
              <w:spacing w:before="105"/>
              <w:ind w:right="472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38</w:t>
            </w:r>
          </w:p>
        </w:tc>
        <w:tc>
          <w:tcPr>
            <w:tcW w:w="2716" w:type="dxa"/>
          </w:tcPr>
          <w:p w:rsidR="005C01FD" w:rsidRPr="005C01FD" w:rsidRDefault="005C01FD" w:rsidP="007E5438">
            <w:pPr>
              <w:spacing w:before="105" w:line="252" w:lineRule="auto"/>
              <w:ind w:right="264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Десятичная запись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дробей.</w:t>
            </w:r>
            <w:r w:rsidRPr="005C01FD">
              <w:rPr>
                <w:spacing w:val="-1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Сравнение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десятичных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дробей.</w:t>
            </w:r>
          </w:p>
          <w:p w:rsidR="005C01FD" w:rsidRPr="005C01FD" w:rsidRDefault="005C01FD" w:rsidP="007E5438">
            <w:pPr>
              <w:spacing w:before="2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Действия</w:t>
            </w:r>
          </w:p>
          <w:p w:rsidR="005C01FD" w:rsidRPr="005C01FD" w:rsidRDefault="005C01FD" w:rsidP="007E5438">
            <w:pPr>
              <w:spacing w:before="16" w:line="252" w:lineRule="auto"/>
              <w:ind w:right="719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 десятичными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дробями.</w:t>
            </w:r>
          </w:p>
          <w:p w:rsidR="005C01FD" w:rsidRPr="005C01FD" w:rsidRDefault="005C01FD" w:rsidP="007E5438">
            <w:pPr>
              <w:spacing w:before="1" w:line="252" w:lineRule="auto"/>
              <w:ind w:right="1115"/>
              <w:jc w:val="both"/>
              <w:rPr>
                <w:sz w:val="28"/>
                <w:lang w:val="ru-RU"/>
              </w:rPr>
            </w:pPr>
            <w:r w:rsidRPr="005C01FD">
              <w:rPr>
                <w:spacing w:val="-1"/>
                <w:sz w:val="28"/>
                <w:lang w:val="ru-RU"/>
              </w:rPr>
              <w:t>Округление</w:t>
            </w:r>
            <w:r w:rsidRPr="005C01FD">
              <w:rPr>
                <w:spacing w:val="-6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десятичных</w:t>
            </w:r>
            <w:r w:rsidRPr="005C01FD">
              <w:rPr>
                <w:spacing w:val="-6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дробей.</w:t>
            </w:r>
          </w:p>
          <w:p w:rsidR="005C01FD" w:rsidRPr="003B11F3" w:rsidRDefault="005C01FD" w:rsidP="007E5438">
            <w:pPr>
              <w:spacing w:before="2" w:line="252" w:lineRule="auto"/>
              <w:ind w:right="176"/>
              <w:rPr>
                <w:sz w:val="28"/>
              </w:rPr>
            </w:pPr>
            <w:r w:rsidRPr="005C01FD">
              <w:rPr>
                <w:spacing w:val="-1"/>
                <w:sz w:val="28"/>
                <w:lang w:val="ru-RU"/>
              </w:rPr>
              <w:t xml:space="preserve">Решение </w:t>
            </w:r>
            <w:r w:rsidRPr="005C01FD">
              <w:rPr>
                <w:sz w:val="28"/>
                <w:lang w:val="ru-RU"/>
              </w:rPr>
              <w:t>текстовых</w:t>
            </w:r>
            <w:r w:rsidRPr="005C01FD">
              <w:rPr>
                <w:spacing w:val="-6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задач, содержащих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дроби. </w:t>
            </w:r>
            <w:proofErr w:type="spellStart"/>
            <w:r w:rsidRPr="003B11F3">
              <w:rPr>
                <w:sz w:val="28"/>
              </w:rPr>
              <w:t>Основные</w:t>
            </w:r>
            <w:proofErr w:type="spellEnd"/>
            <w:r w:rsidRPr="003B11F3">
              <w:rPr>
                <w:spacing w:val="1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задачи</w:t>
            </w:r>
            <w:proofErr w:type="spellEnd"/>
            <w:r w:rsidRPr="003B11F3">
              <w:rPr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на</w:t>
            </w:r>
            <w:proofErr w:type="spellEnd"/>
            <w:r w:rsidRPr="003B11F3">
              <w:rPr>
                <w:spacing w:val="-2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дроби</w:t>
            </w:r>
            <w:proofErr w:type="spellEnd"/>
          </w:p>
        </w:tc>
        <w:tc>
          <w:tcPr>
            <w:tcW w:w="7427" w:type="dxa"/>
          </w:tcPr>
          <w:p w:rsidR="005C01FD" w:rsidRPr="005C01FD" w:rsidRDefault="005C01FD" w:rsidP="007E5438">
            <w:pPr>
              <w:spacing w:before="105" w:line="252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Представлять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десятичную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дробь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виде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обыкновенной</w:t>
            </w:r>
            <w:r w:rsidRPr="005C01FD">
              <w:rPr>
                <w:b/>
                <w:sz w:val="28"/>
                <w:lang w:val="ru-RU"/>
              </w:rPr>
              <w:t>,</w:t>
            </w:r>
            <w:r w:rsidRPr="005C01FD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читать и записывать</w:t>
            </w:r>
            <w:r w:rsidRPr="005C01FD">
              <w:rPr>
                <w:sz w:val="28"/>
                <w:lang w:val="ru-RU"/>
              </w:rPr>
              <w:t xml:space="preserve">, </w:t>
            </w:r>
            <w:r w:rsidRPr="005C01FD">
              <w:rPr>
                <w:b/>
                <w:sz w:val="28"/>
                <w:lang w:val="ru-RU"/>
              </w:rPr>
              <w:t xml:space="preserve">сравнивать </w:t>
            </w:r>
            <w:r w:rsidRPr="005C01FD">
              <w:rPr>
                <w:sz w:val="28"/>
                <w:lang w:val="ru-RU"/>
              </w:rPr>
              <w:t>десятичные дроби,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предлагать, обосновывать и обсуждать способы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упорядочивания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десятичных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дробей.</w:t>
            </w:r>
          </w:p>
          <w:p w:rsidR="005C01FD" w:rsidRPr="005C01FD" w:rsidRDefault="005C01FD" w:rsidP="007E5438">
            <w:pPr>
              <w:spacing w:before="2" w:line="252" w:lineRule="auto"/>
              <w:ind w:right="30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Изображать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десятичные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точками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proofErr w:type="gramStart"/>
            <w:r w:rsidRPr="005C01FD">
              <w:rPr>
                <w:sz w:val="28"/>
                <w:lang w:val="ru-RU"/>
              </w:rPr>
              <w:t>на</w:t>
            </w:r>
            <w:proofErr w:type="gramEnd"/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координатной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прямой.</w:t>
            </w:r>
          </w:p>
          <w:p w:rsidR="005C01FD" w:rsidRPr="005C01FD" w:rsidRDefault="005C01FD" w:rsidP="007E5438">
            <w:pPr>
              <w:spacing w:before="1" w:line="252" w:lineRule="auto"/>
              <w:ind w:right="153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Выявлять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сходства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различия</w:t>
            </w:r>
            <w:r w:rsidRPr="005C01FD">
              <w:rPr>
                <w:b/>
                <w:spacing w:val="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правил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арифметических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действий с натуральными числами и десятичными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дробями,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объяснять</w:t>
            </w:r>
            <w:r w:rsidRPr="005C01FD">
              <w:rPr>
                <w:spacing w:val="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их.</w:t>
            </w:r>
          </w:p>
          <w:p w:rsidR="005C01FD" w:rsidRPr="005C01FD" w:rsidRDefault="005C01FD" w:rsidP="007E5438">
            <w:pPr>
              <w:spacing w:before="1" w:line="252" w:lineRule="auto"/>
              <w:ind w:right="731"/>
              <w:jc w:val="both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Выполнять </w:t>
            </w:r>
            <w:r w:rsidRPr="005C01FD">
              <w:rPr>
                <w:sz w:val="28"/>
                <w:lang w:val="ru-RU"/>
              </w:rPr>
              <w:t>арифметические действия с десятичными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дробями; </w:t>
            </w:r>
            <w:r w:rsidRPr="005C01FD">
              <w:rPr>
                <w:b/>
                <w:sz w:val="28"/>
                <w:lang w:val="ru-RU"/>
              </w:rPr>
              <w:t xml:space="preserve">выполнять прикидку и оценку </w:t>
            </w:r>
            <w:r w:rsidRPr="005C01FD">
              <w:rPr>
                <w:sz w:val="28"/>
                <w:lang w:val="ru-RU"/>
              </w:rPr>
              <w:t>результата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вычислений.</w:t>
            </w:r>
          </w:p>
          <w:p w:rsidR="005C01FD" w:rsidRPr="005C01FD" w:rsidRDefault="005C01FD" w:rsidP="007E5438">
            <w:pPr>
              <w:spacing w:before="2" w:line="252" w:lineRule="auto"/>
              <w:ind w:right="1382"/>
              <w:jc w:val="both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Применять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свойства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арифметических</w:t>
            </w:r>
            <w:r w:rsidRPr="005C01FD">
              <w:rPr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действий</w:t>
            </w:r>
            <w:r w:rsidRPr="005C01FD">
              <w:rPr>
                <w:spacing w:val="-6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для рационализации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вычислений.</w:t>
            </w:r>
          </w:p>
          <w:p w:rsidR="005C01FD" w:rsidRPr="005C01FD" w:rsidRDefault="005C01FD" w:rsidP="007E5438">
            <w:pPr>
              <w:spacing w:before="1" w:line="252" w:lineRule="auto"/>
              <w:ind w:right="591"/>
              <w:jc w:val="both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Применять правило округления </w:t>
            </w:r>
            <w:r w:rsidRPr="005C01FD">
              <w:rPr>
                <w:sz w:val="28"/>
                <w:lang w:val="ru-RU"/>
              </w:rPr>
              <w:t>десятичных дробей.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proofErr w:type="gramStart"/>
            <w:r w:rsidRPr="005C01FD">
              <w:rPr>
                <w:b/>
                <w:sz w:val="28"/>
                <w:lang w:val="ru-RU"/>
              </w:rPr>
              <w:t>Проводить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исследования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свойств</w:t>
            </w:r>
            <w:r w:rsidRPr="005C01FD">
              <w:rPr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десятичных</w:t>
            </w:r>
            <w:r w:rsidRPr="005C01FD">
              <w:rPr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дробей,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опираясь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числовые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эксперименты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(в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том</w:t>
            </w:r>
            <w:r w:rsidRPr="005C01FD">
              <w:rPr>
                <w:spacing w:val="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числе</w:t>
            </w:r>
            <w:proofErr w:type="gramEnd"/>
          </w:p>
          <w:p w:rsidR="005C01FD" w:rsidRPr="005C01FD" w:rsidRDefault="005C01FD" w:rsidP="007E5438">
            <w:pPr>
              <w:spacing w:before="1" w:line="252" w:lineRule="auto"/>
              <w:ind w:right="1282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компьютера),</w:t>
            </w:r>
            <w:r w:rsidRPr="005C01FD">
              <w:rPr>
                <w:spacing w:val="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выдвигать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гипотезы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приводить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их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обоснования.</w:t>
            </w:r>
          </w:p>
          <w:p w:rsidR="005C01FD" w:rsidRPr="005C01FD" w:rsidRDefault="005C01FD" w:rsidP="007E5438">
            <w:pPr>
              <w:spacing w:before="2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истинные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ложные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высказывания</w:t>
            </w:r>
          </w:p>
          <w:p w:rsidR="005C01FD" w:rsidRPr="005C01FD" w:rsidRDefault="005C01FD" w:rsidP="007E5438">
            <w:pPr>
              <w:spacing w:before="16" w:line="247" w:lineRule="auto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о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дробях, </w:t>
            </w:r>
            <w:r w:rsidRPr="005C01FD">
              <w:rPr>
                <w:b/>
                <w:sz w:val="28"/>
                <w:lang w:val="ru-RU"/>
              </w:rPr>
              <w:t>приводить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примеры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5C01FD">
              <w:rPr>
                <w:sz w:val="28"/>
                <w:lang w:val="ru-RU"/>
              </w:rPr>
              <w:t>контрпримеры</w:t>
            </w:r>
            <w:proofErr w:type="spellEnd"/>
            <w:r w:rsidRPr="005C01FD">
              <w:rPr>
                <w:sz w:val="28"/>
                <w:lang w:val="ru-RU"/>
              </w:rPr>
              <w:t>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строить</w:t>
            </w:r>
            <w:r w:rsidRPr="005C01FD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высказывания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отрицания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высказываний.</w:t>
            </w:r>
          </w:p>
        </w:tc>
      </w:tr>
    </w:tbl>
    <w:p w:rsidR="005C01FD" w:rsidRPr="003B11F3" w:rsidRDefault="005C01FD" w:rsidP="005C01FD">
      <w:pPr>
        <w:spacing w:line="247" w:lineRule="auto"/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48"/>
        <w:gridCol w:w="2716"/>
        <w:gridCol w:w="7427"/>
      </w:tblGrid>
      <w:tr w:rsidR="005C01FD" w:rsidRPr="003B11F3" w:rsidTr="007E5438">
        <w:trPr>
          <w:trHeight w:val="4312"/>
        </w:trPr>
        <w:tc>
          <w:tcPr>
            <w:tcW w:w="3256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7427" w:type="dxa"/>
          </w:tcPr>
          <w:p w:rsidR="005C01FD" w:rsidRPr="005C01FD" w:rsidRDefault="005C01FD" w:rsidP="007E5438">
            <w:pPr>
              <w:spacing w:before="104" w:line="252" w:lineRule="auto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Решать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текстовые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задачи,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содержащие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дробные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данные,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 нахождение части целого и целого по его части;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выявлять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их</w:t>
            </w:r>
            <w:r w:rsidRPr="005C01FD">
              <w:rPr>
                <w:b/>
                <w:spacing w:val="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сходства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различия.</w:t>
            </w:r>
          </w:p>
          <w:p w:rsidR="005C01FD" w:rsidRPr="005C01FD" w:rsidRDefault="005C01FD" w:rsidP="007E5438">
            <w:pPr>
              <w:spacing w:before="1" w:line="252" w:lineRule="auto"/>
              <w:ind w:right="406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Моделировать</w:t>
            </w:r>
            <w:r w:rsidRPr="005C01FD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ход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решения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задачи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рисунка,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схемы,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таблицы. </w:t>
            </w:r>
            <w:r w:rsidRPr="005C01FD">
              <w:rPr>
                <w:b/>
                <w:sz w:val="28"/>
                <w:lang w:val="ru-RU"/>
              </w:rPr>
              <w:t>Приводить,</w:t>
            </w:r>
            <w:r w:rsidRPr="005C01FD">
              <w:rPr>
                <w:b/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разбирать,</w:t>
            </w:r>
            <w:r w:rsidRPr="005C01FD">
              <w:rPr>
                <w:b/>
                <w:spacing w:val="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оценивать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различные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решения, записи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решений текстовых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задач.</w:t>
            </w:r>
          </w:p>
          <w:p w:rsidR="005C01FD" w:rsidRPr="005C01FD" w:rsidRDefault="005C01FD" w:rsidP="007E5438">
            <w:pPr>
              <w:spacing w:before="2" w:line="252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Оперировать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дробными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числами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реальных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жизненных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ситуациях.</w:t>
            </w:r>
          </w:p>
          <w:p w:rsidR="005C01FD" w:rsidRPr="005C01FD" w:rsidRDefault="005C01FD" w:rsidP="007E5438">
            <w:pPr>
              <w:spacing w:before="1" w:line="252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Критически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оценивать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полученный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результат,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осуществлять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самоконтроль,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проверяя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ответ</w:t>
            </w:r>
          </w:p>
          <w:p w:rsidR="005C01FD" w:rsidRPr="005C01FD" w:rsidRDefault="005C01FD" w:rsidP="007E5438">
            <w:pPr>
              <w:spacing w:before="1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соответствие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условию,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находить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ошибки.</w:t>
            </w:r>
          </w:p>
          <w:p w:rsidR="005C01FD" w:rsidRPr="005C01FD" w:rsidRDefault="005C01FD" w:rsidP="007E5438">
            <w:pPr>
              <w:spacing w:before="17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Знакомиться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историей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развития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арифметики</w:t>
            </w:r>
          </w:p>
        </w:tc>
      </w:tr>
      <w:tr w:rsidR="005C01FD" w:rsidRPr="003B11F3" w:rsidTr="007E5438">
        <w:trPr>
          <w:trHeight w:val="4903"/>
        </w:trPr>
        <w:tc>
          <w:tcPr>
            <w:tcW w:w="3256" w:type="dxa"/>
          </w:tcPr>
          <w:p w:rsidR="005C01FD" w:rsidRPr="005C01FD" w:rsidRDefault="005C01FD" w:rsidP="007E5438">
            <w:pPr>
              <w:spacing w:before="46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Наглядная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геометрия.</w:t>
            </w:r>
          </w:p>
          <w:p w:rsidR="005C01FD" w:rsidRPr="005C01FD" w:rsidRDefault="005C01FD" w:rsidP="007E5438">
            <w:pPr>
              <w:spacing w:before="17" w:line="252" w:lineRule="auto"/>
              <w:ind w:right="1446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Тела и фигуры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pacing w:val="-1"/>
                <w:sz w:val="28"/>
                <w:lang w:val="ru-RU"/>
              </w:rPr>
              <w:t>в</w:t>
            </w:r>
            <w:r w:rsidRPr="005C01FD">
              <w:rPr>
                <w:spacing w:val="-12"/>
                <w:sz w:val="28"/>
                <w:lang w:val="ru-RU"/>
              </w:rPr>
              <w:t xml:space="preserve"> </w:t>
            </w:r>
            <w:r w:rsidRPr="005C01FD">
              <w:rPr>
                <w:spacing w:val="-1"/>
                <w:sz w:val="28"/>
                <w:lang w:val="ru-RU"/>
              </w:rPr>
              <w:t>пространстве</w:t>
            </w:r>
          </w:p>
        </w:tc>
        <w:tc>
          <w:tcPr>
            <w:tcW w:w="1448" w:type="dxa"/>
          </w:tcPr>
          <w:p w:rsidR="005C01FD" w:rsidRPr="003B11F3" w:rsidRDefault="005C01FD" w:rsidP="007E5438">
            <w:pPr>
              <w:spacing w:before="46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9</w:t>
            </w:r>
          </w:p>
        </w:tc>
        <w:tc>
          <w:tcPr>
            <w:tcW w:w="2716" w:type="dxa"/>
          </w:tcPr>
          <w:p w:rsidR="005C01FD" w:rsidRPr="005C01FD" w:rsidRDefault="005C01FD" w:rsidP="007E5438">
            <w:pPr>
              <w:spacing w:before="46" w:line="252" w:lineRule="auto"/>
              <w:ind w:right="306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Многогранники.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Изображение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многогранников.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Модели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pacing w:val="-1"/>
                <w:sz w:val="28"/>
                <w:lang w:val="ru-RU"/>
              </w:rPr>
              <w:t>пространственных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тел.</w:t>
            </w:r>
          </w:p>
          <w:p w:rsidR="005C01FD" w:rsidRPr="003B11F3" w:rsidRDefault="005C01FD" w:rsidP="007E5438">
            <w:pPr>
              <w:spacing w:before="4" w:line="252" w:lineRule="auto"/>
              <w:ind w:right="156"/>
              <w:rPr>
                <w:sz w:val="28"/>
              </w:rPr>
            </w:pPr>
            <w:r w:rsidRPr="005C01FD">
              <w:rPr>
                <w:sz w:val="28"/>
                <w:lang w:val="ru-RU"/>
              </w:rPr>
              <w:t>Прямоугольный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параллелепипед,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куб.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Развёртки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куба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 параллелепипеда.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3B11F3">
              <w:rPr>
                <w:sz w:val="28"/>
              </w:rPr>
              <w:t>Практическая</w:t>
            </w:r>
            <w:proofErr w:type="spellEnd"/>
            <w:r w:rsidRPr="003B11F3">
              <w:rPr>
                <w:spacing w:val="1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работа</w:t>
            </w:r>
            <w:proofErr w:type="spellEnd"/>
            <w:r w:rsidRPr="003B11F3">
              <w:rPr>
                <w:sz w:val="28"/>
              </w:rPr>
              <w:t xml:space="preserve"> «</w:t>
            </w:r>
            <w:proofErr w:type="spellStart"/>
            <w:r w:rsidRPr="003B11F3">
              <w:rPr>
                <w:sz w:val="28"/>
              </w:rPr>
              <w:t>Развёртка</w:t>
            </w:r>
            <w:proofErr w:type="spellEnd"/>
            <w:r w:rsidRPr="003B11F3">
              <w:rPr>
                <w:spacing w:val="1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куба</w:t>
            </w:r>
            <w:proofErr w:type="spellEnd"/>
            <w:r w:rsidRPr="003B11F3">
              <w:rPr>
                <w:sz w:val="28"/>
              </w:rPr>
              <w:t>».</w:t>
            </w:r>
          </w:p>
          <w:p w:rsidR="005C01FD" w:rsidRPr="003B11F3" w:rsidRDefault="005C01FD" w:rsidP="007E5438">
            <w:pPr>
              <w:spacing w:line="319" w:lineRule="exact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Объём</w:t>
            </w:r>
            <w:proofErr w:type="spellEnd"/>
            <w:r w:rsidRPr="003B11F3">
              <w:rPr>
                <w:spacing w:val="-5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куба</w:t>
            </w:r>
            <w:proofErr w:type="spellEnd"/>
            <w:r w:rsidRPr="003B11F3">
              <w:rPr>
                <w:sz w:val="28"/>
              </w:rPr>
              <w:t>,</w:t>
            </w:r>
          </w:p>
        </w:tc>
        <w:tc>
          <w:tcPr>
            <w:tcW w:w="7427" w:type="dxa"/>
          </w:tcPr>
          <w:p w:rsidR="005C01FD" w:rsidRPr="005C01FD" w:rsidRDefault="005C01FD" w:rsidP="007E5438">
            <w:pPr>
              <w:spacing w:before="46" w:line="252" w:lineRule="auto"/>
              <w:ind w:right="153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Распознавать на чертежах, рисунках, в окружающем</w:t>
            </w:r>
            <w:r w:rsidRPr="005C01FD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мире</w:t>
            </w:r>
            <w:r w:rsidRPr="005C01FD">
              <w:rPr>
                <w:b/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прямоугольный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параллелепипед,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куб,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многогранники,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описывать,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используя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терминологию,</w:t>
            </w:r>
            <w:r w:rsidRPr="005C01FD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оценивать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линейные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размеры.</w:t>
            </w:r>
          </w:p>
          <w:p w:rsidR="005C01FD" w:rsidRPr="005C01FD" w:rsidRDefault="005C01FD" w:rsidP="007E5438">
            <w:pPr>
              <w:spacing w:before="3" w:line="252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Приводить</w:t>
            </w:r>
            <w:r w:rsidRPr="005C01FD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примеры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объектов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реального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мира,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имеющих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форму многогранника, прямоугольного параллелепипеда,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куба.</w:t>
            </w:r>
          </w:p>
          <w:p w:rsidR="005C01FD" w:rsidRPr="005C01FD" w:rsidRDefault="005C01FD" w:rsidP="007E5438">
            <w:pPr>
              <w:spacing w:before="1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Изображать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куб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клетчатой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бумаге.</w:t>
            </w:r>
          </w:p>
          <w:p w:rsidR="005C01FD" w:rsidRPr="005C01FD" w:rsidRDefault="005C01FD" w:rsidP="007E5438">
            <w:pPr>
              <w:spacing w:before="10" w:line="252" w:lineRule="auto"/>
              <w:ind w:right="474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Исследовать свойства </w:t>
            </w:r>
            <w:r w:rsidRPr="005C01FD">
              <w:rPr>
                <w:sz w:val="28"/>
                <w:lang w:val="ru-RU"/>
              </w:rPr>
              <w:t>куба, прямоугольного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параллелепипеда, многогранников, используя модели.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Распознавать и изображать </w:t>
            </w:r>
            <w:r w:rsidRPr="005C01FD">
              <w:rPr>
                <w:sz w:val="28"/>
                <w:lang w:val="ru-RU"/>
              </w:rPr>
              <w:t>развёртки куба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параллелепипеда. </w:t>
            </w:r>
            <w:r w:rsidRPr="005C01FD">
              <w:rPr>
                <w:b/>
                <w:sz w:val="28"/>
                <w:lang w:val="ru-RU"/>
              </w:rPr>
              <w:t xml:space="preserve">Моделировать </w:t>
            </w:r>
            <w:r w:rsidRPr="005C01FD">
              <w:rPr>
                <w:sz w:val="28"/>
                <w:lang w:val="ru-RU"/>
              </w:rPr>
              <w:t>куб и параллелепипед</w:t>
            </w:r>
            <w:r w:rsidRPr="005C01FD">
              <w:rPr>
                <w:spacing w:val="-6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из бумаги и прочих материалов, </w:t>
            </w:r>
            <w:r w:rsidRPr="005C01FD">
              <w:rPr>
                <w:b/>
                <w:sz w:val="28"/>
                <w:lang w:val="ru-RU"/>
              </w:rPr>
              <w:t>объяснять способ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моделирования.</w:t>
            </w:r>
          </w:p>
        </w:tc>
      </w:tr>
    </w:tbl>
    <w:p w:rsidR="005C01FD" w:rsidRPr="003B11F3" w:rsidRDefault="005C01FD" w:rsidP="005C01FD">
      <w:pPr>
        <w:spacing w:line="252" w:lineRule="auto"/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448"/>
        <w:gridCol w:w="2716"/>
        <w:gridCol w:w="7427"/>
      </w:tblGrid>
      <w:tr w:rsidR="005C01FD" w:rsidRPr="003B11F3" w:rsidTr="007E5438">
        <w:trPr>
          <w:trHeight w:val="3555"/>
        </w:trPr>
        <w:tc>
          <w:tcPr>
            <w:tcW w:w="3256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8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16" w:type="dxa"/>
          </w:tcPr>
          <w:p w:rsidR="005C01FD" w:rsidRPr="003B11F3" w:rsidRDefault="005C01FD" w:rsidP="007E5438">
            <w:pPr>
              <w:spacing w:before="46" w:line="252" w:lineRule="auto"/>
              <w:ind w:right="480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прямоугольного</w:t>
            </w:r>
            <w:proofErr w:type="spellEnd"/>
            <w:r w:rsidRPr="003B11F3">
              <w:rPr>
                <w:spacing w:val="1"/>
                <w:sz w:val="28"/>
              </w:rPr>
              <w:t xml:space="preserve"> </w:t>
            </w:r>
            <w:proofErr w:type="spellStart"/>
            <w:r w:rsidRPr="003B11F3">
              <w:rPr>
                <w:spacing w:val="-1"/>
                <w:sz w:val="28"/>
              </w:rPr>
              <w:t>параллелепипеда</w:t>
            </w:r>
            <w:proofErr w:type="spellEnd"/>
          </w:p>
        </w:tc>
        <w:tc>
          <w:tcPr>
            <w:tcW w:w="7427" w:type="dxa"/>
          </w:tcPr>
          <w:p w:rsidR="005C01FD" w:rsidRPr="005C01FD" w:rsidRDefault="005C01FD" w:rsidP="007E5438">
            <w:pPr>
              <w:spacing w:before="46" w:line="252" w:lineRule="auto"/>
              <w:ind w:right="153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Находить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измерения,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вычислять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площадь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поверхности;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объём куба, прямоугольного параллелепипеда;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исследовать зависимость </w:t>
            </w:r>
            <w:r w:rsidRPr="005C01FD">
              <w:rPr>
                <w:sz w:val="28"/>
                <w:lang w:val="ru-RU"/>
              </w:rPr>
              <w:t>объёма куба от длины его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ребра,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выдвигать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обосновывать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гипотезу.</w:t>
            </w:r>
          </w:p>
          <w:p w:rsidR="005C01FD" w:rsidRPr="005C01FD" w:rsidRDefault="005C01FD" w:rsidP="007E5438">
            <w:pPr>
              <w:spacing w:before="3" w:line="252" w:lineRule="auto"/>
              <w:ind w:right="65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Наблюдать и проводить аналогии </w:t>
            </w:r>
            <w:r w:rsidRPr="005C01FD">
              <w:rPr>
                <w:sz w:val="28"/>
                <w:lang w:val="ru-RU"/>
              </w:rPr>
              <w:t>между понятиями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площади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объёма,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периметра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площади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поверхности.</w:t>
            </w:r>
          </w:p>
          <w:p w:rsidR="005C01FD" w:rsidRPr="005C01FD" w:rsidRDefault="005C01FD" w:rsidP="007E5438">
            <w:pPr>
              <w:spacing w:before="1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истинные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ложные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высказывания</w:t>
            </w:r>
          </w:p>
          <w:p w:rsidR="005C01FD" w:rsidRPr="005C01FD" w:rsidRDefault="005C01FD" w:rsidP="007E5438">
            <w:pPr>
              <w:spacing w:before="16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о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многогранниках, </w:t>
            </w:r>
            <w:r w:rsidRPr="005C01FD">
              <w:rPr>
                <w:b/>
                <w:sz w:val="28"/>
                <w:lang w:val="ru-RU"/>
              </w:rPr>
              <w:t>приводить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примеры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5C01FD">
              <w:rPr>
                <w:sz w:val="28"/>
                <w:lang w:val="ru-RU"/>
              </w:rPr>
              <w:t>контрпримеры</w:t>
            </w:r>
            <w:proofErr w:type="spellEnd"/>
            <w:r w:rsidRPr="005C01FD">
              <w:rPr>
                <w:sz w:val="28"/>
                <w:lang w:val="ru-RU"/>
              </w:rPr>
              <w:t>,</w:t>
            </w:r>
          </w:p>
          <w:p w:rsidR="005C01FD" w:rsidRPr="005C01FD" w:rsidRDefault="005C01FD" w:rsidP="007E5438">
            <w:pPr>
              <w:spacing w:before="17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строить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высказывания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отрицания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высказываний.</w:t>
            </w:r>
          </w:p>
          <w:p w:rsidR="005C01FD" w:rsidRPr="005C01FD" w:rsidRDefault="005C01FD" w:rsidP="007E5438">
            <w:pPr>
              <w:spacing w:before="17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Решать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задачи</w:t>
            </w:r>
            <w:r w:rsidRPr="005C01FD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реальной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жизни</w:t>
            </w:r>
          </w:p>
        </w:tc>
      </w:tr>
      <w:tr w:rsidR="005C01FD" w:rsidRPr="003B11F3" w:rsidTr="007E5438">
        <w:trPr>
          <w:trHeight w:val="4903"/>
        </w:trPr>
        <w:tc>
          <w:tcPr>
            <w:tcW w:w="3256" w:type="dxa"/>
          </w:tcPr>
          <w:p w:rsidR="005C01FD" w:rsidRPr="003B11F3" w:rsidRDefault="005C01FD" w:rsidP="007E5438">
            <w:pPr>
              <w:spacing w:before="46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Повторение</w:t>
            </w:r>
            <w:proofErr w:type="spellEnd"/>
            <w:r w:rsidRPr="003B11F3">
              <w:rPr>
                <w:spacing w:val="-4"/>
                <w:sz w:val="28"/>
              </w:rPr>
              <w:t xml:space="preserve"> </w:t>
            </w:r>
            <w:r w:rsidRPr="003B11F3">
              <w:rPr>
                <w:sz w:val="28"/>
              </w:rPr>
              <w:t>и</w:t>
            </w:r>
            <w:r w:rsidRPr="003B11F3">
              <w:rPr>
                <w:spacing w:val="-3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обобщение</w:t>
            </w:r>
            <w:proofErr w:type="spellEnd"/>
          </w:p>
        </w:tc>
        <w:tc>
          <w:tcPr>
            <w:tcW w:w="1448" w:type="dxa"/>
          </w:tcPr>
          <w:p w:rsidR="005C01FD" w:rsidRPr="003B11F3" w:rsidRDefault="005C01FD" w:rsidP="007E5438">
            <w:pPr>
              <w:spacing w:before="46"/>
              <w:ind w:right="472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10</w:t>
            </w:r>
          </w:p>
        </w:tc>
        <w:tc>
          <w:tcPr>
            <w:tcW w:w="2716" w:type="dxa"/>
          </w:tcPr>
          <w:p w:rsidR="005C01FD" w:rsidRPr="005C01FD" w:rsidRDefault="005C01FD" w:rsidP="007E5438">
            <w:pPr>
              <w:spacing w:before="46" w:line="252" w:lineRule="auto"/>
              <w:ind w:right="304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Повторение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основных</w:t>
            </w:r>
            <w:r w:rsidRPr="005C01FD">
              <w:rPr>
                <w:spacing w:val="-1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понятий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методов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курса</w:t>
            </w:r>
          </w:p>
          <w:p w:rsidR="005C01FD" w:rsidRPr="003B11F3" w:rsidRDefault="005C01FD" w:rsidP="007E5438">
            <w:pPr>
              <w:spacing w:before="2" w:line="252" w:lineRule="auto"/>
              <w:ind w:right="296"/>
              <w:rPr>
                <w:sz w:val="28"/>
              </w:rPr>
            </w:pPr>
            <w:r w:rsidRPr="003B11F3">
              <w:rPr>
                <w:sz w:val="28"/>
              </w:rPr>
              <w:t>5</w:t>
            </w:r>
            <w:r w:rsidRPr="003B11F3">
              <w:rPr>
                <w:spacing w:val="3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класса</w:t>
            </w:r>
            <w:proofErr w:type="spellEnd"/>
            <w:r w:rsidRPr="003B11F3">
              <w:rPr>
                <w:sz w:val="28"/>
              </w:rPr>
              <w:t>,</w:t>
            </w:r>
            <w:r w:rsidRPr="003B11F3">
              <w:rPr>
                <w:spacing w:val="1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обобщение</w:t>
            </w:r>
            <w:proofErr w:type="spellEnd"/>
            <w:r w:rsidRPr="003B11F3">
              <w:rPr>
                <w:spacing w:val="-18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знаний</w:t>
            </w:r>
            <w:proofErr w:type="spellEnd"/>
          </w:p>
        </w:tc>
        <w:tc>
          <w:tcPr>
            <w:tcW w:w="7427" w:type="dxa"/>
          </w:tcPr>
          <w:p w:rsidR="005C01FD" w:rsidRPr="005C01FD" w:rsidRDefault="005C01FD" w:rsidP="007E5438">
            <w:pPr>
              <w:spacing w:before="46" w:line="252" w:lineRule="auto"/>
              <w:ind w:right="153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Вычислять </w:t>
            </w:r>
            <w:r w:rsidRPr="005C01FD">
              <w:rPr>
                <w:sz w:val="28"/>
                <w:lang w:val="ru-RU"/>
              </w:rPr>
              <w:t>значения выражений, содержащих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натуральные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числа,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обыкновенные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десятичные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выполнять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преобразования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чисел.</w:t>
            </w:r>
          </w:p>
          <w:p w:rsidR="005C01FD" w:rsidRPr="005C01FD" w:rsidRDefault="005C01FD" w:rsidP="007E5438">
            <w:pPr>
              <w:spacing w:before="2" w:line="252" w:lineRule="auto"/>
              <w:ind w:right="1307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Выбирать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способ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сравнения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чисел,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вычислений,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применять свойства </w:t>
            </w:r>
            <w:r w:rsidRPr="005C01FD">
              <w:rPr>
                <w:sz w:val="28"/>
                <w:lang w:val="ru-RU"/>
              </w:rPr>
              <w:t>арифметических действий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для рационализации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вычислений.</w:t>
            </w:r>
          </w:p>
          <w:p w:rsidR="005C01FD" w:rsidRPr="005C01FD" w:rsidRDefault="005C01FD" w:rsidP="007E5438">
            <w:pPr>
              <w:spacing w:before="2" w:line="252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Осуществлять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самоконтроль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выполняемых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действий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самопроверку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результата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вычислений.</w:t>
            </w:r>
          </w:p>
          <w:p w:rsidR="005C01FD" w:rsidRPr="005C01FD" w:rsidRDefault="005C01FD" w:rsidP="007E5438">
            <w:pPr>
              <w:spacing w:before="1" w:line="249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Решать задачи </w:t>
            </w:r>
            <w:r w:rsidRPr="005C01FD">
              <w:rPr>
                <w:sz w:val="28"/>
                <w:lang w:val="ru-RU"/>
              </w:rPr>
              <w:t xml:space="preserve">из реальной жизни, </w:t>
            </w:r>
            <w:r w:rsidRPr="005C01FD">
              <w:rPr>
                <w:b/>
                <w:sz w:val="28"/>
                <w:lang w:val="ru-RU"/>
              </w:rPr>
              <w:t>применять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математические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знания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для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решения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других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учебных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предметов.</w:t>
            </w:r>
          </w:p>
          <w:p w:rsidR="005C01FD" w:rsidRPr="005C01FD" w:rsidRDefault="005C01FD" w:rsidP="007E5438">
            <w:pPr>
              <w:spacing w:before="4" w:line="252" w:lineRule="auto"/>
              <w:ind w:right="625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Решать задачи разными способами, сравнивать -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способы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решения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задачи</w:t>
            </w:r>
            <w:r w:rsidRPr="005C01FD">
              <w:rPr>
                <w:b/>
                <w:sz w:val="28"/>
                <w:lang w:val="ru-RU"/>
              </w:rPr>
              <w:t>,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выбирать</w:t>
            </w:r>
            <w:r w:rsidRPr="005C01FD">
              <w:rPr>
                <w:b/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рациональный</w:t>
            </w:r>
            <w:r w:rsidRPr="005C01FD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способ</w:t>
            </w:r>
          </w:p>
        </w:tc>
      </w:tr>
      <w:tr w:rsidR="005C01FD" w:rsidRPr="003B11F3" w:rsidTr="007E5438">
        <w:trPr>
          <w:trHeight w:val="868"/>
        </w:trPr>
        <w:tc>
          <w:tcPr>
            <w:tcW w:w="3256" w:type="dxa"/>
          </w:tcPr>
          <w:p w:rsidR="005C01FD" w:rsidRPr="005C01FD" w:rsidRDefault="005C01FD" w:rsidP="007E5438">
            <w:pPr>
              <w:spacing w:before="47" w:line="264" w:lineRule="auto"/>
              <w:ind w:right="53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ОБЩЕЕ КОЛИЧЕСТВО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pacing w:val="-4"/>
                <w:sz w:val="28"/>
                <w:lang w:val="ru-RU"/>
              </w:rPr>
              <w:t>ЧАСОВ</w:t>
            </w:r>
            <w:r w:rsidRPr="005C01FD">
              <w:rPr>
                <w:spacing w:val="-13"/>
                <w:sz w:val="28"/>
                <w:lang w:val="ru-RU"/>
              </w:rPr>
              <w:t xml:space="preserve"> </w:t>
            </w:r>
            <w:r w:rsidRPr="005C01FD">
              <w:rPr>
                <w:spacing w:val="-4"/>
                <w:sz w:val="28"/>
                <w:lang w:val="ru-RU"/>
              </w:rPr>
              <w:t>ПО</w:t>
            </w:r>
            <w:r w:rsidRPr="005C01FD">
              <w:rPr>
                <w:spacing w:val="-13"/>
                <w:sz w:val="28"/>
                <w:lang w:val="ru-RU"/>
              </w:rPr>
              <w:t xml:space="preserve"> </w:t>
            </w:r>
            <w:r w:rsidRPr="005C01FD">
              <w:rPr>
                <w:spacing w:val="-4"/>
                <w:sz w:val="28"/>
                <w:lang w:val="ru-RU"/>
              </w:rPr>
              <w:t>ПРОГРАММЕ</w:t>
            </w:r>
          </w:p>
        </w:tc>
        <w:tc>
          <w:tcPr>
            <w:tcW w:w="1448" w:type="dxa"/>
          </w:tcPr>
          <w:p w:rsidR="005C01FD" w:rsidRPr="003B11F3" w:rsidRDefault="005C01FD" w:rsidP="007E5438">
            <w:pPr>
              <w:spacing w:before="47"/>
              <w:ind w:right="484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170</w:t>
            </w:r>
          </w:p>
        </w:tc>
        <w:tc>
          <w:tcPr>
            <w:tcW w:w="2716" w:type="dxa"/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7427" w:type="dxa"/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</w:tr>
    </w:tbl>
    <w:p w:rsidR="005C01FD" w:rsidRPr="003B11F3" w:rsidRDefault="005C01FD" w:rsidP="005C01FD">
      <w:pPr>
        <w:rPr>
          <w:sz w:val="26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79"/>
        <w:outlineLvl w:val="0"/>
        <w:rPr>
          <w:b/>
          <w:bCs/>
          <w:sz w:val="28"/>
          <w:szCs w:val="28"/>
        </w:rPr>
      </w:pPr>
      <w:bookmarkStart w:id="14" w:name="_bookmark13"/>
      <w:bookmarkEnd w:id="14"/>
      <w:r w:rsidRPr="003B11F3">
        <w:rPr>
          <w:b/>
          <w:bCs/>
          <w:sz w:val="28"/>
          <w:szCs w:val="28"/>
        </w:rPr>
        <w:lastRenderedPageBreak/>
        <w:t>6 КЛАСС</w:t>
      </w:r>
    </w:p>
    <w:p w:rsidR="005C01FD" w:rsidRPr="003B11F3" w:rsidRDefault="005C01FD" w:rsidP="005C01FD">
      <w:pPr>
        <w:spacing w:before="1"/>
        <w:rPr>
          <w:b/>
          <w:sz w:val="14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4"/>
        <w:gridCol w:w="1447"/>
        <w:gridCol w:w="2766"/>
        <w:gridCol w:w="7398"/>
      </w:tblGrid>
      <w:tr w:rsidR="005C01FD" w:rsidRPr="003B11F3" w:rsidTr="007E5438">
        <w:trPr>
          <w:trHeight w:val="890"/>
        </w:trPr>
        <w:tc>
          <w:tcPr>
            <w:tcW w:w="3234" w:type="dxa"/>
          </w:tcPr>
          <w:p w:rsidR="005C01FD" w:rsidRPr="003B11F3" w:rsidRDefault="005C01FD" w:rsidP="007E5438">
            <w:pPr>
              <w:spacing w:before="76" w:line="256" w:lineRule="auto"/>
              <w:ind w:right="236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Наименование</w:t>
            </w:r>
            <w:proofErr w:type="spellEnd"/>
            <w:r w:rsidRPr="003B11F3">
              <w:rPr>
                <w:spacing w:val="-1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раздела</w:t>
            </w:r>
            <w:proofErr w:type="spellEnd"/>
            <w:r w:rsidRPr="003B11F3">
              <w:rPr>
                <w:spacing w:val="-67"/>
                <w:sz w:val="28"/>
              </w:rPr>
              <w:t xml:space="preserve"> </w:t>
            </w:r>
            <w:r w:rsidRPr="003B11F3">
              <w:rPr>
                <w:sz w:val="28"/>
              </w:rPr>
              <w:t>(</w:t>
            </w:r>
            <w:proofErr w:type="spellStart"/>
            <w:r w:rsidRPr="003B11F3">
              <w:rPr>
                <w:sz w:val="28"/>
              </w:rPr>
              <w:t>темы</w:t>
            </w:r>
            <w:proofErr w:type="spellEnd"/>
            <w:r w:rsidRPr="003B11F3">
              <w:rPr>
                <w:sz w:val="28"/>
              </w:rPr>
              <w:t>)</w:t>
            </w:r>
            <w:r w:rsidRPr="003B11F3">
              <w:rPr>
                <w:spacing w:val="-1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курса</w:t>
            </w:r>
            <w:proofErr w:type="spellEnd"/>
          </w:p>
        </w:tc>
        <w:tc>
          <w:tcPr>
            <w:tcW w:w="1447" w:type="dxa"/>
          </w:tcPr>
          <w:p w:rsidR="005C01FD" w:rsidRPr="003B11F3" w:rsidRDefault="005C01FD" w:rsidP="007E5438">
            <w:pPr>
              <w:spacing w:before="76" w:line="256" w:lineRule="auto"/>
              <w:ind w:right="-4"/>
              <w:rPr>
                <w:sz w:val="28"/>
              </w:rPr>
            </w:pPr>
            <w:proofErr w:type="spellStart"/>
            <w:r w:rsidRPr="003B11F3">
              <w:rPr>
                <w:spacing w:val="-1"/>
                <w:sz w:val="28"/>
              </w:rPr>
              <w:t>Количество</w:t>
            </w:r>
            <w:proofErr w:type="spellEnd"/>
            <w:r w:rsidRPr="003B11F3">
              <w:rPr>
                <w:spacing w:val="-6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часов</w:t>
            </w:r>
            <w:proofErr w:type="spellEnd"/>
          </w:p>
        </w:tc>
        <w:tc>
          <w:tcPr>
            <w:tcW w:w="2766" w:type="dxa"/>
          </w:tcPr>
          <w:p w:rsidR="005C01FD" w:rsidRPr="003B11F3" w:rsidRDefault="005C01FD" w:rsidP="007E5438">
            <w:pPr>
              <w:spacing w:before="76" w:line="256" w:lineRule="auto"/>
              <w:ind w:right="653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Основное</w:t>
            </w:r>
            <w:proofErr w:type="spellEnd"/>
            <w:r w:rsidRPr="003B11F3">
              <w:rPr>
                <w:spacing w:val="1"/>
                <w:sz w:val="28"/>
              </w:rPr>
              <w:t xml:space="preserve"> </w:t>
            </w:r>
            <w:proofErr w:type="spellStart"/>
            <w:r w:rsidRPr="003B11F3">
              <w:rPr>
                <w:spacing w:val="-1"/>
                <w:sz w:val="28"/>
              </w:rPr>
              <w:t>содержание</w:t>
            </w:r>
            <w:proofErr w:type="spellEnd"/>
          </w:p>
        </w:tc>
        <w:tc>
          <w:tcPr>
            <w:tcW w:w="7398" w:type="dxa"/>
          </w:tcPr>
          <w:p w:rsidR="005C01FD" w:rsidRPr="003B11F3" w:rsidRDefault="005C01FD" w:rsidP="007E5438">
            <w:pPr>
              <w:spacing w:before="76"/>
              <w:ind w:right="1036"/>
              <w:jc w:val="center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Основные</w:t>
            </w:r>
            <w:proofErr w:type="spellEnd"/>
            <w:r w:rsidRPr="003B11F3">
              <w:rPr>
                <w:spacing w:val="-8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виды</w:t>
            </w:r>
            <w:proofErr w:type="spellEnd"/>
            <w:r w:rsidRPr="003B11F3">
              <w:rPr>
                <w:spacing w:val="-6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деятельности</w:t>
            </w:r>
            <w:proofErr w:type="spellEnd"/>
            <w:r w:rsidRPr="003B11F3">
              <w:rPr>
                <w:spacing w:val="-5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обучающихся</w:t>
            </w:r>
            <w:proofErr w:type="spellEnd"/>
          </w:p>
        </w:tc>
      </w:tr>
      <w:tr w:rsidR="005C01FD" w:rsidRPr="003B11F3" w:rsidTr="007E5438">
        <w:trPr>
          <w:trHeight w:val="7850"/>
        </w:trPr>
        <w:tc>
          <w:tcPr>
            <w:tcW w:w="3234" w:type="dxa"/>
          </w:tcPr>
          <w:p w:rsidR="005C01FD" w:rsidRPr="003B11F3" w:rsidRDefault="005C01FD" w:rsidP="007E5438">
            <w:pPr>
              <w:spacing w:before="83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Натуральные</w:t>
            </w:r>
            <w:proofErr w:type="spellEnd"/>
            <w:r w:rsidRPr="003B11F3">
              <w:rPr>
                <w:spacing w:val="-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числа</w:t>
            </w:r>
            <w:proofErr w:type="spellEnd"/>
          </w:p>
        </w:tc>
        <w:tc>
          <w:tcPr>
            <w:tcW w:w="1447" w:type="dxa"/>
          </w:tcPr>
          <w:p w:rsidR="005C01FD" w:rsidRPr="003B11F3" w:rsidRDefault="005C01FD" w:rsidP="007E5438">
            <w:pPr>
              <w:spacing w:before="83"/>
              <w:ind w:right="476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30</w:t>
            </w:r>
          </w:p>
        </w:tc>
        <w:tc>
          <w:tcPr>
            <w:tcW w:w="2766" w:type="dxa"/>
          </w:tcPr>
          <w:p w:rsidR="005C01FD" w:rsidRPr="005C01FD" w:rsidRDefault="005C01FD" w:rsidP="007E5438">
            <w:pPr>
              <w:spacing w:before="83" w:line="256" w:lineRule="auto"/>
              <w:ind w:right="528"/>
              <w:rPr>
                <w:sz w:val="28"/>
                <w:lang w:val="ru-RU"/>
              </w:rPr>
            </w:pPr>
            <w:r w:rsidRPr="005C01FD">
              <w:rPr>
                <w:spacing w:val="-1"/>
                <w:sz w:val="28"/>
                <w:lang w:val="ru-RU"/>
              </w:rPr>
              <w:t>Арифметические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действия</w:t>
            </w:r>
          </w:p>
          <w:p w:rsidR="005C01FD" w:rsidRPr="005C01FD" w:rsidRDefault="005C01FD" w:rsidP="007E5438">
            <w:pPr>
              <w:spacing w:before="3" w:line="259" w:lineRule="auto"/>
              <w:ind w:right="165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 многозначными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натуральными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числами. Числовые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выражения,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порядок действий,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использование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скобок. Округление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натуральных чисел.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Делители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кратные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числа; наибольший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общий делитель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наименьшее общее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кратное.</w:t>
            </w:r>
          </w:p>
          <w:p w:rsidR="005C01FD" w:rsidRPr="005C01FD" w:rsidRDefault="005C01FD" w:rsidP="007E5438">
            <w:pPr>
              <w:spacing w:before="3" w:line="256" w:lineRule="auto"/>
              <w:ind w:right="188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Делимость</w:t>
            </w:r>
            <w:r w:rsidRPr="005C01FD">
              <w:rPr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суммы</w:t>
            </w:r>
            <w:r w:rsidRPr="005C01FD">
              <w:rPr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произведения.</w:t>
            </w:r>
          </w:p>
          <w:p w:rsidR="005C01FD" w:rsidRPr="005C01FD" w:rsidRDefault="005C01FD" w:rsidP="007E5438">
            <w:pPr>
              <w:spacing w:before="3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Деление</w:t>
            </w:r>
          </w:p>
          <w:p w:rsidR="005C01FD" w:rsidRPr="003B11F3" w:rsidRDefault="005C01FD" w:rsidP="007E5438">
            <w:pPr>
              <w:spacing w:before="24" w:line="261" w:lineRule="auto"/>
              <w:ind w:right="225"/>
              <w:rPr>
                <w:sz w:val="28"/>
              </w:rPr>
            </w:pPr>
            <w:r w:rsidRPr="005C01FD">
              <w:rPr>
                <w:sz w:val="28"/>
                <w:lang w:val="ru-RU"/>
              </w:rPr>
              <w:t>с остатком.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3B11F3">
              <w:rPr>
                <w:spacing w:val="-1"/>
                <w:sz w:val="28"/>
              </w:rPr>
              <w:t>Решение</w:t>
            </w:r>
            <w:proofErr w:type="spellEnd"/>
            <w:r w:rsidRPr="003B11F3">
              <w:rPr>
                <w:spacing w:val="-1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текстовых</w:t>
            </w:r>
            <w:proofErr w:type="spellEnd"/>
            <w:r w:rsidRPr="003B11F3">
              <w:rPr>
                <w:spacing w:val="-68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задач</w:t>
            </w:r>
            <w:proofErr w:type="spellEnd"/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83" w:line="256" w:lineRule="auto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Выполнять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арифметические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действия</w:t>
            </w:r>
            <w:r w:rsidRPr="005C01FD">
              <w:rPr>
                <w:b/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многозначными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натуральными числами, </w:t>
            </w:r>
            <w:r w:rsidRPr="005C01FD">
              <w:rPr>
                <w:b/>
                <w:sz w:val="28"/>
                <w:lang w:val="ru-RU"/>
              </w:rPr>
              <w:t xml:space="preserve">находить значения </w:t>
            </w:r>
            <w:r w:rsidRPr="005C01FD">
              <w:rPr>
                <w:sz w:val="28"/>
                <w:lang w:val="ru-RU"/>
              </w:rPr>
              <w:t>числовых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выражений со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скобками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без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скобок;</w:t>
            </w:r>
            <w:r w:rsidRPr="005C01FD">
              <w:rPr>
                <w:spacing w:val="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вычислять</w:t>
            </w:r>
          </w:p>
          <w:p w:rsidR="005C01FD" w:rsidRPr="005C01FD" w:rsidRDefault="005C01FD" w:rsidP="007E5438">
            <w:pPr>
              <w:spacing w:before="4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значения </w:t>
            </w:r>
            <w:r w:rsidRPr="005C01FD">
              <w:rPr>
                <w:sz w:val="28"/>
                <w:lang w:val="ru-RU"/>
              </w:rPr>
              <w:t>выражений,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содержащих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степени.</w:t>
            </w:r>
          </w:p>
          <w:p w:rsidR="005C01FD" w:rsidRPr="005C01FD" w:rsidRDefault="005C01FD" w:rsidP="007E5438">
            <w:pPr>
              <w:spacing w:before="31" w:line="259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Выполнять прикидку и оценку </w:t>
            </w:r>
            <w:r w:rsidRPr="005C01FD">
              <w:rPr>
                <w:sz w:val="28"/>
                <w:lang w:val="ru-RU"/>
              </w:rPr>
              <w:t>значений числовых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выражений,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применять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приёмы</w:t>
            </w:r>
            <w:r w:rsidRPr="005C01FD">
              <w:rPr>
                <w:b/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проверки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результата.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Использовать при вычислениях </w:t>
            </w:r>
            <w:r w:rsidRPr="005C01FD">
              <w:rPr>
                <w:sz w:val="28"/>
                <w:lang w:val="ru-RU"/>
              </w:rPr>
              <w:t>переместительное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сочетательное свойства сложения и умножения,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распределительное свойство умножения относительно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сложения,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свойства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арифметических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действий.</w:t>
            </w:r>
          </w:p>
          <w:p w:rsidR="005C01FD" w:rsidRPr="005C01FD" w:rsidRDefault="005C01FD" w:rsidP="007E5438">
            <w:pPr>
              <w:spacing w:line="261" w:lineRule="auto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Исследовать </w:t>
            </w:r>
            <w:r w:rsidRPr="005C01FD">
              <w:rPr>
                <w:sz w:val="28"/>
                <w:lang w:val="ru-RU"/>
              </w:rPr>
              <w:t>числовые закономерности, проводить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числовые</w:t>
            </w:r>
            <w:r w:rsidRPr="005C01FD">
              <w:rPr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эксперименты,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выдвигать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обосновывать</w:t>
            </w:r>
            <w:r w:rsidRPr="005C01FD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гипотезы.</w:t>
            </w:r>
          </w:p>
          <w:p w:rsidR="005C01FD" w:rsidRPr="005C01FD" w:rsidRDefault="005C01FD" w:rsidP="007E5438">
            <w:pPr>
              <w:spacing w:line="259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Формулировать определения </w:t>
            </w:r>
            <w:r w:rsidRPr="005C01FD">
              <w:rPr>
                <w:sz w:val="28"/>
                <w:lang w:val="ru-RU"/>
              </w:rPr>
              <w:t>делителя и кратного,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наибольшего общего делителя и наименьшего общего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кратного,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простого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составного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чисел;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использовать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эти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понятия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при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решении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задач.</w:t>
            </w:r>
          </w:p>
          <w:p w:rsidR="005C01FD" w:rsidRPr="005C01FD" w:rsidRDefault="005C01FD" w:rsidP="007E5438">
            <w:pPr>
              <w:spacing w:line="261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Применять</w:t>
            </w:r>
            <w:r w:rsidRPr="005C01FD">
              <w:rPr>
                <w:b/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алгоритмы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вычисления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наибольшего</w:t>
            </w:r>
            <w:r w:rsidRPr="005C01FD">
              <w:rPr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общего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делителя и наименьшего общего кратного двух чисел,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алгоритм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разложения числа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простые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множители.</w:t>
            </w:r>
          </w:p>
          <w:p w:rsidR="005C01FD" w:rsidRPr="005C01FD" w:rsidRDefault="005C01FD" w:rsidP="007E5438">
            <w:pPr>
              <w:spacing w:line="314" w:lineRule="exact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Исследовать</w:t>
            </w:r>
            <w:r w:rsidRPr="005C01FD">
              <w:rPr>
                <w:b/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условия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делимости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4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6.</w:t>
            </w:r>
          </w:p>
          <w:p w:rsidR="005C01FD" w:rsidRPr="003B11F3" w:rsidRDefault="005C01FD" w:rsidP="007E5438">
            <w:pPr>
              <w:spacing w:before="10"/>
              <w:rPr>
                <w:b/>
                <w:sz w:val="28"/>
              </w:rPr>
            </w:pPr>
            <w:proofErr w:type="spellStart"/>
            <w:r w:rsidRPr="003B11F3">
              <w:rPr>
                <w:b/>
                <w:sz w:val="28"/>
              </w:rPr>
              <w:t>Исследовать</w:t>
            </w:r>
            <w:proofErr w:type="spellEnd"/>
            <w:r w:rsidRPr="003B11F3">
              <w:rPr>
                <w:b/>
                <w:sz w:val="28"/>
              </w:rPr>
              <w:t xml:space="preserve">, </w:t>
            </w:r>
            <w:proofErr w:type="spellStart"/>
            <w:r w:rsidRPr="003B11F3">
              <w:rPr>
                <w:b/>
                <w:sz w:val="28"/>
              </w:rPr>
              <w:t>обсуждать</w:t>
            </w:r>
            <w:proofErr w:type="spellEnd"/>
            <w:r w:rsidRPr="003B11F3">
              <w:rPr>
                <w:b/>
                <w:sz w:val="28"/>
              </w:rPr>
              <w:t>,</w:t>
            </w:r>
            <w:r w:rsidRPr="003B11F3">
              <w:rPr>
                <w:b/>
                <w:spacing w:val="-5"/>
                <w:sz w:val="28"/>
              </w:rPr>
              <w:t xml:space="preserve"> </w:t>
            </w:r>
            <w:proofErr w:type="spellStart"/>
            <w:r w:rsidRPr="003B11F3">
              <w:rPr>
                <w:b/>
                <w:sz w:val="28"/>
              </w:rPr>
              <w:t>формулировать</w:t>
            </w:r>
            <w:proofErr w:type="spellEnd"/>
            <w:r w:rsidRPr="003B11F3">
              <w:rPr>
                <w:b/>
                <w:spacing w:val="-11"/>
                <w:sz w:val="28"/>
              </w:rPr>
              <w:t xml:space="preserve"> </w:t>
            </w:r>
            <w:r w:rsidRPr="003B11F3">
              <w:rPr>
                <w:b/>
                <w:sz w:val="28"/>
              </w:rPr>
              <w:t>и</w:t>
            </w:r>
          </w:p>
        </w:tc>
      </w:tr>
    </w:tbl>
    <w:p w:rsidR="005C01FD" w:rsidRPr="003B11F3" w:rsidRDefault="005C01FD" w:rsidP="005C01FD">
      <w:pPr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4"/>
        <w:gridCol w:w="1447"/>
        <w:gridCol w:w="2766"/>
        <w:gridCol w:w="7398"/>
      </w:tblGrid>
      <w:tr w:rsidR="005C01FD" w:rsidRPr="003B11F3" w:rsidTr="007E5438">
        <w:trPr>
          <w:trHeight w:val="7496"/>
        </w:trPr>
        <w:tc>
          <w:tcPr>
            <w:tcW w:w="3234" w:type="dxa"/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1447" w:type="dxa"/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2766" w:type="dxa"/>
          </w:tcPr>
          <w:p w:rsidR="005C01FD" w:rsidRPr="003B11F3" w:rsidRDefault="005C01FD" w:rsidP="007E5438">
            <w:pPr>
              <w:rPr>
                <w:sz w:val="26"/>
              </w:rPr>
            </w:pPr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75" w:line="261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обосновывать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вывод </w:t>
            </w:r>
            <w:r w:rsidRPr="005C01FD">
              <w:rPr>
                <w:sz w:val="28"/>
                <w:lang w:val="ru-RU"/>
              </w:rPr>
              <w:t>о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чётности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суммы,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произведения: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двух чётных чисел, двух нечётных числе, чётного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нечётного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чисел.</w:t>
            </w:r>
          </w:p>
          <w:p w:rsidR="005C01FD" w:rsidRPr="005C01FD" w:rsidRDefault="005C01FD" w:rsidP="007E5438">
            <w:pPr>
              <w:spacing w:line="259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Исследовать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свойства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делимости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суммы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произведения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чисел.</w:t>
            </w:r>
          </w:p>
          <w:p w:rsidR="005C01FD" w:rsidRPr="005C01FD" w:rsidRDefault="005C01FD" w:rsidP="007E5438">
            <w:pPr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Приводить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примеры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чисел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заданными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свойствами,</w:t>
            </w:r>
          </w:p>
          <w:p w:rsidR="005C01FD" w:rsidRPr="005C01FD" w:rsidRDefault="005C01FD" w:rsidP="007E5438">
            <w:pPr>
              <w:spacing w:before="19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верные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неверные</w:t>
            </w:r>
            <w:r w:rsidRPr="005C01FD">
              <w:rPr>
                <w:b/>
                <w:spacing w:val="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утверждения</w:t>
            </w:r>
          </w:p>
          <w:p w:rsidR="005C01FD" w:rsidRPr="005C01FD" w:rsidRDefault="005C01FD" w:rsidP="007E5438">
            <w:pPr>
              <w:spacing w:before="24" w:line="256" w:lineRule="auto"/>
              <w:ind w:right="465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о</w:t>
            </w:r>
            <w:r w:rsidRPr="005C01FD">
              <w:rPr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свойствах</w:t>
            </w:r>
            <w:r w:rsidRPr="005C01FD">
              <w:rPr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чисел,</w:t>
            </w:r>
            <w:r w:rsidRPr="005C01FD">
              <w:rPr>
                <w:spacing w:val="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опровергать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неверные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утверждения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помощью </w:t>
            </w:r>
            <w:proofErr w:type="spellStart"/>
            <w:r w:rsidRPr="005C01FD">
              <w:rPr>
                <w:sz w:val="28"/>
                <w:lang w:val="ru-RU"/>
              </w:rPr>
              <w:t>контрпримеров</w:t>
            </w:r>
            <w:proofErr w:type="spellEnd"/>
            <w:r w:rsidRPr="005C01FD">
              <w:rPr>
                <w:sz w:val="28"/>
                <w:lang w:val="ru-RU"/>
              </w:rPr>
              <w:t>.</w:t>
            </w:r>
          </w:p>
          <w:p w:rsidR="005C01FD" w:rsidRPr="005C01FD" w:rsidRDefault="005C01FD" w:rsidP="007E5438">
            <w:pPr>
              <w:spacing w:before="10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Конструировать</w:t>
            </w:r>
            <w:r w:rsidRPr="005C01FD">
              <w:rPr>
                <w:b/>
                <w:spacing w:val="-1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математические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предложения</w:t>
            </w:r>
          </w:p>
          <w:p w:rsidR="005C01FD" w:rsidRPr="005C01FD" w:rsidRDefault="005C01FD" w:rsidP="007E5438">
            <w:pPr>
              <w:spacing w:before="23" w:line="259" w:lineRule="auto"/>
              <w:ind w:right="850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 помощью связок «и», «или», «если…, то…».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Решать </w:t>
            </w:r>
            <w:r w:rsidRPr="005C01FD">
              <w:rPr>
                <w:sz w:val="28"/>
                <w:lang w:val="ru-RU"/>
              </w:rPr>
              <w:t>текстовые задачи, включающие понятия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делимости,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арифметическим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способом,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использовать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перебор</w:t>
            </w:r>
            <w:r w:rsidRPr="005C01FD">
              <w:rPr>
                <w:spacing w:val="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всех</w:t>
            </w:r>
            <w:r w:rsidRPr="005C01FD">
              <w:rPr>
                <w:spacing w:val="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возможных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вариантов.</w:t>
            </w:r>
          </w:p>
          <w:p w:rsidR="005C01FD" w:rsidRPr="005C01FD" w:rsidRDefault="005C01FD" w:rsidP="007E5438">
            <w:pPr>
              <w:spacing w:line="259" w:lineRule="auto"/>
              <w:ind w:right="37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Моделировать</w:t>
            </w:r>
            <w:r w:rsidRPr="005C01FD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ход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решения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задачи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рисунка,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схемы,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таблицы.</w:t>
            </w:r>
          </w:p>
          <w:p w:rsidR="005C01FD" w:rsidRPr="005C01FD" w:rsidRDefault="005C01FD" w:rsidP="007E5438">
            <w:pPr>
              <w:spacing w:line="264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Приводить,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разбирать,</w:t>
            </w:r>
            <w:r w:rsidRPr="005C01FD">
              <w:rPr>
                <w:b/>
                <w:spacing w:val="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оценивать</w:t>
            </w:r>
            <w:r w:rsidRPr="005C01FD">
              <w:rPr>
                <w:b/>
                <w:spacing w:val="-1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различные</w:t>
            </w:r>
            <w:r w:rsidRPr="005C01FD">
              <w:rPr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решения,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записи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решений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текстовых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задач.</w:t>
            </w:r>
          </w:p>
          <w:p w:rsidR="005C01FD" w:rsidRPr="005C01FD" w:rsidRDefault="005C01FD" w:rsidP="007E5438">
            <w:pPr>
              <w:spacing w:line="256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Критически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оценивать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полученный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результат,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находить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ошибки,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осуществлять самоконтроль,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проверяя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ответ</w:t>
            </w:r>
          </w:p>
          <w:p w:rsidR="005C01FD" w:rsidRPr="003B11F3" w:rsidRDefault="005C01FD" w:rsidP="007E5438">
            <w:pPr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на</w:t>
            </w:r>
            <w:proofErr w:type="spellEnd"/>
            <w:r w:rsidRPr="003B11F3">
              <w:rPr>
                <w:spacing w:val="-8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соответствие</w:t>
            </w:r>
            <w:proofErr w:type="spellEnd"/>
            <w:r w:rsidRPr="003B11F3">
              <w:rPr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условию</w:t>
            </w:r>
            <w:proofErr w:type="spellEnd"/>
          </w:p>
        </w:tc>
      </w:tr>
      <w:tr w:rsidR="005C01FD" w:rsidRPr="003B11F3" w:rsidTr="007E5438">
        <w:trPr>
          <w:trHeight w:val="1942"/>
        </w:trPr>
        <w:tc>
          <w:tcPr>
            <w:tcW w:w="3234" w:type="dxa"/>
          </w:tcPr>
          <w:p w:rsidR="005C01FD" w:rsidRPr="005C01FD" w:rsidRDefault="005C01FD" w:rsidP="007E5438">
            <w:pPr>
              <w:spacing w:before="82" w:line="259" w:lineRule="auto"/>
              <w:ind w:right="590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Наглядная</w:t>
            </w:r>
            <w:r w:rsidRPr="005C01FD">
              <w:rPr>
                <w:spacing w:val="-1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геометрия.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proofErr w:type="gramStart"/>
            <w:r w:rsidRPr="005C01FD">
              <w:rPr>
                <w:sz w:val="28"/>
                <w:lang w:val="ru-RU"/>
              </w:rPr>
              <w:t>Прямые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плоскости</w:t>
            </w:r>
            <w:proofErr w:type="gramEnd"/>
          </w:p>
        </w:tc>
        <w:tc>
          <w:tcPr>
            <w:tcW w:w="1447" w:type="dxa"/>
          </w:tcPr>
          <w:p w:rsidR="005C01FD" w:rsidRPr="003B11F3" w:rsidRDefault="005C01FD" w:rsidP="007E5438">
            <w:pPr>
              <w:spacing w:before="82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7</w:t>
            </w:r>
          </w:p>
        </w:tc>
        <w:tc>
          <w:tcPr>
            <w:tcW w:w="2766" w:type="dxa"/>
          </w:tcPr>
          <w:p w:rsidR="005C01FD" w:rsidRPr="005C01FD" w:rsidRDefault="005C01FD" w:rsidP="007E5438">
            <w:pPr>
              <w:spacing w:before="82" w:line="259" w:lineRule="auto"/>
              <w:ind w:right="247"/>
              <w:rPr>
                <w:sz w:val="28"/>
                <w:lang w:val="ru-RU"/>
              </w:rPr>
            </w:pPr>
            <w:r w:rsidRPr="005C01FD">
              <w:rPr>
                <w:spacing w:val="-1"/>
                <w:sz w:val="28"/>
                <w:lang w:val="ru-RU"/>
              </w:rPr>
              <w:t>Перпендикулярные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прямые.</w:t>
            </w:r>
          </w:p>
          <w:p w:rsidR="005C01FD" w:rsidRPr="005C01FD" w:rsidRDefault="005C01FD" w:rsidP="007E5438">
            <w:pPr>
              <w:spacing w:line="256" w:lineRule="auto"/>
              <w:ind w:right="848"/>
              <w:rPr>
                <w:sz w:val="28"/>
                <w:lang w:val="ru-RU"/>
              </w:rPr>
            </w:pPr>
            <w:r w:rsidRPr="005C01FD">
              <w:rPr>
                <w:spacing w:val="-1"/>
                <w:sz w:val="28"/>
                <w:lang w:val="ru-RU"/>
              </w:rPr>
              <w:t>Параллельные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прямые.</w:t>
            </w:r>
          </w:p>
          <w:p w:rsidR="005C01FD" w:rsidRPr="005C01FD" w:rsidRDefault="005C01FD" w:rsidP="007E5438">
            <w:pPr>
              <w:spacing w:before="7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Расстояние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proofErr w:type="gramStart"/>
            <w:r w:rsidRPr="005C01FD">
              <w:rPr>
                <w:sz w:val="28"/>
                <w:lang w:val="ru-RU"/>
              </w:rPr>
              <w:t>между</w:t>
            </w:r>
            <w:proofErr w:type="gramEnd"/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82" w:line="259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чертежах,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рисунках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случаи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взаимного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расположения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двух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прямых.</w:t>
            </w:r>
          </w:p>
          <w:p w:rsidR="005C01FD" w:rsidRPr="005C01FD" w:rsidRDefault="005C01FD" w:rsidP="007E5438">
            <w:pPr>
              <w:spacing w:line="318" w:lineRule="exact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Изображать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помощью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чертёжных</w:t>
            </w:r>
            <w:r w:rsidRPr="005C01FD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инструментов</w:t>
            </w:r>
          </w:p>
          <w:p w:rsidR="005C01FD" w:rsidRPr="005C01FD" w:rsidRDefault="005C01FD" w:rsidP="007E5438">
            <w:pPr>
              <w:spacing w:before="25" w:line="264" w:lineRule="auto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нелинованной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клетчатой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бумаге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две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пересекающиеся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прямые, две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параллельные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прямые, строить </w:t>
            </w:r>
            <w:proofErr w:type="gramStart"/>
            <w:r w:rsidRPr="005C01FD">
              <w:rPr>
                <w:sz w:val="28"/>
                <w:lang w:val="ru-RU"/>
              </w:rPr>
              <w:t>прямую</w:t>
            </w:r>
            <w:proofErr w:type="gramEnd"/>
            <w:r w:rsidRPr="005C01FD">
              <w:rPr>
                <w:sz w:val="28"/>
                <w:lang w:val="ru-RU"/>
              </w:rPr>
              <w:t>,</w:t>
            </w:r>
          </w:p>
        </w:tc>
      </w:tr>
    </w:tbl>
    <w:p w:rsidR="005C01FD" w:rsidRPr="003B11F3" w:rsidRDefault="005C01FD" w:rsidP="005C01FD">
      <w:pPr>
        <w:spacing w:line="264" w:lineRule="auto"/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4"/>
        <w:gridCol w:w="1447"/>
        <w:gridCol w:w="2766"/>
        <w:gridCol w:w="7398"/>
      </w:tblGrid>
      <w:tr w:rsidR="005C01FD" w:rsidRPr="003B11F3" w:rsidTr="007E5438">
        <w:trPr>
          <w:trHeight w:val="3325"/>
        </w:trPr>
        <w:tc>
          <w:tcPr>
            <w:tcW w:w="3234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7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66" w:type="dxa"/>
          </w:tcPr>
          <w:p w:rsidR="005C01FD" w:rsidRPr="005C01FD" w:rsidRDefault="005C01FD" w:rsidP="007E5438">
            <w:pPr>
              <w:spacing w:before="75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двумя точками,</w:t>
            </w:r>
          </w:p>
          <w:p w:rsidR="005C01FD" w:rsidRPr="005C01FD" w:rsidRDefault="005C01FD" w:rsidP="007E5438">
            <w:pPr>
              <w:spacing w:before="31" w:line="256" w:lineRule="auto"/>
              <w:ind w:right="161"/>
              <w:rPr>
                <w:sz w:val="28"/>
                <w:lang w:val="ru-RU"/>
              </w:rPr>
            </w:pPr>
            <w:proofErr w:type="gramStart"/>
            <w:r w:rsidRPr="005C01FD">
              <w:rPr>
                <w:sz w:val="28"/>
                <w:lang w:val="ru-RU"/>
              </w:rPr>
              <w:t>от точки до прямой,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длина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маршрута</w:t>
            </w:r>
            <w:proofErr w:type="gramEnd"/>
          </w:p>
          <w:p w:rsidR="005C01FD" w:rsidRPr="003B11F3" w:rsidRDefault="005C01FD" w:rsidP="007E5438">
            <w:pPr>
              <w:spacing w:before="3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на</w:t>
            </w:r>
            <w:proofErr w:type="spellEnd"/>
            <w:r w:rsidRPr="003B11F3">
              <w:rPr>
                <w:spacing w:val="-6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квадратной</w:t>
            </w:r>
            <w:proofErr w:type="spellEnd"/>
            <w:r w:rsidRPr="003B11F3">
              <w:rPr>
                <w:spacing w:val="-3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сетке</w:t>
            </w:r>
            <w:proofErr w:type="spellEnd"/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75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перпендикулярную</w:t>
            </w:r>
            <w:r w:rsidRPr="005C01FD">
              <w:rPr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данной.</w:t>
            </w:r>
          </w:p>
          <w:p w:rsidR="005C01FD" w:rsidRPr="005C01FD" w:rsidRDefault="005C01FD" w:rsidP="007E5438">
            <w:pPr>
              <w:spacing w:before="31" w:line="259" w:lineRule="auto"/>
              <w:ind w:right="570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Приводить</w:t>
            </w:r>
            <w:r w:rsidRPr="005C01FD">
              <w:rPr>
                <w:b/>
                <w:spacing w:val="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примеры </w:t>
            </w:r>
            <w:r w:rsidRPr="005C01FD">
              <w:rPr>
                <w:sz w:val="28"/>
                <w:lang w:val="ru-RU"/>
              </w:rPr>
              <w:t>параллельности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proofErr w:type="gramStart"/>
            <w:r w:rsidRPr="005C01FD">
              <w:rPr>
                <w:sz w:val="28"/>
                <w:lang w:val="ru-RU"/>
              </w:rPr>
              <w:t>перпендикулярности</w:t>
            </w:r>
            <w:proofErr w:type="gramEnd"/>
            <w:r w:rsidRPr="005C01FD">
              <w:rPr>
                <w:sz w:val="28"/>
                <w:lang w:val="ru-RU"/>
              </w:rPr>
              <w:t xml:space="preserve"> прямых в пространстве.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многоугольниках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перпендикулярные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параллельные стороны.</w:t>
            </w:r>
            <w:r w:rsidRPr="005C01FD">
              <w:rPr>
                <w:spacing w:val="70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Изображать </w:t>
            </w:r>
            <w:r w:rsidRPr="005C01FD">
              <w:rPr>
                <w:sz w:val="28"/>
                <w:lang w:val="ru-RU"/>
              </w:rPr>
              <w:t>многоугольники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параллельными, перпендикулярными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сторонами.</w:t>
            </w:r>
          </w:p>
          <w:p w:rsidR="005C01FD" w:rsidRPr="005C01FD" w:rsidRDefault="005C01FD" w:rsidP="007E5438">
            <w:pPr>
              <w:spacing w:line="256" w:lineRule="auto"/>
              <w:ind w:right="465"/>
              <w:rPr>
                <w:sz w:val="28"/>
                <w:lang w:val="ru-RU"/>
              </w:rPr>
            </w:pPr>
            <w:proofErr w:type="gramStart"/>
            <w:r w:rsidRPr="005C01FD">
              <w:rPr>
                <w:b/>
                <w:sz w:val="28"/>
                <w:lang w:val="ru-RU"/>
              </w:rPr>
              <w:t xml:space="preserve">Находить </w:t>
            </w:r>
            <w:r w:rsidRPr="005C01FD">
              <w:rPr>
                <w:sz w:val="28"/>
                <w:lang w:val="ru-RU"/>
              </w:rPr>
              <w:t>расстояние между двумя точками, от точки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до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прямой, длину</w:t>
            </w:r>
            <w:r w:rsidRPr="005C01FD">
              <w:rPr>
                <w:spacing w:val="-1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пути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квадратной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сетке, в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том числе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используя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цифровые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ресурсы</w:t>
            </w:r>
            <w:proofErr w:type="gramEnd"/>
          </w:p>
        </w:tc>
      </w:tr>
      <w:tr w:rsidR="005C01FD" w:rsidRPr="003B11F3" w:rsidTr="007E5438">
        <w:trPr>
          <w:trHeight w:val="6135"/>
        </w:trPr>
        <w:tc>
          <w:tcPr>
            <w:tcW w:w="3234" w:type="dxa"/>
          </w:tcPr>
          <w:p w:rsidR="005C01FD" w:rsidRPr="003B11F3" w:rsidRDefault="005C01FD" w:rsidP="007E5438">
            <w:pPr>
              <w:spacing w:before="82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Дроби</w:t>
            </w:r>
            <w:proofErr w:type="spellEnd"/>
          </w:p>
        </w:tc>
        <w:tc>
          <w:tcPr>
            <w:tcW w:w="1447" w:type="dxa"/>
          </w:tcPr>
          <w:p w:rsidR="005C01FD" w:rsidRPr="003B11F3" w:rsidRDefault="005C01FD" w:rsidP="007E5438">
            <w:pPr>
              <w:spacing w:before="82"/>
              <w:ind w:right="476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32</w:t>
            </w:r>
          </w:p>
        </w:tc>
        <w:tc>
          <w:tcPr>
            <w:tcW w:w="2766" w:type="dxa"/>
          </w:tcPr>
          <w:p w:rsidR="005C01FD" w:rsidRPr="005C01FD" w:rsidRDefault="005C01FD" w:rsidP="007E5438">
            <w:pPr>
              <w:spacing w:before="82" w:line="259" w:lineRule="auto"/>
              <w:ind w:right="167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Обыкновенная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дробь, основное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свойство дроби,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сокращение</w:t>
            </w:r>
            <w:r w:rsidRPr="005C01FD">
              <w:rPr>
                <w:spacing w:val="-1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дробей.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Сравнение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упорядочивание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дробей.</w:t>
            </w:r>
          </w:p>
          <w:p w:rsidR="005C01FD" w:rsidRPr="005C01FD" w:rsidRDefault="005C01FD" w:rsidP="007E5438">
            <w:pPr>
              <w:spacing w:line="261" w:lineRule="auto"/>
              <w:ind w:right="332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Десятичные дроби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метрическая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система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мер.</w:t>
            </w:r>
          </w:p>
          <w:p w:rsidR="005C01FD" w:rsidRPr="005C01FD" w:rsidRDefault="005C01FD" w:rsidP="007E5438">
            <w:pPr>
              <w:spacing w:line="256" w:lineRule="auto"/>
              <w:ind w:right="528"/>
              <w:rPr>
                <w:sz w:val="28"/>
                <w:lang w:val="ru-RU"/>
              </w:rPr>
            </w:pPr>
            <w:r w:rsidRPr="005C01FD">
              <w:rPr>
                <w:spacing w:val="-1"/>
                <w:sz w:val="28"/>
                <w:lang w:val="ru-RU"/>
              </w:rPr>
              <w:t>Арифметические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действия</w:t>
            </w:r>
          </w:p>
          <w:p w:rsidR="005C01FD" w:rsidRPr="005C01FD" w:rsidRDefault="005C01FD" w:rsidP="007E5438">
            <w:pPr>
              <w:spacing w:line="256" w:lineRule="auto"/>
              <w:ind w:right="415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1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обыкновенными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 десятичными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дробями.</w:t>
            </w:r>
          </w:p>
          <w:p w:rsidR="005C01FD" w:rsidRPr="003B11F3" w:rsidRDefault="005C01FD" w:rsidP="007E5438">
            <w:pPr>
              <w:spacing w:line="264" w:lineRule="auto"/>
              <w:ind w:right="413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Отношение</w:t>
            </w:r>
            <w:proofErr w:type="spellEnd"/>
            <w:r w:rsidRPr="003B11F3">
              <w:rPr>
                <w:sz w:val="28"/>
              </w:rPr>
              <w:t>.</w:t>
            </w:r>
            <w:r w:rsidRPr="003B11F3">
              <w:rPr>
                <w:spacing w:val="1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Деление</w:t>
            </w:r>
            <w:proofErr w:type="spellEnd"/>
            <w:r w:rsidRPr="003B11F3">
              <w:rPr>
                <w:spacing w:val="-6"/>
                <w:sz w:val="28"/>
              </w:rPr>
              <w:t xml:space="preserve"> </w:t>
            </w:r>
            <w:r w:rsidRPr="003B11F3">
              <w:rPr>
                <w:sz w:val="28"/>
              </w:rPr>
              <w:t>в</w:t>
            </w:r>
            <w:r w:rsidRPr="003B11F3">
              <w:rPr>
                <w:spacing w:val="-6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данном</w:t>
            </w:r>
            <w:proofErr w:type="spellEnd"/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82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Сравнивать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упорядочивать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выбирать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способ</w:t>
            </w:r>
          </w:p>
          <w:p w:rsidR="005C01FD" w:rsidRPr="005C01FD" w:rsidRDefault="005C01FD" w:rsidP="007E5438">
            <w:pPr>
              <w:spacing w:before="25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сравнения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дробей.</w:t>
            </w:r>
          </w:p>
          <w:p w:rsidR="005C01FD" w:rsidRPr="005C01FD" w:rsidRDefault="005C01FD" w:rsidP="007E5438">
            <w:pPr>
              <w:spacing w:before="23" w:line="259" w:lineRule="auto"/>
              <w:ind w:right="154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Представлять </w:t>
            </w:r>
            <w:r w:rsidRPr="005C01FD">
              <w:rPr>
                <w:sz w:val="28"/>
                <w:lang w:val="ru-RU"/>
              </w:rPr>
              <w:t>десятичные дроби в виде обыкновенных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дробей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обыкновенные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виде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десятичных,</w:t>
            </w:r>
            <w:r w:rsidRPr="005C01FD">
              <w:rPr>
                <w:spacing w:val="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использовать</w:t>
            </w:r>
            <w:r w:rsidRPr="005C01FD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эквивалентные представления </w:t>
            </w:r>
            <w:r w:rsidRPr="005C01FD">
              <w:rPr>
                <w:sz w:val="28"/>
                <w:lang w:val="ru-RU"/>
              </w:rPr>
              <w:t>дробных чисел при их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сравнении, при вычислениях. </w:t>
            </w:r>
            <w:r w:rsidRPr="005C01FD">
              <w:rPr>
                <w:b/>
                <w:sz w:val="28"/>
                <w:lang w:val="ru-RU"/>
              </w:rPr>
              <w:t xml:space="preserve">Использовать </w:t>
            </w:r>
            <w:r w:rsidRPr="005C01FD">
              <w:rPr>
                <w:sz w:val="28"/>
                <w:lang w:val="ru-RU"/>
              </w:rPr>
              <w:t>десятичные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</w:t>
            </w:r>
            <w:r w:rsidRPr="005C01FD">
              <w:rPr>
                <w:spacing w:val="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при</w:t>
            </w:r>
            <w:r w:rsidRPr="005C01FD">
              <w:rPr>
                <w:spacing w:val="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преобразовании</w:t>
            </w:r>
            <w:r w:rsidRPr="005C01FD">
              <w:rPr>
                <w:spacing w:val="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величин</w:t>
            </w:r>
            <w:r w:rsidRPr="005C01FD">
              <w:rPr>
                <w:spacing w:val="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метрической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системе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мер.</w:t>
            </w:r>
          </w:p>
          <w:p w:rsidR="005C01FD" w:rsidRPr="005C01FD" w:rsidRDefault="005C01FD" w:rsidP="007E5438">
            <w:pPr>
              <w:spacing w:before="3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Выполнять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арифметические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действия</w:t>
            </w:r>
          </w:p>
          <w:p w:rsidR="005C01FD" w:rsidRPr="005C01FD" w:rsidRDefault="005C01FD" w:rsidP="007E5438">
            <w:pPr>
              <w:spacing w:before="24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обыкновенными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десятичными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дробями.</w:t>
            </w:r>
          </w:p>
          <w:p w:rsidR="005C01FD" w:rsidRPr="005C01FD" w:rsidRDefault="005C01FD" w:rsidP="007E5438">
            <w:pPr>
              <w:spacing w:before="24" w:line="259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Вычислять </w:t>
            </w:r>
            <w:r w:rsidRPr="005C01FD">
              <w:rPr>
                <w:sz w:val="28"/>
                <w:lang w:val="ru-RU"/>
              </w:rPr>
              <w:t>значения выражений, содержащих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обыкновенные и десятичные дроби, выполнять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преобразования дробей, </w:t>
            </w:r>
            <w:r w:rsidRPr="005C01FD">
              <w:rPr>
                <w:b/>
                <w:sz w:val="28"/>
                <w:lang w:val="ru-RU"/>
              </w:rPr>
              <w:t>выбирать способ</w:t>
            </w:r>
            <w:r w:rsidRPr="005C01FD">
              <w:rPr>
                <w:sz w:val="28"/>
                <w:lang w:val="ru-RU"/>
              </w:rPr>
              <w:t xml:space="preserve">, </w:t>
            </w:r>
            <w:r w:rsidRPr="005C01FD">
              <w:rPr>
                <w:b/>
                <w:sz w:val="28"/>
                <w:lang w:val="ru-RU"/>
              </w:rPr>
              <w:t>применять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свойства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арифметических</w:t>
            </w:r>
            <w:r w:rsidRPr="005C01FD">
              <w:rPr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действий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для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рационализации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вычислений.</w:t>
            </w:r>
          </w:p>
          <w:p w:rsidR="005C01FD" w:rsidRPr="005C01FD" w:rsidRDefault="005C01FD" w:rsidP="007E5438">
            <w:pPr>
              <w:spacing w:line="320" w:lineRule="exact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Составлять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отношения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пропорции,</w:t>
            </w:r>
            <w:r w:rsidRPr="005C01FD">
              <w:rPr>
                <w:spacing w:val="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находить</w:t>
            </w:r>
          </w:p>
          <w:p w:rsidR="005C01FD" w:rsidRPr="005C01FD" w:rsidRDefault="005C01FD" w:rsidP="007E5438">
            <w:pPr>
              <w:spacing w:before="31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отношение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величин,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делить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величину</w:t>
            </w:r>
            <w:r w:rsidRPr="005C01FD">
              <w:rPr>
                <w:spacing w:val="-1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proofErr w:type="gramStart"/>
            <w:r w:rsidRPr="005C01FD">
              <w:rPr>
                <w:sz w:val="28"/>
                <w:lang w:val="ru-RU"/>
              </w:rPr>
              <w:t>данном</w:t>
            </w:r>
            <w:proofErr w:type="gramEnd"/>
          </w:p>
        </w:tc>
      </w:tr>
    </w:tbl>
    <w:p w:rsidR="005C01FD" w:rsidRPr="003B11F3" w:rsidRDefault="005C01FD" w:rsidP="005C01FD">
      <w:pPr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4"/>
        <w:gridCol w:w="1447"/>
        <w:gridCol w:w="2766"/>
        <w:gridCol w:w="7398"/>
      </w:tblGrid>
      <w:tr w:rsidR="005C01FD" w:rsidRPr="003B11F3" w:rsidTr="007E5438">
        <w:trPr>
          <w:trHeight w:val="7871"/>
        </w:trPr>
        <w:tc>
          <w:tcPr>
            <w:tcW w:w="3234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7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66" w:type="dxa"/>
          </w:tcPr>
          <w:p w:rsidR="005C01FD" w:rsidRPr="005C01FD" w:rsidRDefault="005C01FD" w:rsidP="007E5438">
            <w:pPr>
              <w:spacing w:before="75" w:line="259" w:lineRule="auto"/>
              <w:ind w:right="311"/>
              <w:rPr>
                <w:sz w:val="28"/>
                <w:lang w:val="ru-RU"/>
              </w:rPr>
            </w:pPr>
            <w:proofErr w:type="gramStart"/>
            <w:r w:rsidRPr="005C01FD">
              <w:rPr>
                <w:sz w:val="28"/>
                <w:lang w:val="ru-RU"/>
              </w:rPr>
              <w:t>отношении</w:t>
            </w:r>
            <w:proofErr w:type="gramEnd"/>
            <w:r w:rsidRPr="005C01FD">
              <w:rPr>
                <w:sz w:val="28"/>
                <w:lang w:val="ru-RU"/>
              </w:rPr>
              <w:t>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Масштаб,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пропорция.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pacing w:val="-1"/>
                <w:sz w:val="28"/>
                <w:lang w:val="ru-RU"/>
              </w:rPr>
              <w:t xml:space="preserve">Понятие </w:t>
            </w:r>
            <w:r w:rsidRPr="005C01FD">
              <w:rPr>
                <w:sz w:val="28"/>
                <w:lang w:val="ru-RU"/>
              </w:rPr>
              <w:t>процента.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Вычисление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процента</w:t>
            </w:r>
          </w:p>
          <w:p w:rsidR="005C01FD" w:rsidRPr="005C01FD" w:rsidRDefault="005C01FD" w:rsidP="007E5438">
            <w:pPr>
              <w:spacing w:before="3" w:line="256" w:lineRule="auto"/>
              <w:ind w:right="716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от величины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величины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её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проценту.</w:t>
            </w:r>
          </w:p>
          <w:p w:rsidR="005C01FD" w:rsidRPr="005C01FD" w:rsidRDefault="005C01FD" w:rsidP="007E5438">
            <w:pPr>
              <w:spacing w:before="11" w:line="259" w:lineRule="auto"/>
              <w:ind w:right="196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Решение текстовых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задач, содержащих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 и проценты.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Практическая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работа</w:t>
            </w:r>
            <w:r w:rsidRPr="005C01FD">
              <w:rPr>
                <w:spacing w:val="-1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«Отношение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длины окружности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её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диаметру»</w:t>
            </w:r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75"/>
              <w:rPr>
                <w:sz w:val="28"/>
                <w:lang w:val="ru-RU"/>
              </w:rPr>
            </w:pPr>
            <w:proofErr w:type="gramStart"/>
            <w:r w:rsidRPr="005C01FD">
              <w:rPr>
                <w:sz w:val="28"/>
                <w:lang w:val="ru-RU"/>
              </w:rPr>
              <w:t>отношении</w:t>
            </w:r>
            <w:proofErr w:type="gramEnd"/>
            <w:r w:rsidRPr="005C01FD">
              <w:rPr>
                <w:sz w:val="28"/>
                <w:lang w:val="ru-RU"/>
              </w:rPr>
              <w:t>.</w:t>
            </w:r>
          </w:p>
          <w:p w:rsidR="005C01FD" w:rsidRPr="005C01FD" w:rsidRDefault="005C01FD" w:rsidP="007E5438">
            <w:pPr>
              <w:spacing w:before="31" w:line="256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Находить</w:t>
            </w:r>
            <w:r w:rsidRPr="005C01FD">
              <w:rPr>
                <w:b/>
                <w:spacing w:val="-1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экспериментальным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путём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отношение</w:t>
            </w:r>
            <w:r w:rsidRPr="005C01FD">
              <w:rPr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длины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окружности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её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диаметру.</w:t>
            </w:r>
          </w:p>
          <w:p w:rsidR="005C01FD" w:rsidRPr="005C01FD" w:rsidRDefault="005C01FD" w:rsidP="007E5438">
            <w:pPr>
              <w:spacing w:before="3" w:line="261" w:lineRule="auto"/>
              <w:ind w:right="32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Интерпретировать </w:t>
            </w:r>
            <w:r w:rsidRPr="005C01FD">
              <w:rPr>
                <w:sz w:val="28"/>
                <w:lang w:val="ru-RU"/>
              </w:rPr>
              <w:t>масштаб как отношение величин,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находить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масштаб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плана,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карты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вычислять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расстояния,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используя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масштаб.</w:t>
            </w:r>
          </w:p>
          <w:p w:rsidR="005C01FD" w:rsidRPr="005C01FD" w:rsidRDefault="005C01FD" w:rsidP="007E5438">
            <w:pPr>
              <w:spacing w:line="259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Объяснять</w:t>
            </w:r>
            <w:r w:rsidRPr="005C01FD">
              <w:rPr>
                <w:sz w:val="28"/>
                <w:lang w:val="ru-RU"/>
              </w:rPr>
              <w:t>,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что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такое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процент,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употреблять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обороты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речи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со словом «процент». </w:t>
            </w:r>
            <w:r w:rsidRPr="005C01FD">
              <w:rPr>
                <w:b/>
                <w:sz w:val="28"/>
                <w:lang w:val="ru-RU"/>
              </w:rPr>
              <w:t xml:space="preserve">Выражать </w:t>
            </w:r>
            <w:r w:rsidRPr="005C01FD">
              <w:rPr>
                <w:sz w:val="28"/>
                <w:lang w:val="ru-RU"/>
              </w:rPr>
              <w:t>проценты в дробях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 в процентах, отношение двух величин в процентах.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Вычислять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процент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числа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 число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его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проценту.</w:t>
            </w:r>
          </w:p>
          <w:p w:rsidR="005C01FD" w:rsidRPr="005C01FD" w:rsidRDefault="005C01FD" w:rsidP="007E5438">
            <w:pPr>
              <w:spacing w:line="259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Округлять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проценты,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находить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приближения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чисел.</w:t>
            </w:r>
          </w:p>
          <w:p w:rsidR="005C01FD" w:rsidRPr="005C01FD" w:rsidRDefault="005C01FD" w:rsidP="007E5438">
            <w:pPr>
              <w:spacing w:line="318" w:lineRule="exact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Решать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задачи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части,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проценты,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пропорции,</w:t>
            </w:r>
          </w:p>
          <w:p w:rsidR="005C01FD" w:rsidRPr="005C01FD" w:rsidRDefault="005C01FD" w:rsidP="007E5438">
            <w:pPr>
              <w:spacing w:before="22" w:line="259" w:lineRule="auto"/>
              <w:ind w:right="199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нахождение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дроби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(процента)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величины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величины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 её дроби (проценту), дроби (процента), который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составляет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одна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величина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 другой.</w:t>
            </w:r>
            <w:r w:rsidRPr="005C01FD">
              <w:rPr>
                <w:spacing w:val="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Приводить,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разбирать,</w:t>
            </w:r>
            <w:r w:rsidRPr="005C01FD">
              <w:rPr>
                <w:b/>
                <w:spacing w:val="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оценивать</w:t>
            </w:r>
            <w:r w:rsidRPr="005C01FD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различные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решения, записи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решений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текстовых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задач.</w:t>
            </w:r>
          </w:p>
          <w:p w:rsidR="005C01FD" w:rsidRPr="005C01FD" w:rsidRDefault="005C01FD" w:rsidP="007E5438">
            <w:pPr>
              <w:spacing w:line="256" w:lineRule="auto"/>
              <w:ind w:right="1353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Извлекать информацию </w:t>
            </w:r>
            <w:r w:rsidRPr="005C01FD">
              <w:rPr>
                <w:sz w:val="28"/>
                <w:lang w:val="ru-RU"/>
              </w:rPr>
              <w:t>из таблиц и диаграмм,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интерпретировать табличные данные,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определять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наибольшее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наименьшее</w:t>
            </w:r>
          </w:p>
          <w:p w:rsidR="005C01FD" w:rsidRPr="003B11F3" w:rsidRDefault="005C01FD" w:rsidP="007E5438">
            <w:pPr>
              <w:spacing w:before="9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из</w:t>
            </w:r>
            <w:proofErr w:type="spellEnd"/>
            <w:r w:rsidRPr="003B11F3">
              <w:rPr>
                <w:spacing w:val="-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представленных</w:t>
            </w:r>
            <w:proofErr w:type="spellEnd"/>
            <w:r w:rsidRPr="003B11F3">
              <w:rPr>
                <w:spacing w:val="-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данных</w:t>
            </w:r>
            <w:proofErr w:type="spellEnd"/>
          </w:p>
        </w:tc>
      </w:tr>
      <w:tr w:rsidR="005C01FD" w:rsidRPr="003B11F3" w:rsidTr="007E5438">
        <w:trPr>
          <w:trHeight w:val="1329"/>
        </w:trPr>
        <w:tc>
          <w:tcPr>
            <w:tcW w:w="3234" w:type="dxa"/>
          </w:tcPr>
          <w:p w:rsidR="005C01FD" w:rsidRPr="003B11F3" w:rsidRDefault="005C01FD" w:rsidP="007E5438">
            <w:pPr>
              <w:spacing w:before="104" w:line="256" w:lineRule="auto"/>
              <w:ind w:right="590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Наглядная</w:t>
            </w:r>
            <w:proofErr w:type="spellEnd"/>
            <w:r w:rsidRPr="003B11F3">
              <w:rPr>
                <w:spacing w:val="-12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геометрия</w:t>
            </w:r>
            <w:proofErr w:type="spellEnd"/>
            <w:r w:rsidRPr="003B11F3">
              <w:rPr>
                <w:sz w:val="28"/>
              </w:rPr>
              <w:t>.</w:t>
            </w:r>
            <w:r w:rsidRPr="003B11F3">
              <w:rPr>
                <w:spacing w:val="-6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Симметрия</w:t>
            </w:r>
            <w:proofErr w:type="spellEnd"/>
          </w:p>
        </w:tc>
        <w:tc>
          <w:tcPr>
            <w:tcW w:w="1447" w:type="dxa"/>
          </w:tcPr>
          <w:p w:rsidR="005C01FD" w:rsidRPr="003B11F3" w:rsidRDefault="005C01FD" w:rsidP="007E5438">
            <w:pPr>
              <w:spacing w:before="104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6</w:t>
            </w:r>
          </w:p>
        </w:tc>
        <w:tc>
          <w:tcPr>
            <w:tcW w:w="2766" w:type="dxa"/>
          </w:tcPr>
          <w:p w:rsidR="005C01FD" w:rsidRPr="003B11F3" w:rsidRDefault="005C01FD" w:rsidP="007E5438">
            <w:pPr>
              <w:spacing w:before="104" w:line="256" w:lineRule="auto"/>
              <w:ind w:right="308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Осевая</w:t>
            </w:r>
            <w:proofErr w:type="spellEnd"/>
            <w:r w:rsidRPr="003B11F3">
              <w:rPr>
                <w:spacing w:val="-1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симметрия</w:t>
            </w:r>
            <w:proofErr w:type="spellEnd"/>
            <w:r w:rsidRPr="003B11F3">
              <w:rPr>
                <w:sz w:val="28"/>
              </w:rPr>
              <w:t>.</w:t>
            </w:r>
            <w:r w:rsidRPr="003B11F3">
              <w:rPr>
                <w:spacing w:val="-6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Центральная</w:t>
            </w:r>
            <w:proofErr w:type="spellEnd"/>
            <w:r w:rsidRPr="003B11F3">
              <w:rPr>
                <w:spacing w:val="1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симметрия</w:t>
            </w:r>
            <w:proofErr w:type="spellEnd"/>
            <w:r w:rsidRPr="003B11F3">
              <w:rPr>
                <w:sz w:val="28"/>
              </w:rPr>
              <w:t>.</w:t>
            </w:r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104" w:line="256" w:lineRule="auto"/>
              <w:ind w:right="339"/>
              <w:rPr>
                <w:sz w:val="28"/>
                <w:lang w:val="ru-RU"/>
              </w:rPr>
            </w:pPr>
            <w:proofErr w:type="gramStart"/>
            <w:r w:rsidRPr="005C01FD">
              <w:rPr>
                <w:b/>
                <w:sz w:val="28"/>
                <w:lang w:val="ru-RU"/>
              </w:rPr>
              <w:t xml:space="preserve">Распознавать </w:t>
            </w:r>
            <w:r w:rsidRPr="005C01FD">
              <w:rPr>
                <w:sz w:val="28"/>
                <w:lang w:val="ru-RU"/>
              </w:rPr>
              <w:t xml:space="preserve">на чертежах и изображениях, </w:t>
            </w:r>
            <w:r w:rsidRPr="005C01FD">
              <w:rPr>
                <w:b/>
                <w:sz w:val="28"/>
                <w:lang w:val="ru-RU"/>
              </w:rPr>
              <w:t>изображать</w:t>
            </w:r>
            <w:r w:rsidRPr="005C01FD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 руки</w:t>
            </w:r>
            <w:r w:rsidRPr="005C01FD">
              <w:rPr>
                <w:b/>
                <w:sz w:val="28"/>
                <w:lang w:val="ru-RU"/>
              </w:rPr>
              <w:t xml:space="preserve">, строить </w:t>
            </w:r>
            <w:r w:rsidRPr="005C01FD">
              <w:rPr>
                <w:sz w:val="28"/>
                <w:lang w:val="ru-RU"/>
              </w:rPr>
              <w:t>с помощью инструментов фигуру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(отрезок,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ломаную,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треугольник,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прямоугольник,</w:t>
            </w:r>
            <w:proofErr w:type="gramEnd"/>
          </w:p>
        </w:tc>
      </w:tr>
    </w:tbl>
    <w:p w:rsidR="005C01FD" w:rsidRPr="003B11F3" w:rsidRDefault="005C01FD" w:rsidP="005C01FD">
      <w:pPr>
        <w:spacing w:line="256" w:lineRule="auto"/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4"/>
        <w:gridCol w:w="1447"/>
        <w:gridCol w:w="2766"/>
        <w:gridCol w:w="7398"/>
      </w:tblGrid>
      <w:tr w:rsidR="005C01FD" w:rsidRPr="003B11F3" w:rsidTr="007E5438">
        <w:trPr>
          <w:trHeight w:val="4456"/>
        </w:trPr>
        <w:tc>
          <w:tcPr>
            <w:tcW w:w="3234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7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66" w:type="dxa"/>
          </w:tcPr>
          <w:p w:rsidR="005C01FD" w:rsidRPr="005C01FD" w:rsidRDefault="005C01FD" w:rsidP="007E5438">
            <w:pPr>
              <w:spacing w:before="104" w:line="261" w:lineRule="auto"/>
              <w:ind w:right="777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Построение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симметричных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фигур.</w:t>
            </w:r>
          </w:p>
          <w:p w:rsidR="005C01FD" w:rsidRPr="005C01FD" w:rsidRDefault="005C01FD" w:rsidP="007E5438">
            <w:pPr>
              <w:spacing w:line="256" w:lineRule="auto"/>
              <w:ind w:right="732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Практическая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работа</w:t>
            </w:r>
            <w:r w:rsidRPr="005C01FD">
              <w:rPr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«Осевая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симметрия».</w:t>
            </w:r>
          </w:p>
          <w:p w:rsidR="005C01FD" w:rsidRPr="003B11F3" w:rsidRDefault="005C01FD" w:rsidP="007E5438">
            <w:pPr>
              <w:spacing w:before="3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Симметрия</w:t>
            </w:r>
            <w:proofErr w:type="spellEnd"/>
          </w:p>
          <w:p w:rsidR="005C01FD" w:rsidRPr="003B11F3" w:rsidRDefault="005C01FD" w:rsidP="007E5438">
            <w:pPr>
              <w:spacing w:before="24"/>
              <w:rPr>
                <w:sz w:val="28"/>
              </w:rPr>
            </w:pPr>
            <w:r w:rsidRPr="003B11F3">
              <w:rPr>
                <w:sz w:val="28"/>
              </w:rPr>
              <w:t>в</w:t>
            </w:r>
            <w:r w:rsidRPr="003B11F3">
              <w:rPr>
                <w:spacing w:val="-8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пространстве</w:t>
            </w:r>
            <w:proofErr w:type="spellEnd"/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104" w:line="256" w:lineRule="auto"/>
              <w:ind w:right="1138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окружность),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симметричную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данной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относительно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прямой,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точки.</w:t>
            </w:r>
          </w:p>
          <w:p w:rsidR="005C01FD" w:rsidRPr="005C01FD" w:rsidRDefault="005C01FD" w:rsidP="007E5438">
            <w:pPr>
              <w:spacing w:before="10" w:line="259" w:lineRule="auto"/>
              <w:ind w:right="37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Находить примеры </w:t>
            </w:r>
            <w:r w:rsidRPr="005C01FD">
              <w:rPr>
                <w:sz w:val="28"/>
                <w:lang w:val="ru-RU"/>
              </w:rPr>
              <w:t>симметрии в окружающем мире.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Моделировать </w:t>
            </w:r>
            <w:r w:rsidRPr="005C01FD">
              <w:rPr>
                <w:sz w:val="28"/>
                <w:lang w:val="ru-RU"/>
              </w:rPr>
              <w:t>из бумаги две фигуры, симметричные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относительно</w:t>
            </w:r>
            <w:r w:rsidRPr="005C01FD">
              <w:rPr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прямой;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конструировать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геометрические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конфигурации, используя свойство симметрии, в том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числе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цифровых</w:t>
            </w:r>
            <w:r w:rsidRPr="005C01FD">
              <w:rPr>
                <w:spacing w:val="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ресурсов.</w:t>
            </w:r>
          </w:p>
          <w:p w:rsidR="005C01FD" w:rsidRPr="005C01FD" w:rsidRDefault="005C01FD" w:rsidP="007E5438">
            <w:pPr>
              <w:spacing w:line="261" w:lineRule="auto"/>
              <w:ind w:right="962"/>
              <w:jc w:val="both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Исследовать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свойства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изученных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фигур,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связанные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 симметрией, используя эксперимент, наблюдение,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моделирование.</w:t>
            </w:r>
          </w:p>
          <w:p w:rsidR="005C01FD" w:rsidRPr="005C01FD" w:rsidRDefault="005C01FD" w:rsidP="007E5438">
            <w:pPr>
              <w:spacing w:line="259" w:lineRule="auto"/>
              <w:ind w:right="289"/>
              <w:jc w:val="both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Обосновывать, опровергать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proofErr w:type="spellStart"/>
            <w:r w:rsidRPr="005C01FD">
              <w:rPr>
                <w:sz w:val="28"/>
                <w:lang w:val="ru-RU"/>
              </w:rPr>
              <w:t>контрпримеров</w:t>
            </w:r>
            <w:proofErr w:type="spellEnd"/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утверждения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симметрии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фигур</w:t>
            </w:r>
          </w:p>
        </w:tc>
      </w:tr>
      <w:tr w:rsidR="005C01FD" w:rsidRPr="003B11F3" w:rsidTr="007E5438">
        <w:trPr>
          <w:trHeight w:val="4802"/>
        </w:trPr>
        <w:tc>
          <w:tcPr>
            <w:tcW w:w="3234" w:type="dxa"/>
          </w:tcPr>
          <w:p w:rsidR="005C01FD" w:rsidRPr="003B11F3" w:rsidRDefault="005C01FD" w:rsidP="007E5438">
            <w:pPr>
              <w:spacing w:before="104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Выражения</w:t>
            </w:r>
            <w:proofErr w:type="spellEnd"/>
            <w:r w:rsidRPr="003B11F3">
              <w:rPr>
                <w:spacing w:val="-2"/>
                <w:sz w:val="28"/>
              </w:rPr>
              <w:t xml:space="preserve"> </w:t>
            </w:r>
            <w:r w:rsidRPr="003B11F3">
              <w:rPr>
                <w:sz w:val="28"/>
              </w:rPr>
              <w:t>с</w:t>
            </w:r>
            <w:r w:rsidRPr="003B11F3">
              <w:rPr>
                <w:spacing w:val="-5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буквами</w:t>
            </w:r>
            <w:proofErr w:type="spellEnd"/>
          </w:p>
        </w:tc>
        <w:tc>
          <w:tcPr>
            <w:tcW w:w="1447" w:type="dxa"/>
          </w:tcPr>
          <w:p w:rsidR="005C01FD" w:rsidRPr="003B11F3" w:rsidRDefault="005C01FD" w:rsidP="007E5438">
            <w:pPr>
              <w:spacing w:before="104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6</w:t>
            </w:r>
          </w:p>
        </w:tc>
        <w:tc>
          <w:tcPr>
            <w:tcW w:w="2766" w:type="dxa"/>
          </w:tcPr>
          <w:p w:rsidR="005C01FD" w:rsidRPr="005C01FD" w:rsidRDefault="005C01FD" w:rsidP="007E5438">
            <w:pPr>
              <w:spacing w:before="104" w:line="259" w:lineRule="auto"/>
              <w:ind w:right="459"/>
              <w:rPr>
                <w:sz w:val="28"/>
                <w:lang w:val="ru-RU"/>
              </w:rPr>
            </w:pPr>
            <w:r w:rsidRPr="005C01FD">
              <w:rPr>
                <w:spacing w:val="-1"/>
                <w:sz w:val="28"/>
                <w:lang w:val="ru-RU"/>
              </w:rPr>
              <w:t xml:space="preserve">Применение </w:t>
            </w:r>
            <w:r w:rsidRPr="005C01FD">
              <w:rPr>
                <w:sz w:val="28"/>
                <w:lang w:val="ru-RU"/>
              </w:rPr>
              <w:t>букв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записи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математических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выражений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предложений.</w:t>
            </w:r>
          </w:p>
          <w:p w:rsidR="005C01FD" w:rsidRPr="003B11F3" w:rsidRDefault="005C01FD" w:rsidP="007E5438">
            <w:pPr>
              <w:spacing w:line="259" w:lineRule="auto"/>
              <w:ind w:right="990"/>
              <w:rPr>
                <w:sz w:val="28"/>
              </w:rPr>
            </w:pPr>
            <w:r w:rsidRPr="005C01FD">
              <w:rPr>
                <w:sz w:val="28"/>
                <w:lang w:val="ru-RU"/>
              </w:rPr>
              <w:t>Буквенные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выражения 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числовые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pacing w:val="-1"/>
                <w:sz w:val="28"/>
                <w:lang w:val="ru-RU"/>
              </w:rPr>
              <w:t>подстановки.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3B11F3">
              <w:rPr>
                <w:sz w:val="28"/>
              </w:rPr>
              <w:t>Буквенные</w:t>
            </w:r>
            <w:proofErr w:type="spellEnd"/>
            <w:r w:rsidRPr="003B11F3">
              <w:rPr>
                <w:spacing w:val="1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равенства</w:t>
            </w:r>
            <w:proofErr w:type="spellEnd"/>
            <w:r w:rsidRPr="003B11F3">
              <w:rPr>
                <w:sz w:val="28"/>
              </w:rPr>
              <w:t>,</w:t>
            </w:r>
            <w:r w:rsidRPr="003B11F3">
              <w:rPr>
                <w:spacing w:val="1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нахождение</w:t>
            </w:r>
            <w:proofErr w:type="spellEnd"/>
            <w:r w:rsidRPr="003B11F3">
              <w:rPr>
                <w:spacing w:val="1"/>
                <w:sz w:val="28"/>
              </w:rPr>
              <w:t xml:space="preserve"> </w:t>
            </w:r>
            <w:proofErr w:type="spellStart"/>
            <w:r w:rsidRPr="003B11F3">
              <w:rPr>
                <w:spacing w:val="-1"/>
                <w:sz w:val="28"/>
              </w:rPr>
              <w:t>неизвестного</w:t>
            </w:r>
            <w:proofErr w:type="spellEnd"/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104" w:line="256" w:lineRule="auto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Использовать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буквы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для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обозначения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чисел,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при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записи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математических утверждений, составлять буквенные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выражения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</w:t>
            </w:r>
            <w:r w:rsidRPr="005C01FD">
              <w:rPr>
                <w:spacing w:val="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условию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задачи</w:t>
            </w:r>
            <w:r w:rsidRPr="005C01FD">
              <w:rPr>
                <w:b/>
                <w:sz w:val="28"/>
                <w:lang w:val="ru-RU"/>
              </w:rPr>
              <w:t>.</w:t>
            </w:r>
          </w:p>
          <w:p w:rsidR="005C01FD" w:rsidRPr="005C01FD" w:rsidRDefault="005C01FD" w:rsidP="007E5438">
            <w:pPr>
              <w:spacing w:before="12" w:line="256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Исследовать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несложные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числовые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закономерности,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использовать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буквы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их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записи.</w:t>
            </w:r>
          </w:p>
          <w:p w:rsidR="005C01FD" w:rsidRPr="005C01FD" w:rsidRDefault="005C01FD" w:rsidP="007E5438">
            <w:pPr>
              <w:spacing w:before="2" w:line="264" w:lineRule="auto"/>
              <w:ind w:right="46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Вычислять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числовое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значение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буквенного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выражения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заданных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значениях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букв.</w:t>
            </w:r>
          </w:p>
          <w:p w:rsidR="005C01FD" w:rsidRPr="005C01FD" w:rsidRDefault="005C01FD" w:rsidP="007E5438">
            <w:pPr>
              <w:spacing w:line="256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Записывать формулы: </w:t>
            </w:r>
            <w:r w:rsidRPr="005C01FD">
              <w:rPr>
                <w:sz w:val="28"/>
                <w:lang w:val="ru-RU"/>
              </w:rPr>
              <w:t>периметра и площади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прямоугольника,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квадрата;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длины</w:t>
            </w:r>
            <w:r w:rsidRPr="005C01FD">
              <w:rPr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окружности,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круга;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выполнять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вычисления </w:t>
            </w:r>
            <w:r w:rsidRPr="005C01FD">
              <w:rPr>
                <w:sz w:val="28"/>
                <w:lang w:val="ru-RU"/>
              </w:rPr>
              <w:t>по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этим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формулам.</w:t>
            </w:r>
          </w:p>
          <w:p w:rsidR="005C01FD" w:rsidRPr="005C01FD" w:rsidRDefault="005C01FD" w:rsidP="007E5438">
            <w:pPr>
              <w:spacing w:before="2" w:line="256" w:lineRule="auto"/>
              <w:ind w:right="199"/>
              <w:rPr>
                <w:sz w:val="28"/>
                <w:lang w:val="ru-RU"/>
              </w:rPr>
            </w:pPr>
            <w:proofErr w:type="gramStart"/>
            <w:r w:rsidRPr="005C01FD">
              <w:rPr>
                <w:b/>
                <w:sz w:val="28"/>
                <w:lang w:val="ru-RU"/>
              </w:rPr>
              <w:t xml:space="preserve">Составлять формулы, </w:t>
            </w:r>
            <w:r w:rsidRPr="005C01FD">
              <w:rPr>
                <w:sz w:val="28"/>
                <w:lang w:val="ru-RU"/>
              </w:rPr>
              <w:t>выражающие зависимости между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величинами: скорость,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время,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расстояние;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цена,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количество,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стоимость;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производительность,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время,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объём</w:t>
            </w:r>
            <w:proofErr w:type="gramEnd"/>
          </w:p>
        </w:tc>
      </w:tr>
    </w:tbl>
    <w:p w:rsidR="005C01FD" w:rsidRPr="003B11F3" w:rsidRDefault="005C01FD" w:rsidP="005C01FD">
      <w:pPr>
        <w:spacing w:line="256" w:lineRule="auto"/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4"/>
        <w:gridCol w:w="1447"/>
        <w:gridCol w:w="2766"/>
        <w:gridCol w:w="7398"/>
      </w:tblGrid>
      <w:tr w:rsidR="005C01FD" w:rsidRPr="003B11F3" w:rsidTr="007E5438">
        <w:trPr>
          <w:trHeight w:val="1329"/>
        </w:trPr>
        <w:tc>
          <w:tcPr>
            <w:tcW w:w="3234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7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66" w:type="dxa"/>
          </w:tcPr>
          <w:p w:rsidR="005C01FD" w:rsidRPr="003B11F3" w:rsidRDefault="005C01FD" w:rsidP="007E5438">
            <w:pPr>
              <w:spacing w:before="104" w:line="256" w:lineRule="auto"/>
              <w:ind w:right="1088"/>
              <w:rPr>
                <w:sz w:val="28"/>
              </w:rPr>
            </w:pPr>
            <w:proofErr w:type="spellStart"/>
            <w:proofErr w:type="gramStart"/>
            <w:r w:rsidRPr="003B11F3">
              <w:rPr>
                <w:spacing w:val="-1"/>
                <w:sz w:val="28"/>
              </w:rPr>
              <w:t>компонента</w:t>
            </w:r>
            <w:proofErr w:type="spellEnd"/>
            <w:proofErr w:type="gramEnd"/>
            <w:r w:rsidRPr="003B11F3">
              <w:rPr>
                <w:spacing w:val="-1"/>
                <w:sz w:val="28"/>
              </w:rPr>
              <w:t>.</w:t>
            </w:r>
            <w:r w:rsidRPr="003B11F3">
              <w:rPr>
                <w:spacing w:val="-6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Формулы</w:t>
            </w:r>
            <w:proofErr w:type="spellEnd"/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104" w:line="261" w:lineRule="auto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работы; выполнять вычисления по этим формулам.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Находить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неизвестный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компонент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арифметического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действия</w:t>
            </w:r>
          </w:p>
        </w:tc>
      </w:tr>
      <w:tr w:rsidR="005C01FD" w:rsidRPr="003B11F3" w:rsidTr="007E5438">
        <w:trPr>
          <w:trHeight w:val="7583"/>
        </w:trPr>
        <w:tc>
          <w:tcPr>
            <w:tcW w:w="3234" w:type="dxa"/>
          </w:tcPr>
          <w:p w:rsidR="005C01FD" w:rsidRPr="005C01FD" w:rsidRDefault="005C01FD" w:rsidP="007E5438">
            <w:pPr>
              <w:spacing w:before="105" w:line="256" w:lineRule="auto"/>
              <w:ind w:right="590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Наглядная</w:t>
            </w:r>
            <w:r w:rsidRPr="005C01FD">
              <w:rPr>
                <w:spacing w:val="-1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геометрия.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Фигуры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плоскости</w:t>
            </w:r>
          </w:p>
        </w:tc>
        <w:tc>
          <w:tcPr>
            <w:tcW w:w="1447" w:type="dxa"/>
          </w:tcPr>
          <w:p w:rsidR="005C01FD" w:rsidRPr="003B11F3" w:rsidRDefault="005C01FD" w:rsidP="007E5438">
            <w:pPr>
              <w:spacing w:before="105"/>
              <w:ind w:right="476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14</w:t>
            </w:r>
          </w:p>
        </w:tc>
        <w:tc>
          <w:tcPr>
            <w:tcW w:w="2766" w:type="dxa"/>
          </w:tcPr>
          <w:p w:rsidR="005C01FD" w:rsidRPr="005C01FD" w:rsidRDefault="005C01FD" w:rsidP="007E5438">
            <w:pPr>
              <w:spacing w:before="105" w:line="259" w:lineRule="auto"/>
              <w:ind w:right="158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Четырёхугольник,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примеры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pacing w:val="-1"/>
                <w:sz w:val="28"/>
                <w:lang w:val="ru-RU"/>
              </w:rPr>
              <w:t>четырёхугольников.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Прямоугольник,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квадрат: свойства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сторон,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углов,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диагоналей.</w:t>
            </w:r>
          </w:p>
          <w:p w:rsidR="005C01FD" w:rsidRPr="005C01FD" w:rsidRDefault="005C01FD" w:rsidP="007E5438">
            <w:pPr>
              <w:spacing w:line="261" w:lineRule="auto"/>
              <w:ind w:right="461"/>
              <w:rPr>
                <w:sz w:val="28"/>
                <w:lang w:val="ru-RU"/>
              </w:rPr>
            </w:pPr>
            <w:r w:rsidRPr="005C01FD">
              <w:rPr>
                <w:spacing w:val="-1"/>
                <w:sz w:val="28"/>
                <w:lang w:val="ru-RU"/>
              </w:rPr>
              <w:t xml:space="preserve">Измерение </w:t>
            </w:r>
            <w:r w:rsidRPr="005C01FD">
              <w:rPr>
                <w:sz w:val="28"/>
                <w:lang w:val="ru-RU"/>
              </w:rPr>
              <w:t>углов.</w:t>
            </w:r>
            <w:r w:rsidRPr="005C01FD">
              <w:rPr>
                <w:spacing w:val="-6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Виды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треугольников.</w:t>
            </w:r>
          </w:p>
          <w:p w:rsidR="005C01FD" w:rsidRPr="003B11F3" w:rsidRDefault="005C01FD" w:rsidP="007E5438">
            <w:pPr>
              <w:spacing w:line="259" w:lineRule="auto"/>
              <w:ind w:right="194"/>
              <w:rPr>
                <w:sz w:val="28"/>
              </w:rPr>
            </w:pPr>
            <w:r w:rsidRPr="005C01FD">
              <w:rPr>
                <w:sz w:val="28"/>
                <w:lang w:val="ru-RU"/>
              </w:rPr>
              <w:t>Периметр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многоугольника.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Площадь фигуры.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Формулы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периметра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прямоугольника.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3B11F3">
              <w:rPr>
                <w:sz w:val="28"/>
              </w:rPr>
              <w:t>Приближённое</w:t>
            </w:r>
            <w:proofErr w:type="spellEnd"/>
            <w:r w:rsidRPr="003B11F3">
              <w:rPr>
                <w:spacing w:val="1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измерение</w:t>
            </w:r>
            <w:proofErr w:type="spellEnd"/>
            <w:r w:rsidRPr="003B11F3">
              <w:rPr>
                <w:spacing w:val="-15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площади</w:t>
            </w:r>
            <w:proofErr w:type="spellEnd"/>
            <w:r w:rsidRPr="003B11F3">
              <w:rPr>
                <w:spacing w:val="-6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фигур</w:t>
            </w:r>
            <w:proofErr w:type="spellEnd"/>
            <w:r w:rsidRPr="003B11F3">
              <w:rPr>
                <w:sz w:val="28"/>
              </w:rPr>
              <w:t>.</w:t>
            </w:r>
          </w:p>
          <w:p w:rsidR="005C01FD" w:rsidRPr="003B11F3" w:rsidRDefault="005C01FD" w:rsidP="007E5438">
            <w:pPr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Практическая</w:t>
            </w:r>
            <w:proofErr w:type="spellEnd"/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105" w:line="256" w:lineRule="auto"/>
              <w:ind w:right="1192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Изображать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нелинованной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клетчатой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бумаге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 использованием чертёжных инструментов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четырёхугольники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заданными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свойствами:</w:t>
            </w:r>
          </w:p>
          <w:p w:rsidR="005C01FD" w:rsidRPr="005C01FD" w:rsidRDefault="005C01FD" w:rsidP="007E5438">
            <w:pPr>
              <w:spacing w:before="3" w:line="259" w:lineRule="auto"/>
              <w:ind w:right="1004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 параллельными, перпендикулярными, равными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сторонами,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прямыми</w:t>
            </w:r>
            <w:r w:rsidRPr="005C01FD">
              <w:rPr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углами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др.,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равнобедренный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треугольник. </w:t>
            </w:r>
            <w:r w:rsidRPr="005C01FD">
              <w:rPr>
                <w:b/>
                <w:sz w:val="28"/>
                <w:lang w:val="ru-RU"/>
              </w:rPr>
              <w:t>Предлагать и обсуждать способы,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алгоритмы</w:t>
            </w:r>
            <w:r w:rsidRPr="005C01FD">
              <w:rPr>
                <w:b/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построения.</w:t>
            </w:r>
          </w:p>
          <w:p w:rsidR="005C01FD" w:rsidRPr="005C01FD" w:rsidRDefault="005C01FD" w:rsidP="007E5438">
            <w:pPr>
              <w:spacing w:line="259" w:lineRule="auto"/>
              <w:ind w:right="199"/>
              <w:rPr>
                <w:sz w:val="28"/>
                <w:lang w:val="ru-RU"/>
              </w:rPr>
            </w:pPr>
            <w:proofErr w:type="gramStart"/>
            <w:r w:rsidRPr="005C01FD">
              <w:rPr>
                <w:b/>
                <w:sz w:val="28"/>
                <w:lang w:val="ru-RU"/>
              </w:rPr>
              <w:t>Исследовать</w:t>
            </w:r>
            <w:r w:rsidRPr="005C01FD">
              <w:rPr>
                <w:sz w:val="28"/>
                <w:lang w:val="ru-RU"/>
              </w:rPr>
              <w:t>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используя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эксперимент, наблюдение,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моделирование, </w:t>
            </w:r>
            <w:r w:rsidRPr="005C01FD">
              <w:rPr>
                <w:b/>
                <w:sz w:val="28"/>
                <w:lang w:val="ru-RU"/>
              </w:rPr>
              <w:t xml:space="preserve">свойства </w:t>
            </w:r>
            <w:r w:rsidRPr="005C01FD">
              <w:rPr>
                <w:sz w:val="28"/>
                <w:lang w:val="ru-RU"/>
              </w:rPr>
              <w:t>прямоугольника, квадрата,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разбивать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треугольники.</w:t>
            </w:r>
            <w:proofErr w:type="gramEnd"/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Обосновывать,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опровергать</w:t>
            </w:r>
            <w:r w:rsidRPr="005C01FD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5C01FD">
              <w:rPr>
                <w:sz w:val="28"/>
                <w:lang w:val="ru-RU"/>
              </w:rPr>
              <w:t>контрпримеров</w:t>
            </w:r>
            <w:proofErr w:type="spellEnd"/>
            <w:r w:rsidRPr="005C01FD">
              <w:rPr>
                <w:spacing w:val="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утверждения</w:t>
            </w:r>
          </w:p>
          <w:p w:rsidR="005C01FD" w:rsidRPr="005C01FD" w:rsidRDefault="005C01FD" w:rsidP="007E5438">
            <w:pPr>
              <w:spacing w:line="264" w:lineRule="auto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о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прямоугольнике,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квадрате,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верные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неверные</w:t>
            </w:r>
            <w:r w:rsidRPr="005C01FD">
              <w:rPr>
                <w:spacing w:val="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утверждения.</w:t>
            </w:r>
          </w:p>
          <w:p w:rsidR="005C01FD" w:rsidRPr="005C01FD" w:rsidRDefault="005C01FD" w:rsidP="007E5438">
            <w:pPr>
              <w:spacing w:line="256" w:lineRule="auto"/>
              <w:ind w:right="742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Измерять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строить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помощью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транспортира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углы,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том числе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многоугольнике,</w:t>
            </w:r>
            <w:r w:rsidRPr="005C01FD">
              <w:rPr>
                <w:spacing w:val="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сравнивать</w:t>
            </w:r>
            <w:r w:rsidRPr="005C01FD">
              <w:rPr>
                <w:b/>
                <w:spacing w:val="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углы;</w:t>
            </w:r>
          </w:p>
          <w:p w:rsidR="005C01FD" w:rsidRPr="005C01FD" w:rsidRDefault="005C01FD" w:rsidP="007E5438">
            <w:pPr>
              <w:spacing w:line="256" w:lineRule="auto"/>
              <w:ind w:right="32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острые,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прямые,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тупые,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развёрнутые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углы.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Распознавать,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изображать</w:t>
            </w:r>
            <w:r w:rsidRPr="005C01FD">
              <w:rPr>
                <w:b/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остроугольный,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</w:t>
            </w:r>
            <w:proofErr w:type="gramStart"/>
            <w:r w:rsidRPr="005C01FD">
              <w:rPr>
                <w:sz w:val="28"/>
                <w:lang w:val="ru-RU"/>
              </w:rPr>
              <w:t>о-</w:t>
            </w:r>
            <w:proofErr w:type="gramEnd"/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угольный,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тупоугольный,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равнобедренный,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равносторонний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треугольники.</w:t>
            </w:r>
          </w:p>
          <w:p w:rsidR="005C01FD" w:rsidRPr="005C01FD" w:rsidRDefault="005C01FD" w:rsidP="007E5438">
            <w:pPr>
              <w:spacing w:before="12" w:line="256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Вычислять </w:t>
            </w:r>
            <w:r w:rsidRPr="005C01FD">
              <w:rPr>
                <w:sz w:val="28"/>
                <w:lang w:val="ru-RU"/>
              </w:rPr>
              <w:t>периметр многоугольника, площадь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многоугольника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разбиением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прямоугольники,</w:t>
            </w:r>
          </w:p>
        </w:tc>
      </w:tr>
    </w:tbl>
    <w:p w:rsidR="005C01FD" w:rsidRPr="003B11F3" w:rsidRDefault="005C01FD" w:rsidP="005C01FD">
      <w:pPr>
        <w:spacing w:line="256" w:lineRule="auto"/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4"/>
        <w:gridCol w:w="1447"/>
        <w:gridCol w:w="2766"/>
        <w:gridCol w:w="7398"/>
      </w:tblGrid>
      <w:tr w:rsidR="005C01FD" w:rsidRPr="003B11F3" w:rsidTr="007E5438">
        <w:trPr>
          <w:trHeight w:val="2021"/>
        </w:trPr>
        <w:tc>
          <w:tcPr>
            <w:tcW w:w="3234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7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66" w:type="dxa"/>
          </w:tcPr>
          <w:p w:rsidR="005C01FD" w:rsidRPr="003B11F3" w:rsidRDefault="005C01FD" w:rsidP="007E5438">
            <w:pPr>
              <w:spacing w:before="104" w:line="256" w:lineRule="auto"/>
              <w:ind w:right="487"/>
              <w:rPr>
                <w:sz w:val="28"/>
              </w:rPr>
            </w:pPr>
            <w:proofErr w:type="spellStart"/>
            <w:r w:rsidRPr="003B11F3">
              <w:rPr>
                <w:spacing w:val="-1"/>
                <w:sz w:val="28"/>
              </w:rPr>
              <w:t>работа</w:t>
            </w:r>
            <w:proofErr w:type="spellEnd"/>
            <w:r w:rsidRPr="003B11F3">
              <w:rPr>
                <w:spacing w:val="-16"/>
                <w:sz w:val="28"/>
              </w:rPr>
              <w:t xml:space="preserve"> </w:t>
            </w:r>
            <w:r w:rsidRPr="003B11F3">
              <w:rPr>
                <w:sz w:val="28"/>
              </w:rPr>
              <w:t>«</w:t>
            </w:r>
            <w:proofErr w:type="spellStart"/>
            <w:r w:rsidRPr="003B11F3">
              <w:rPr>
                <w:sz w:val="28"/>
              </w:rPr>
              <w:t>Площадь</w:t>
            </w:r>
            <w:proofErr w:type="spellEnd"/>
            <w:r w:rsidRPr="003B11F3">
              <w:rPr>
                <w:spacing w:val="-6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круга</w:t>
            </w:r>
            <w:proofErr w:type="spellEnd"/>
            <w:r w:rsidRPr="003B11F3">
              <w:rPr>
                <w:sz w:val="28"/>
              </w:rPr>
              <w:t>»</w:t>
            </w:r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104" w:line="256" w:lineRule="auto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равные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фигуры,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использовать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метрические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единицы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измерения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длины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площади.</w:t>
            </w:r>
          </w:p>
          <w:p w:rsidR="005C01FD" w:rsidRPr="005C01FD" w:rsidRDefault="005C01FD" w:rsidP="007E5438">
            <w:pPr>
              <w:spacing w:before="10" w:line="256" w:lineRule="auto"/>
              <w:ind w:right="199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Использовать приближённое измерение </w:t>
            </w:r>
            <w:r w:rsidRPr="005C01FD">
              <w:rPr>
                <w:sz w:val="28"/>
                <w:lang w:val="ru-RU"/>
              </w:rPr>
              <w:t>длин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площадей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клетчатой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бумаге,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приближённое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измерение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длины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окружности,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площади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круга</w:t>
            </w:r>
          </w:p>
        </w:tc>
      </w:tr>
      <w:tr w:rsidR="005C01FD" w:rsidRPr="003B11F3" w:rsidTr="007E5438">
        <w:trPr>
          <w:trHeight w:val="6827"/>
        </w:trPr>
        <w:tc>
          <w:tcPr>
            <w:tcW w:w="3234" w:type="dxa"/>
          </w:tcPr>
          <w:p w:rsidR="005C01FD" w:rsidRPr="003B11F3" w:rsidRDefault="005C01FD" w:rsidP="007E5438">
            <w:pPr>
              <w:spacing w:before="76" w:line="264" w:lineRule="auto"/>
              <w:ind w:right="659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Положительные</w:t>
            </w:r>
            <w:proofErr w:type="spellEnd"/>
            <w:r w:rsidRPr="003B11F3">
              <w:rPr>
                <w:sz w:val="28"/>
              </w:rPr>
              <w:t xml:space="preserve"> и</w:t>
            </w:r>
            <w:r w:rsidRPr="003B11F3">
              <w:rPr>
                <w:spacing w:val="1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отрицательные</w:t>
            </w:r>
            <w:proofErr w:type="spellEnd"/>
            <w:r w:rsidRPr="003B11F3">
              <w:rPr>
                <w:spacing w:val="-16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числа</w:t>
            </w:r>
            <w:proofErr w:type="spellEnd"/>
          </w:p>
        </w:tc>
        <w:tc>
          <w:tcPr>
            <w:tcW w:w="1447" w:type="dxa"/>
          </w:tcPr>
          <w:p w:rsidR="005C01FD" w:rsidRPr="003B11F3" w:rsidRDefault="005C01FD" w:rsidP="007E5438">
            <w:pPr>
              <w:spacing w:before="76"/>
              <w:ind w:right="476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40</w:t>
            </w:r>
          </w:p>
        </w:tc>
        <w:tc>
          <w:tcPr>
            <w:tcW w:w="2766" w:type="dxa"/>
          </w:tcPr>
          <w:p w:rsidR="005C01FD" w:rsidRPr="005C01FD" w:rsidRDefault="005C01FD" w:rsidP="007E5438">
            <w:pPr>
              <w:spacing w:before="76" w:line="259" w:lineRule="auto"/>
              <w:ind w:right="380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Целые числа.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Модуль числа,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геометрическая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интерпретация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pacing w:val="-1"/>
                <w:sz w:val="28"/>
                <w:lang w:val="ru-RU"/>
              </w:rPr>
              <w:t xml:space="preserve">модуля. </w:t>
            </w:r>
            <w:r w:rsidRPr="005C01FD">
              <w:rPr>
                <w:sz w:val="28"/>
                <w:lang w:val="ru-RU"/>
              </w:rPr>
              <w:t>Числовые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промежутки.</w:t>
            </w:r>
          </w:p>
          <w:p w:rsidR="005C01FD" w:rsidRPr="005C01FD" w:rsidRDefault="005C01FD" w:rsidP="007E5438">
            <w:pPr>
              <w:spacing w:before="2" w:line="259" w:lineRule="auto"/>
              <w:ind w:right="416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Положительные</w:t>
            </w:r>
            <w:r w:rsidRPr="005C01FD">
              <w:rPr>
                <w:spacing w:val="-1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отрицательные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числа. Сравнение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положительных 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отрицательных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чисел.</w:t>
            </w:r>
          </w:p>
          <w:p w:rsidR="005C01FD" w:rsidRPr="005C01FD" w:rsidRDefault="005C01FD" w:rsidP="007E5438">
            <w:pPr>
              <w:spacing w:line="264" w:lineRule="auto"/>
              <w:ind w:right="528"/>
              <w:rPr>
                <w:sz w:val="28"/>
                <w:lang w:val="ru-RU"/>
              </w:rPr>
            </w:pPr>
            <w:r w:rsidRPr="005C01FD">
              <w:rPr>
                <w:spacing w:val="-1"/>
                <w:sz w:val="28"/>
                <w:lang w:val="ru-RU"/>
              </w:rPr>
              <w:t>Арифметические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действия</w:t>
            </w:r>
          </w:p>
          <w:p w:rsidR="005C01FD" w:rsidRPr="005C01FD" w:rsidRDefault="005C01FD" w:rsidP="007E5438">
            <w:pPr>
              <w:spacing w:line="256" w:lineRule="auto"/>
              <w:ind w:right="298"/>
              <w:jc w:val="both"/>
              <w:rPr>
                <w:sz w:val="28"/>
                <w:lang w:val="ru-RU"/>
              </w:rPr>
            </w:pPr>
            <w:r w:rsidRPr="005C01FD">
              <w:rPr>
                <w:spacing w:val="-1"/>
                <w:sz w:val="28"/>
                <w:lang w:val="ru-RU"/>
              </w:rPr>
              <w:t>с положительными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 отрицательными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числами.</w:t>
            </w:r>
          </w:p>
          <w:p w:rsidR="005C01FD" w:rsidRPr="003B11F3" w:rsidRDefault="005C01FD" w:rsidP="007E5438">
            <w:pPr>
              <w:spacing w:line="256" w:lineRule="auto"/>
              <w:ind w:right="243"/>
              <w:jc w:val="both"/>
              <w:rPr>
                <w:sz w:val="28"/>
              </w:rPr>
            </w:pPr>
            <w:proofErr w:type="spellStart"/>
            <w:r w:rsidRPr="003B11F3">
              <w:rPr>
                <w:spacing w:val="-1"/>
                <w:sz w:val="28"/>
              </w:rPr>
              <w:t>Решение</w:t>
            </w:r>
            <w:proofErr w:type="spellEnd"/>
            <w:r w:rsidRPr="003B11F3">
              <w:rPr>
                <w:spacing w:val="-1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текстовых</w:t>
            </w:r>
            <w:proofErr w:type="spellEnd"/>
            <w:r w:rsidRPr="003B11F3">
              <w:rPr>
                <w:spacing w:val="-68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задач</w:t>
            </w:r>
            <w:proofErr w:type="spellEnd"/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76" w:line="264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Приводить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примеры</w:t>
            </w:r>
            <w:r w:rsidRPr="005C01FD">
              <w:rPr>
                <w:b/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использования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реальной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жизни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положительных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отрицательных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чисел.</w:t>
            </w:r>
          </w:p>
          <w:p w:rsidR="005C01FD" w:rsidRPr="005C01FD" w:rsidRDefault="005C01FD" w:rsidP="007E5438">
            <w:pPr>
              <w:spacing w:line="259" w:lineRule="auto"/>
              <w:ind w:right="46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Изображать </w:t>
            </w:r>
            <w:r w:rsidRPr="005C01FD">
              <w:rPr>
                <w:sz w:val="28"/>
                <w:lang w:val="ru-RU"/>
              </w:rPr>
              <w:t>целые числа, положительные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отрицательные числа точками на числовой прямой,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использовать </w:t>
            </w:r>
            <w:proofErr w:type="gramStart"/>
            <w:r w:rsidRPr="005C01FD">
              <w:rPr>
                <w:sz w:val="28"/>
                <w:lang w:val="ru-RU"/>
              </w:rPr>
              <w:t>числовую</w:t>
            </w:r>
            <w:proofErr w:type="gramEnd"/>
            <w:r w:rsidRPr="005C01FD">
              <w:rPr>
                <w:sz w:val="28"/>
                <w:lang w:val="ru-RU"/>
              </w:rPr>
              <w:t xml:space="preserve"> прямую для сравнения чисел.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Применять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правила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сравнения,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упорядочивать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целые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числа;</w:t>
            </w:r>
            <w:r w:rsidRPr="005C01FD">
              <w:rPr>
                <w:spacing w:val="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находить</w:t>
            </w:r>
            <w:r w:rsidRPr="005C01FD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модуль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числа.</w:t>
            </w:r>
          </w:p>
          <w:p w:rsidR="005C01FD" w:rsidRPr="005C01FD" w:rsidRDefault="005C01FD" w:rsidP="007E5438">
            <w:pPr>
              <w:spacing w:line="261" w:lineRule="auto"/>
              <w:ind w:right="164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Формулировать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правила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вычисления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положительными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отрицательными</w:t>
            </w:r>
            <w:r w:rsidRPr="005C01FD">
              <w:rPr>
                <w:spacing w:val="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числами,</w:t>
            </w:r>
            <w:r w:rsidRPr="005C01FD">
              <w:rPr>
                <w:spacing w:val="1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находить</w:t>
            </w:r>
            <w:r w:rsidRPr="005C01FD">
              <w:rPr>
                <w:b/>
                <w:spacing w:val="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значения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числовых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выражений,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содержащих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действия</w:t>
            </w:r>
          </w:p>
          <w:p w:rsidR="005C01FD" w:rsidRPr="005C01FD" w:rsidRDefault="005C01FD" w:rsidP="007E5438">
            <w:pPr>
              <w:spacing w:line="256" w:lineRule="auto"/>
              <w:ind w:right="1483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положительными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отрицательными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числами.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Применять свойства </w:t>
            </w:r>
            <w:r w:rsidRPr="005C01FD">
              <w:rPr>
                <w:sz w:val="28"/>
                <w:lang w:val="ru-RU"/>
              </w:rPr>
              <w:t>сложения и умножения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для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преобразования сумм и произведений</w:t>
            </w:r>
          </w:p>
        </w:tc>
      </w:tr>
    </w:tbl>
    <w:p w:rsidR="005C01FD" w:rsidRPr="003B11F3" w:rsidRDefault="005C01FD" w:rsidP="005C01FD">
      <w:pPr>
        <w:spacing w:line="256" w:lineRule="auto"/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4"/>
        <w:gridCol w:w="1447"/>
        <w:gridCol w:w="2766"/>
        <w:gridCol w:w="7398"/>
      </w:tblGrid>
      <w:tr w:rsidR="005C01FD" w:rsidRPr="003B11F3" w:rsidTr="007E5438">
        <w:trPr>
          <w:trHeight w:val="6826"/>
        </w:trPr>
        <w:tc>
          <w:tcPr>
            <w:tcW w:w="3234" w:type="dxa"/>
          </w:tcPr>
          <w:p w:rsidR="005C01FD" w:rsidRPr="003B11F3" w:rsidRDefault="005C01FD" w:rsidP="007E5438">
            <w:pPr>
              <w:spacing w:before="75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Представление</w:t>
            </w:r>
            <w:proofErr w:type="spellEnd"/>
            <w:r w:rsidRPr="003B11F3">
              <w:rPr>
                <w:spacing w:val="-8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данных</w:t>
            </w:r>
            <w:proofErr w:type="spellEnd"/>
          </w:p>
        </w:tc>
        <w:tc>
          <w:tcPr>
            <w:tcW w:w="1447" w:type="dxa"/>
          </w:tcPr>
          <w:p w:rsidR="005C01FD" w:rsidRPr="003B11F3" w:rsidRDefault="005C01FD" w:rsidP="007E5438">
            <w:pPr>
              <w:spacing w:before="75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6</w:t>
            </w:r>
          </w:p>
        </w:tc>
        <w:tc>
          <w:tcPr>
            <w:tcW w:w="2766" w:type="dxa"/>
          </w:tcPr>
          <w:p w:rsidR="005C01FD" w:rsidRPr="005C01FD" w:rsidRDefault="005C01FD" w:rsidP="007E5438">
            <w:pPr>
              <w:spacing w:before="75" w:line="261" w:lineRule="auto"/>
              <w:ind w:right="314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Прямоугольная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система</w:t>
            </w:r>
            <w:r w:rsidRPr="005C01FD">
              <w:rPr>
                <w:spacing w:val="-1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координат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плоскости.</w:t>
            </w:r>
          </w:p>
          <w:p w:rsidR="005C01FD" w:rsidRPr="005C01FD" w:rsidRDefault="005C01FD" w:rsidP="007E5438">
            <w:pPr>
              <w:spacing w:line="259" w:lineRule="auto"/>
              <w:ind w:right="329"/>
              <w:rPr>
                <w:sz w:val="28"/>
                <w:lang w:val="ru-RU"/>
              </w:rPr>
            </w:pPr>
            <w:r w:rsidRPr="005C01FD">
              <w:rPr>
                <w:spacing w:val="-1"/>
                <w:sz w:val="28"/>
                <w:lang w:val="ru-RU"/>
              </w:rPr>
              <w:t xml:space="preserve">Координаты </w:t>
            </w:r>
            <w:r w:rsidRPr="005C01FD">
              <w:rPr>
                <w:sz w:val="28"/>
                <w:lang w:val="ru-RU"/>
              </w:rPr>
              <w:t>точки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 плоскости,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абсцисса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ордината.</w:t>
            </w:r>
          </w:p>
          <w:p w:rsidR="005C01FD" w:rsidRPr="005C01FD" w:rsidRDefault="005C01FD" w:rsidP="007E5438">
            <w:pPr>
              <w:spacing w:line="261" w:lineRule="auto"/>
              <w:ind w:right="925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Столбчатые</w:t>
            </w:r>
            <w:r w:rsidRPr="005C01FD">
              <w:rPr>
                <w:spacing w:val="-1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круговые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диаграммы.</w:t>
            </w:r>
          </w:p>
          <w:p w:rsidR="005C01FD" w:rsidRPr="005C01FD" w:rsidRDefault="005C01FD" w:rsidP="007E5438">
            <w:pPr>
              <w:spacing w:line="256" w:lineRule="auto"/>
              <w:ind w:right="155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Практическая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работа</w:t>
            </w:r>
            <w:r w:rsidRPr="005C01FD">
              <w:rPr>
                <w:spacing w:val="-1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«Построение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диаграмм».</w:t>
            </w:r>
          </w:p>
          <w:p w:rsidR="005C01FD" w:rsidRPr="005C01FD" w:rsidRDefault="005C01FD" w:rsidP="007E5438">
            <w:pPr>
              <w:spacing w:line="256" w:lineRule="auto"/>
              <w:ind w:right="225"/>
              <w:rPr>
                <w:sz w:val="28"/>
                <w:lang w:val="ru-RU"/>
              </w:rPr>
            </w:pPr>
            <w:r w:rsidRPr="005C01FD">
              <w:rPr>
                <w:spacing w:val="-1"/>
                <w:sz w:val="28"/>
                <w:lang w:val="ru-RU"/>
              </w:rPr>
              <w:t xml:space="preserve">Решение </w:t>
            </w:r>
            <w:r w:rsidRPr="005C01FD">
              <w:rPr>
                <w:sz w:val="28"/>
                <w:lang w:val="ru-RU"/>
              </w:rPr>
              <w:t>текстовых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задач, содержащих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данные,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представленные</w:t>
            </w:r>
          </w:p>
          <w:p w:rsidR="005C01FD" w:rsidRPr="005C01FD" w:rsidRDefault="005C01FD" w:rsidP="007E5438">
            <w:pPr>
              <w:spacing w:before="7" w:line="256" w:lineRule="auto"/>
              <w:ind w:right="816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в таблицах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1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диаграммах</w:t>
            </w:r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75" w:line="259" w:lineRule="auto"/>
              <w:ind w:right="32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Объяснять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иллюстрировать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понятие </w:t>
            </w:r>
            <w:r w:rsidRPr="005C01FD">
              <w:rPr>
                <w:sz w:val="28"/>
                <w:lang w:val="ru-RU"/>
              </w:rPr>
              <w:t>прямоугольной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системы координат на плоскости, использовать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терминологию; </w:t>
            </w:r>
            <w:r w:rsidRPr="005C01FD">
              <w:rPr>
                <w:b/>
                <w:sz w:val="28"/>
                <w:lang w:val="ru-RU"/>
              </w:rPr>
              <w:t xml:space="preserve">строить </w:t>
            </w:r>
            <w:r w:rsidRPr="005C01FD">
              <w:rPr>
                <w:sz w:val="28"/>
                <w:lang w:val="ru-RU"/>
              </w:rPr>
              <w:t>на координатной плоскости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точки и фигуры по заданным координатам, </w:t>
            </w:r>
            <w:r w:rsidRPr="005C01FD">
              <w:rPr>
                <w:b/>
                <w:sz w:val="28"/>
                <w:lang w:val="ru-RU"/>
              </w:rPr>
              <w:t>находить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координаты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точек.</w:t>
            </w:r>
          </w:p>
          <w:p w:rsidR="005C01FD" w:rsidRPr="005C01FD" w:rsidRDefault="005C01FD" w:rsidP="007E5438">
            <w:pPr>
              <w:spacing w:before="5" w:line="259" w:lineRule="auto"/>
              <w:ind w:right="37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Читать </w:t>
            </w:r>
            <w:r w:rsidRPr="005C01FD">
              <w:rPr>
                <w:sz w:val="28"/>
                <w:lang w:val="ru-RU"/>
              </w:rPr>
              <w:t>столбчатые и круговые диаграммы;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интерпретировать </w:t>
            </w:r>
            <w:r w:rsidRPr="005C01FD">
              <w:rPr>
                <w:sz w:val="28"/>
                <w:lang w:val="ru-RU"/>
              </w:rPr>
              <w:t xml:space="preserve">данные; </w:t>
            </w:r>
            <w:r w:rsidRPr="005C01FD">
              <w:rPr>
                <w:b/>
                <w:sz w:val="28"/>
                <w:lang w:val="ru-RU"/>
              </w:rPr>
              <w:t xml:space="preserve">строить </w:t>
            </w:r>
            <w:r w:rsidRPr="005C01FD">
              <w:rPr>
                <w:sz w:val="28"/>
                <w:lang w:val="ru-RU"/>
              </w:rPr>
              <w:t>столбчатые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диаграммы. </w:t>
            </w:r>
            <w:r w:rsidRPr="005C01FD">
              <w:rPr>
                <w:b/>
                <w:sz w:val="28"/>
                <w:lang w:val="ru-RU"/>
              </w:rPr>
              <w:t>Использовать информацию,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представленную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таблицах,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диаграммах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для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текстовых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</w:t>
            </w:r>
            <w:r w:rsidRPr="005C01FD">
              <w:rPr>
                <w:spacing w:val="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реальной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жизни</w:t>
            </w:r>
          </w:p>
        </w:tc>
      </w:tr>
      <w:tr w:rsidR="005C01FD" w:rsidRPr="003B11F3" w:rsidTr="007E5438">
        <w:trPr>
          <w:trHeight w:val="2663"/>
        </w:trPr>
        <w:tc>
          <w:tcPr>
            <w:tcW w:w="3234" w:type="dxa"/>
          </w:tcPr>
          <w:p w:rsidR="005C01FD" w:rsidRPr="005C01FD" w:rsidRDefault="005C01FD" w:rsidP="007E5438">
            <w:pPr>
              <w:spacing w:before="104" w:line="256" w:lineRule="auto"/>
              <w:ind w:right="387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Наглядная геометрия.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Фигуры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</w:t>
            </w:r>
            <w:r w:rsidRPr="005C01FD">
              <w:rPr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пространстве</w:t>
            </w:r>
          </w:p>
        </w:tc>
        <w:tc>
          <w:tcPr>
            <w:tcW w:w="1447" w:type="dxa"/>
          </w:tcPr>
          <w:p w:rsidR="005C01FD" w:rsidRPr="003B11F3" w:rsidRDefault="005C01FD" w:rsidP="007E5438">
            <w:pPr>
              <w:spacing w:before="104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9</w:t>
            </w:r>
          </w:p>
        </w:tc>
        <w:tc>
          <w:tcPr>
            <w:tcW w:w="2766" w:type="dxa"/>
          </w:tcPr>
          <w:p w:rsidR="005C01FD" w:rsidRPr="005C01FD" w:rsidRDefault="005C01FD" w:rsidP="007E5438">
            <w:pPr>
              <w:spacing w:before="104" w:line="259" w:lineRule="auto"/>
              <w:ind w:right="518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Прямоугольный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параллелепипед,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куб,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призма,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пирамида,</w:t>
            </w:r>
            <w:r w:rsidRPr="005C01FD">
              <w:rPr>
                <w:spacing w:val="-1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конус,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цилиндр, шар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сфера.</w:t>
            </w:r>
          </w:p>
          <w:p w:rsidR="005C01FD" w:rsidRPr="003B11F3" w:rsidRDefault="005C01FD" w:rsidP="007E5438">
            <w:pPr>
              <w:spacing w:before="3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Изображение</w:t>
            </w:r>
            <w:proofErr w:type="spellEnd"/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104" w:line="259" w:lineRule="auto"/>
              <w:ind w:right="199"/>
              <w:rPr>
                <w:sz w:val="28"/>
                <w:lang w:val="ru-RU"/>
              </w:rPr>
            </w:pPr>
            <w:proofErr w:type="gramStart"/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чертежах,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рисунках,</w:t>
            </w:r>
            <w:r w:rsidRPr="005C01FD">
              <w:rPr>
                <w:spacing w:val="1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описывать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пирамиду, призму, цилиндр, конус, шар, </w:t>
            </w:r>
            <w:r w:rsidRPr="005C01FD">
              <w:rPr>
                <w:b/>
                <w:sz w:val="28"/>
                <w:lang w:val="ru-RU"/>
              </w:rPr>
              <w:t xml:space="preserve">изображать </w:t>
            </w:r>
            <w:r w:rsidRPr="005C01FD">
              <w:rPr>
                <w:sz w:val="28"/>
                <w:lang w:val="ru-RU"/>
              </w:rPr>
              <w:t>их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руки,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моделировать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бумаги,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пластилина,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проволоки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и др. </w:t>
            </w:r>
            <w:r w:rsidRPr="005C01FD">
              <w:rPr>
                <w:b/>
                <w:sz w:val="28"/>
                <w:lang w:val="ru-RU"/>
              </w:rPr>
              <w:t xml:space="preserve">Приводить примеры </w:t>
            </w:r>
            <w:r w:rsidRPr="005C01FD">
              <w:rPr>
                <w:sz w:val="28"/>
                <w:lang w:val="ru-RU"/>
              </w:rPr>
              <w:t>объектов окружающего мира,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имеющих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формы названных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тел.</w:t>
            </w:r>
            <w:proofErr w:type="gramEnd"/>
          </w:p>
          <w:p w:rsidR="005C01FD" w:rsidRPr="005C01FD" w:rsidRDefault="005C01FD" w:rsidP="007E5438">
            <w:pPr>
              <w:spacing w:line="264" w:lineRule="auto"/>
              <w:rPr>
                <w:sz w:val="28"/>
                <w:lang w:val="ru-RU"/>
              </w:rPr>
            </w:pPr>
            <w:proofErr w:type="gramStart"/>
            <w:r w:rsidRPr="005C01FD">
              <w:rPr>
                <w:b/>
                <w:sz w:val="28"/>
                <w:lang w:val="ru-RU"/>
              </w:rPr>
              <w:t>Использовать</w:t>
            </w:r>
            <w:r w:rsidRPr="005C01FD">
              <w:rPr>
                <w:b/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терминологию: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вершина,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ребро,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грань,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основание, высота, радиус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 диаметр, развёртка.</w:t>
            </w:r>
            <w:proofErr w:type="gramEnd"/>
          </w:p>
        </w:tc>
      </w:tr>
    </w:tbl>
    <w:p w:rsidR="005C01FD" w:rsidRPr="003B11F3" w:rsidRDefault="005C01FD" w:rsidP="005C01FD">
      <w:pPr>
        <w:spacing w:line="264" w:lineRule="auto"/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1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4"/>
        <w:gridCol w:w="1447"/>
        <w:gridCol w:w="2766"/>
        <w:gridCol w:w="7398"/>
      </w:tblGrid>
      <w:tr w:rsidR="005C01FD" w:rsidRPr="003B11F3" w:rsidTr="007E5438">
        <w:trPr>
          <w:trHeight w:val="6488"/>
        </w:trPr>
        <w:tc>
          <w:tcPr>
            <w:tcW w:w="3234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1447" w:type="dxa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766" w:type="dxa"/>
          </w:tcPr>
          <w:p w:rsidR="005C01FD" w:rsidRPr="005C01FD" w:rsidRDefault="005C01FD" w:rsidP="007E5438">
            <w:pPr>
              <w:spacing w:before="104" w:line="259" w:lineRule="auto"/>
              <w:ind w:right="261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пространственных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фигур. Примеры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развёрток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многогранников,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цилиндра</w:t>
            </w:r>
            <w:r w:rsidRPr="005C01FD">
              <w:rPr>
                <w:spacing w:val="-1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конуса.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Практическая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работа «Создание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моделей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пространственных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фигур».</w:t>
            </w:r>
          </w:p>
          <w:p w:rsidR="005C01FD" w:rsidRPr="005C01FD" w:rsidRDefault="005C01FD" w:rsidP="007E5438">
            <w:pPr>
              <w:spacing w:before="2" w:line="259" w:lineRule="auto"/>
              <w:ind w:right="182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Понятие объёма;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единицы измерения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объёма.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Объём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прямоугольного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параллелепипеда,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куба,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формулы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объёма</w:t>
            </w:r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104" w:line="261" w:lineRule="auto"/>
              <w:rPr>
                <w:b/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Изучать,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используя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эксперимент,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наблюдение,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измерение,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моделирование, в том числе компьютерное, и </w:t>
            </w:r>
            <w:r w:rsidRPr="005C01FD">
              <w:rPr>
                <w:b/>
                <w:sz w:val="28"/>
                <w:lang w:val="ru-RU"/>
              </w:rPr>
              <w:t>описывать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свойства</w:t>
            </w:r>
            <w:r w:rsidRPr="005C01FD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названных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тел,</w:t>
            </w:r>
            <w:r w:rsidRPr="005C01FD">
              <w:rPr>
                <w:spacing w:val="5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выявлять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сходства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и</w:t>
            </w:r>
          </w:p>
          <w:p w:rsidR="005C01FD" w:rsidRPr="005C01FD" w:rsidRDefault="005C01FD" w:rsidP="007E5438">
            <w:pPr>
              <w:spacing w:line="259" w:lineRule="auto"/>
              <w:ind w:right="1443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различия</w:t>
            </w:r>
            <w:r w:rsidRPr="005C01FD">
              <w:rPr>
                <w:sz w:val="28"/>
                <w:lang w:val="ru-RU"/>
              </w:rPr>
              <w:t>: между пирамидой и призмой; между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цилиндром,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конусом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шаром.</w:t>
            </w:r>
          </w:p>
          <w:p w:rsidR="005C01FD" w:rsidRPr="005C01FD" w:rsidRDefault="005C01FD" w:rsidP="007E5438">
            <w:pPr>
              <w:spacing w:line="261" w:lineRule="auto"/>
              <w:ind w:right="199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Распознавать</w:t>
            </w:r>
            <w:r w:rsidRPr="005C01FD">
              <w:rPr>
                <w:b/>
                <w:spacing w:val="-1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развёртки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параллелепипеда,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куба,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призмы,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пирамиды, конуса, цилиндра; </w:t>
            </w:r>
            <w:r w:rsidRPr="005C01FD">
              <w:rPr>
                <w:b/>
                <w:sz w:val="28"/>
                <w:lang w:val="ru-RU"/>
              </w:rPr>
              <w:t xml:space="preserve">конструировать </w:t>
            </w:r>
            <w:r w:rsidRPr="005C01FD">
              <w:rPr>
                <w:sz w:val="28"/>
                <w:lang w:val="ru-RU"/>
              </w:rPr>
              <w:t>данные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тела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развёрток,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создавать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их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модели.</w:t>
            </w:r>
          </w:p>
          <w:p w:rsidR="005C01FD" w:rsidRPr="005C01FD" w:rsidRDefault="005C01FD" w:rsidP="007E5438">
            <w:pPr>
              <w:spacing w:line="264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Создавать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модели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пространственных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фигур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(из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бумаги,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проволоки,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пластилина</w:t>
            </w:r>
            <w:r w:rsidRPr="005C01FD">
              <w:rPr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др.)</w:t>
            </w:r>
          </w:p>
          <w:p w:rsidR="005C01FD" w:rsidRPr="005C01FD" w:rsidRDefault="005C01FD" w:rsidP="007E5438">
            <w:pPr>
              <w:spacing w:line="259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Измерять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на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моделях: </w:t>
            </w:r>
            <w:r w:rsidRPr="005C01FD">
              <w:rPr>
                <w:sz w:val="28"/>
                <w:lang w:val="ru-RU"/>
              </w:rPr>
              <w:t>длины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рёбер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многогранников,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диаметр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шара.</w:t>
            </w:r>
          </w:p>
          <w:p w:rsidR="005C01FD" w:rsidRPr="005C01FD" w:rsidRDefault="005C01FD" w:rsidP="007E5438">
            <w:pPr>
              <w:spacing w:line="264" w:lineRule="auto"/>
              <w:ind w:right="180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Выводить</w:t>
            </w:r>
            <w:r w:rsidRPr="005C01FD">
              <w:rPr>
                <w:b/>
                <w:spacing w:val="-12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формулу</w:t>
            </w:r>
            <w:r w:rsidRPr="005C01FD">
              <w:rPr>
                <w:b/>
                <w:spacing w:val="-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объёма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прямоугольного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параллелепипеда.</w:t>
            </w:r>
          </w:p>
          <w:p w:rsidR="005C01FD" w:rsidRPr="005C01FD" w:rsidRDefault="005C01FD" w:rsidP="007E5438">
            <w:pPr>
              <w:spacing w:line="259" w:lineRule="auto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Вычислять по формулам: </w:t>
            </w:r>
            <w:r w:rsidRPr="005C01FD">
              <w:rPr>
                <w:sz w:val="28"/>
                <w:lang w:val="ru-RU"/>
              </w:rPr>
              <w:t>объём прямоугольного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параллелепипеда, куба; использовать единицы измерения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объёма; </w:t>
            </w:r>
            <w:r w:rsidRPr="005C01FD">
              <w:rPr>
                <w:b/>
                <w:sz w:val="28"/>
                <w:lang w:val="ru-RU"/>
              </w:rPr>
              <w:t xml:space="preserve">вычислять </w:t>
            </w:r>
            <w:r w:rsidRPr="005C01FD">
              <w:rPr>
                <w:sz w:val="28"/>
                <w:lang w:val="ru-RU"/>
              </w:rPr>
              <w:t>объёмы тел, составленных из кубов,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 xml:space="preserve">параллелепипедов; </w:t>
            </w:r>
            <w:r w:rsidRPr="005C01FD">
              <w:rPr>
                <w:b/>
                <w:sz w:val="28"/>
                <w:lang w:val="ru-RU"/>
              </w:rPr>
              <w:t>решать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задачи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</w:t>
            </w:r>
            <w:r w:rsidRPr="005C01FD">
              <w:rPr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реальными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данными</w:t>
            </w:r>
          </w:p>
        </w:tc>
      </w:tr>
      <w:tr w:rsidR="005C01FD" w:rsidRPr="003B11F3" w:rsidTr="007E5438">
        <w:trPr>
          <w:trHeight w:val="2691"/>
        </w:trPr>
        <w:tc>
          <w:tcPr>
            <w:tcW w:w="3234" w:type="dxa"/>
          </w:tcPr>
          <w:p w:rsidR="005C01FD" w:rsidRPr="003B11F3" w:rsidRDefault="005C01FD" w:rsidP="007E5438">
            <w:pPr>
              <w:spacing w:before="75" w:line="256" w:lineRule="auto"/>
              <w:ind w:right="247"/>
              <w:rPr>
                <w:sz w:val="28"/>
              </w:rPr>
            </w:pPr>
            <w:proofErr w:type="spellStart"/>
            <w:r w:rsidRPr="003B11F3">
              <w:rPr>
                <w:sz w:val="28"/>
              </w:rPr>
              <w:t>Повторение</w:t>
            </w:r>
            <w:proofErr w:type="spellEnd"/>
            <w:r w:rsidRPr="003B11F3">
              <w:rPr>
                <w:sz w:val="28"/>
              </w:rPr>
              <w:t>,</w:t>
            </w:r>
            <w:r w:rsidRPr="003B11F3">
              <w:rPr>
                <w:spacing w:val="-16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обобщение</w:t>
            </w:r>
            <w:proofErr w:type="spellEnd"/>
            <w:r w:rsidRPr="003B11F3">
              <w:rPr>
                <w:sz w:val="28"/>
              </w:rPr>
              <w:t>,</w:t>
            </w:r>
            <w:r w:rsidRPr="003B11F3">
              <w:rPr>
                <w:spacing w:val="-67"/>
                <w:sz w:val="28"/>
              </w:rPr>
              <w:t xml:space="preserve"> </w:t>
            </w:r>
            <w:proofErr w:type="spellStart"/>
            <w:r w:rsidRPr="003B11F3">
              <w:rPr>
                <w:sz w:val="28"/>
              </w:rPr>
              <w:t>систематизация</w:t>
            </w:r>
            <w:proofErr w:type="spellEnd"/>
          </w:p>
        </w:tc>
        <w:tc>
          <w:tcPr>
            <w:tcW w:w="1447" w:type="dxa"/>
          </w:tcPr>
          <w:p w:rsidR="005C01FD" w:rsidRPr="003B11F3" w:rsidRDefault="005C01FD" w:rsidP="007E5438">
            <w:pPr>
              <w:spacing w:before="75"/>
              <w:ind w:right="476"/>
              <w:jc w:val="center"/>
              <w:rPr>
                <w:sz w:val="28"/>
              </w:rPr>
            </w:pPr>
            <w:r w:rsidRPr="003B11F3">
              <w:rPr>
                <w:sz w:val="28"/>
              </w:rPr>
              <w:t>20</w:t>
            </w:r>
          </w:p>
        </w:tc>
        <w:tc>
          <w:tcPr>
            <w:tcW w:w="2766" w:type="dxa"/>
          </w:tcPr>
          <w:p w:rsidR="005C01FD" w:rsidRPr="005C01FD" w:rsidRDefault="005C01FD" w:rsidP="007E5438">
            <w:pPr>
              <w:spacing w:before="75" w:line="259" w:lineRule="auto"/>
              <w:ind w:right="292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Повторение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основных понятий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методов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курсов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5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 6</w:t>
            </w:r>
            <w:r w:rsidRPr="005C01FD">
              <w:rPr>
                <w:spacing w:val="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классов,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обобщение 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систематизация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знаний</w:t>
            </w:r>
          </w:p>
        </w:tc>
        <w:tc>
          <w:tcPr>
            <w:tcW w:w="7398" w:type="dxa"/>
          </w:tcPr>
          <w:p w:rsidR="005C01FD" w:rsidRPr="005C01FD" w:rsidRDefault="005C01FD" w:rsidP="007E5438">
            <w:pPr>
              <w:spacing w:before="75" w:line="259" w:lineRule="auto"/>
              <w:ind w:right="705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Вычислять </w:t>
            </w:r>
            <w:r w:rsidRPr="005C01FD">
              <w:rPr>
                <w:sz w:val="28"/>
                <w:lang w:val="ru-RU"/>
              </w:rPr>
              <w:t>значения выражений, содержащих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натуральные,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целые,</w:t>
            </w:r>
            <w:r w:rsidRPr="005C01FD">
              <w:rPr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положительные</w:t>
            </w:r>
            <w:r w:rsidRPr="005C01FD">
              <w:rPr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отрицательные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числа, обыкновенные и десятичные дроби, выполнять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преобразования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чисел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выражений.</w:t>
            </w:r>
          </w:p>
          <w:p w:rsidR="005C01FD" w:rsidRPr="005C01FD" w:rsidRDefault="005C01FD" w:rsidP="007E5438">
            <w:pPr>
              <w:spacing w:line="256" w:lineRule="auto"/>
              <w:ind w:right="1138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Выбирать</w:t>
            </w:r>
            <w:r w:rsidRPr="005C01FD">
              <w:rPr>
                <w:b/>
                <w:spacing w:val="-10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способ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сравнения</w:t>
            </w:r>
            <w:r w:rsidRPr="005C01FD">
              <w:rPr>
                <w:spacing w:val="-5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чисел,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вычислений,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применять свойства </w:t>
            </w:r>
            <w:r w:rsidRPr="005C01FD">
              <w:rPr>
                <w:sz w:val="28"/>
                <w:lang w:val="ru-RU"/>
              </w:rPr>
              <w:t>арифметических действий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для рационализации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вычислений.</w:t>
            </w:r>
          </w:p>
        </w:tc>
      </w:tr>
    </w:tbl>
    <w:p w:rsidR="005C01FD" w:rsidRPr="003B11F3" w:rsidRDefault="005C01FD" w:rsidP="005C01FD">
      <w:pPr>
        <w:spacing w:line="256" w:lineRule="auto"/>
        <w:rPr>
          <w:sz w:val="28"/>
        </w:rPr>
        <w:sectPr w:rsidR="005C01FD" w:rsidRPr="003B11F3">
          <w:pgSz w:w="16850" w:h="11910" w:orient="landscape"/>
          <w:pgMar w:top="1140" w:right="740" w:bottom="940" w:left="1020" w:header="710" w:footer="755" w:gutter="0"/>
          <w:cols w:space="720"/>
        </w:sectPr>
      </w:pPr>
    </w:p>
    <w:p w:rsidR="005C01FD" w:rsidRPr="003B11F3" w:rsidRDefault="005C01FD" w:rsidP="005C01FD">
      <w:pPr>
        <w:spacing w:before="3"/>
        <w:rPr>
          <w:b/>
          <w:sz w:val="8"/>
          <w:szCs w:val="28"/>
        </w:rPr>
      </w:pPr>
    </w:p>
    <w:tbl>
      <w:tblPr>
        <w:tblStyle w:val="TableNormal2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31"/>
        <w:gridCol w:w="1407"/>
        <w:gridCol w:w="1551"/>
        <w:gridCol w:w="4476"/>
      </w:tblGrid>
      <w:tr w:rsidR="005C01FD" w:rsidRPr="00E53CA6" w:rsidTr="007E5438">
        <w:trPr>
          <w:trHeight w:val="2691"/>
        </w:trPr>
        <w:tc>
          <w:tcPr>
            <w:tcW w:w="1022" w:type="pct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687" w:type="pct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865" w:type="pct"/>
          </w:tcPr>
          <w:p w:rsidR="005C01FD" w:rsidRPr="005C01FD" w:rsidRDefault="005C01FD" w:rsidP="007E5438">
            <w:pPr>
              <w:rPr>
                <w:sz w:val="26"/>
                <w:lang w:val="ru-RU"/>
              </w:rPr>
            </w:pPr>
          </w:p>
        </w:tc>
        <w:tc>
          <w:tcPr>
            <w:tcW w:w="2426" w:type="pct"/>
          </w:tcPr>
          <w:p w:rsidR="005C01FD" w:rsidRPr="005C01FD" w:rsidRDefault="005C01FD" w:rsidP="007E5438">
            <w:pPr>
              <w:spacing w:before="75" w:line="261" w:lineRule="auto"/>
              <w:ind w:left="176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 xml:space="preserve">Решать задачи </w:t>
            </w:r>
            <w:r w:rsidRPr="005C01FD">
              <w:rPr>
                <w:sz w:val="28"/>
                <w:lang w:val="ru-RU"/>
              </w:rPr>
              <w:t xml:space="preserve">из реальной жизни, </w:t>
            </w:r>
            <w:r w:rsidRPr="005C01FD">
              <w:rPr>
                <w:b/>
                <w:sz w:val="28"/>
                <w:lang w:val="ru-RU"/>
              </w:rPr>
              <w:t>применять</w:t>
            </w:r>
            <w:r w:rsidRPr="005C01FD">
              <w:rPr>
                <w:b/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математические</w:t>
            </w:r>
            <w:r w:rsidRPr="005C01FD">
              <w:rPr>
                <w:b/>
                <w:spacing w:val="-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знания</w:t>
            </w:r>
            <w:r w:rsidRPr="005C01FD">
              <w:rPr>
                <w:b/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для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решения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из</w:t>
            </w:r>
            <w:r w:rsidRPr="005C01FD">
              <w:rPr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других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предметов.</w:t>
            </w:r>
          </w:p>
          <w:p w:rsidR="005C01FD" w:rsidRPr="005C01FD" w:rsidRDefault="005C01FD" w:rsidP="007E5438">
            <w:pPr>
              <w:spacing w:line="259" w:lineRule="auto"/>
              <w:ind w:left="176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Решать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задачи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разными</w:t>
            </w:r>
            <w:r w:rsidRPr="005C01FD">
              <w:rPr>
                <w:b/>
                <w:spacing w:val="-8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способами,</w:t>
            </w:r>
            <w:r w:rsidRPr="005C01FD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сравнивать,</w:t>
            </w:r>
            <w:r w:rsidRPr="005C01FD">
              <w:rPr>
                <w:b/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выбирать</w:t>
            </w:r>
            <w:r w:rsidRPr="005C01FD">
              <w:rPr>
                <w:b/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 xml:space="preserve">способы </w:t>
            </w:r>
            <w:r w:rsidRPr="005C01FD">
              <w:rPr>
                <w:sz w:val="28"/>
                <w:lang w:val="ru-RU"/>
              </w:rPr>
              <w:t>решения</w:t>
            </w:r>
            <w:r w:rsidRPr="005C01FD">
              <w:rPr>
                <w:spacing w:val="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задачи.</w:t>
            </w:r>
          </w:p>
          <w:p w:rsidR="005C01FD" w:rsidRPr="005C01FD" w:rsidRDefault="005C01FD" w:rsidP="007E5438">
            <w:pPr>
              <w:spacing w:line="256" w:lineRule="auto"/>
              <w:ind w:left="176"/>
              <w:rPr>
                <w:sz w:val="28"/>
                <w:lang w:val="ru-RU"/>
              </w:rPr>
            </w:pPr>
            <w:r w:rsidRPr="005C01FD">
              <w:rPr>
                <w:b/>
                <w:sz w:val="28"/>
                <w:lang w:val="ru-RU"/>
              </w:rPr>
              <w:t>Осуществлять</w:t>
            </w:r>
            <w:r w:rsidRPr="005C01FD">
              <w:rPr>
                <w:b/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b/>
                <w:sz w:val="28"/>
                <w:lang w:val="ru-RU"/>
              </w:rPr>
              <w:t>самоконтроль</w:t>
            </w:r>
            <w:r w:rsidRPr="005C01FD">
              <w:rPr>
                <w:b/>
                <w:spacing w:val="-6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выполняемых</w:t>
            </w:r>
            <w:r w:rsidRPr="005C01FD">
              <w:rPr>
                <w:spacing w:val="-9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действий</w:t>
            </w:r>
            <w:r w:rsidRPr="005C01FD">
              <w:rPr>
                <w:spacing w:val="-4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и</w:t>
            </w:r>
            <w:r w:rsidRPr="005C01FD">
              <w:rPr>
                <w:spacing w:val="-67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самопроверку</w:t>
            </w:r>
            <w:r w:rsidRPr="005C01FD">
              <w:rPr>
                <w:spacing w:val="-3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результата</w:t>
            </w:r>
            <w:r w:rsidRPr="005C01FD">
              <w:rPr>
                <w:spacing w:val="-2"/>
                <w:sz w:val="28"/>
                <w:lang w:val="ru-RU"/>
              </w:rPr>
              <w:t xml:space="preserve"> </w:t>
            </w:r>
            <w:r w:rsidRPr="005C01FD">
              <w:rPr>
                <w:sz w:val="28"/>
                <w:lang w:val="ru-RU"/>
              </w:rPr>
              <w:t>вычислений</w:t>
            </w:r>
          </w:p>
        </w:tc>
      </w:tr>
      <w:tr w:rsidR="005C01FD" w:rsidRPr="00E53CA6" w:rsidTr="007E5438">
        <w:trPr>
          <w:trHeight w:val="947"/>
        </w:trPr>
        <w:tc>
          <w:tcPr>
            <w:tcW w:w="1022" w:type="pct"/>
          </w:tcPr>
          <w:p w:rsidR="005C01FD" w:rsidRPr="005C01FD" w:rsidRDefault="005C01FD" w:rsidP="007E5438">
            <w:pPr>
              <w:spacing w:before="75" w:line="256" w:lineRule="auto"/>
              <w:ind w:left="9" w:right="31"/>
              <w:rPr>
                <w:sz w:val="28"/>
                <w:lang w:val="ru-RU"/>
              </w:rPr>
            </w:pPr>
            <w:r w:rsidRPr="005C01FD">
              <w:rPr>
                <w:sz w:val="28"/>
                <w:lang w:val="ru-RU"/>
              </w:rPr>
              <w:t>ОБЩЕЕ КОЛИЧЕСТВО</w:t>
            </w:r>
            <w:r w:rsidRPr="005C01FD">
              <w:rPr>
                <w:spacing w:val="1"/>
                <w:sz w:val="28"/>
                <w:lang w:val="ru-RU"/>
              </w:rPr>
              <w:t xml:space="preserve"> </w:t>
            </w:r>
            <w:r w:rsidRPr="005C01FD">
              <w:rPr>
                <w:spacing w:val="-4"/>
                <w:sz w:val="28"/>
                <w:lang w:val="ru-RU"/>
              </w:rPr>
              <w:t>ЧАСОВ</w:t>
            </w:r>
            <w:r w:rsidRPr="005C01FD">
              <w:rPr>
                <w:spacing w:val="-13"/>
                <w:sz w:val="28"/>
                <w:lang w:val="ru-RU"/>
              </w:rPr>
              <w:t xml:space="preserve"> </w:t>
            </w:r>
            <w:r w:rsidRPr="005C01FD">
              <w:rPr>
                <w:spacing w:val="-4"/>
                <w:sz w:val="28"/>
                <w:lang w:val="ru-RU"/>
              </w:rPr>
              <w:t>ПО</w:t>
            </w:r>
            <w:r w:rsidRPr="005C01FD">
              <w:rPr>
                <w:spacing w:val="-13"/>
                <w:sz w:val="28"/>
                <w:lang w:val="ru-RU"/>
              </w:rPr>
              <w:t xml:space="preserve"> </w:t>
            </w:r>
            <w:r w:rsidRPr="005C01FD">
              <w:rPr>
                <w:spacing w:val="-4"/>
                <w:sz w:val="28"/>
                <w:lang w:val="ru-RU"/>
              </w:rPr>
              <w:t>ПРОГРАММЕ</w:t>
            </w:r>
          </w:p>
        </w:tc>
        <w:tc>
          <w:tcPr>
            <w:tcW w:w="687" w:type="pct"/>
          </w:tcPr>
          <w:p w:rsidR="005C01FD" w:rsidRPr="00E53CA6" w:rsidRDefault="005C01FD" w:rsidP="007E5438">
            <w:pPr>
              <w:spacing w:before="75"/>
              <w:ind w:left="501" w:right="476"/>
              <w:jc w:val="center"/>
              <w:rPr>
                <w:sz w:val="28"/>
              </w:rPr>
            </w:pPr>
            <w:r w:rsidRPr="00E53CA6">
              <w:rPr>
                <w:sz w:val="28"/>
              </w:rPr>
              <w:t>170</w:t>
            </w:r>
          </w:p>
        </w:tc>
        <w:tc>
          <w:tcPr>
            <w:tcW w:w="865" w:type="pct"/>
          </w:tcPr>
          <w:p w:rsidR="005C01FD" w:rsidRPr="00E53CA6" w:rsidRDefault="005C01FD" w:rsidP="007E5438">
            <w:pPr>
              <w:rPr>
                <w:sz w:val="26"/>
              </w:rPr>
            </w:pPr>
          </w:p>
        </w:tc>
        <w:tc>
          <w:tcPr>
            <w:tcW w:w="2426" w:type="pct"/>
          </w:tcPr>
          <w:p w:rsidR="005C01FD" w:rsidRPr="00E53CA6" w:rsidRDefault="005C01FD" w:rsidP="007E5438">
            <w:pPr>
              <w:rPr>
                <w:sz w:val="26"/>
              </w:rPr>
            </w:pPr>
          </w:p>
        </w:tc>
      </w:tr>
    </w:tbl>
    <w:p w:rsidR="005C01FD" w:rsidRPr="00E53CA6" w:rsidRDefault="005C01FD" w:rsidP="005C01FD">
      <w:pPr>
        <w:pStyle w:val="11"/>
        <w:spacing w:before="89"/>
        <w:ind w:left="150"/>
        <w:rPr>
          <w:sz w:val="17"/>
        </w:rPr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Default="005C01FD" w:rsidP="005C01FD">
      <w:pPr>
        <w:pStyle w:val="11"/>
        <w:spacing w:before="89"/>
        <w:ind w:left="150"/>
        <w:jc w:val="center"/>
      </w:pPr>
    </w:p>
    <w:p w:rsidR="005C01FD" w:rsidRPr="00E53CA6" w:rsidRDefault="005C01FD" w:rsidP="005C01FD">
      <w:pPr>
        <w:pStyle w:val="11"/>
        <w:spacing w:before="89"/>
        <w:ind w:left="150"/>
        <w:jc w:val="center"/>
      </w:pPr>
      <w:r w:rsidRPr="00E53CA6">
        <w:t xml:space="preserve">Календарно </w:t>
      </w:r>
      <w:proofErr w:type="gramStart"/>
      <w:r w:rsidRPr="00E53CA6">
        <w:t>-т</w:t>
      </w:r>
      <w:proofErr w:type="gramEnd"/>
      <w:r w:rsidRPr="00E53CA6">
        <w:t>ематическое планирование с указанием количества часов на освоение каждой</w:t>
      </w:r>
    </w:p>
    <w:p w:rsidR="005C01FD" w:rsidRDefault="005C01FD" w:rsidP="005C01FD">
      <w:pPr>
        <w:pStyle w:val="11"/>
        <w:spacing w:before="89"/>
        <w:ind w:left="150"/>
        <w:jc w:val="center"/>
      </w:pPr>
      <w:r w:rsidRPr="00E53CA6">
        <w:t>темы (</w:t>
      </w:r>
      <w:r w:rsidR="00CA52E7">
        <w:t>6</w:t>
      </w:r>
      <w:r w:rsidRPr="00E53CA6">
        <w:t xml:space="preserve"> класс).</w:t>
      </w:r>
    </w:p>
    <w:tbl>
      <w:tblPr>
        <w:tblStyle w:val="af4"/>
        <w:tblW w:w="5166" w:type="pct"/>
        <w:tblInd w:w="-318" w:type="dxa"/>
        <w:tblLook w:val="04A0" w:firstRow="1" w:lastRow="0" w:firstColumn="1" w:lastColumn="0" w:noHBand="0" w:noVBand="1"/>
      </w:tblPr>
      <w:tblGrid>
        <w:gridCol w:w="520"/>
        <w:gridCol w:w="1525"/>
        <w:gridCol w:w="577"/>
        <w:gridCol w:w="1138"/>
        <w:gridCol w:w="1174"/>
        <w:gridCol w:w="849"/>
        <w:gridCol w:w="1596"/>
        <w:gridCol w:w="1110"/>
        <w:gridCol w:w="1400"/>
      </w:tblGrid>
      <w:tr w:rsidR="00DA41B8" w:rsidTr="00DA41B8">
        <w:tc>
          <w:tcPr>
            <w:tcW w:w="418" w:type="pct"/>
            <w:vMerge w:val="restart"/>
          </w:tcPr>
          <w:p w:rsidR="00DA41B8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4D1832">
              <w:rPr>
                <w:b/>
                <w:color w:val="000000"/>
                <w:w w:val="97"/>
                <w:sz w:val="24"/>
                <w:szCs w:val="24"/>
              </w:rPr>
              <w:t>№</w:t>
            </w:r>
            <w:r w:rsidRPr="004D1832">
              <w:rPr>
                <w:sz w:val="24"/>
                <w:szCs w:val="24"/>
              </w:rPr>
              <w:br/>
            </w:r>
            <w:r w:rsidRPr="004D1832">
              <w:rPr>
                <w:b/>
                <w:color w:val="000000"/>
                <w:w w:val="97"/>
                <w:sz w:val="24"/>
                <w:szCs w:val="24"/>
              </w:rPr>
              <w:t>п/п</w:t>
            </w:r>
          </w:p>
        </w:tc>
        <w:tc>
          <w:tcPr>
            <w:tcW w:w="745" w:type="pct"/>
            <w:vMerge w:val="restar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D04ADE">
              <w:rPr>
                <w:b/>
                <w:color w:val="000000"/>
                <w:w w:val="97"/>
                <w:sz w:val="24"/>
                <w:szCs w:val="24"/>
                <w:lang w:val="ru-RU"/>
              </w:rPr>
              <w:t>Наименование разделов и тем программы</w:t>
            </w:r>
          </w:p>
        </w:tc>
        <w:tc>
          <w:tcPr>
            <w:tcW w:w="1415" w:type="pct"/>
            <w:gridSpan w:val="3"/>
          </w:tcPr>
          <w:p w:rsidR="00DA41B8" w:rsidRDefault="00DA41B8" w:rsidP="001064DC">
            <w:pPr>
              <w:spacing w:line="276" w:lineRule="auto"/>
              <w:jc w:val="center"/>
              <w:rPr>
                <w:b/>
                <w:color w:val="000000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Количество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часов</w:t>
            </w:r>
            <w:proofErr w:type="spellEnd"/>
          </w:p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417" w:type="pct"/>
            <w:vMerge w:val="restar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Дата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изучения</w:t>
            </w:r>
            <w:proofErr w:type="spellEnd"/>
          </w:p>
        </w:tc>
        <w:tc>
          <w:tcPr>
            <w:tcW w:w="779" w:type="pct"/>
            <w:vMerge w:val="restar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Виды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543" w:type="pct"/>
            <w:vMerge w:val="restar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b/>
                <w:color w:val="000000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Виды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,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формы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контроля</w:t>
            </w:r>
            <w:proofErr w:type="spellEnd"/>
          </w:p>
        </w:tc>
        <w:tc>
          <w:tcPr>
            <w:tcW w:w="684" w:type="pct"/>
            <w:vMerge w:val="restar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b/>
                <w:color w:val="000000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Электронные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r w:rsidRPr="004D1832">
              <w:rPr>
                <w:b/>
                <w:color w:val="000000"/>
                <w:w w:val="97"/>
                <w:sz w:val="24"/>
                <w:szCs w:val="24"/>
              </w:rPr>
              <w:t>(</w:t>
            </w: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цифровые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)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образовательные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ресурсы</w:t>
            </w:r>
            <w:proofErr w:type="spellEnd"/>
          </w:p>
        </w:tc>
      </w:tr>
      <w:tr w:rsidR="00DA41B8" w:rsidTr="00DA41B8">
        <w:tc>
          <w:tcPr>
            <w:tcW w:w="418" w:type="pct"/>
            <w:vMerge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45" w:type="pct"/>
            <w:vMerge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284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557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контрольные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574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практические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417" w:type="pct"/>
            <w:vMerge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  <w:vMerge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543" w:type="pct"/>
            <w:vMerge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4" w:type="pct"/>
            <w:vMerge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A41B8" w:rsidTr="00DA41B8">
        <w:tc>
          <w:tcPr>
            <w:tcW w:w="5000" w:type="pct"/>
            <w:gridSpan w:val="9"/>
          </w:tcPr>
          <w:p w:rsidR="00DA41B8" w:rsidRPr="00D04ADE" w:rsidRDefault="00DA41B8" w:rsidP="001064DC">
            <w:pPr>
              <w:spacing w:line="276" w:lineRule="auto"/>
              <w:rPr>
                <w:b/>
                <w:bCs/>
                <w:sz w:val="28"/>
                <w:szCs w:val="28"/>
                <w:lang w:val="ru-RU"/>
              </w:rPr>
            </w:pPr>
            <w:r w:rsidRPr="00D04ADE">
              <w:rPr>
                <w:b/>
                <w:color w:val="000000"/>
                <w:w w:val="97"/>
                <w:sz w:val="24"/>
                <w:szCs w:val="24"/>
                <w:lang w:val="ru-RU"/>
              </w:rPr>
              <w:t xml:space="preserve">Раздел 1. </w:t>
            </w:r>
            <w:r w:rsidRPr="00D04ADE">
              <w:rPr>
                <w:b/>
                <w:color w:val="221F1F"/>
                <w:w w:val="97"/>
                <w:sz w:val="24"/>
                <w:szCs w:val="24"/>
                <w:lang w:val="ru-RU"/>
              </w:rPr>
              <w:t>Натуральные числа. Действия с натуральными числами</w:t>
            </w:r>
          </w:p>
        </w:tc>
      </w:tr>
      <w:tr w:rsidR="00DA41B8" w:rsidTr="00DA41B8">
        <w:tc>
          <w:tcPr>
            <w:tcW w:w="418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1.1.</w:t>
            </w:r>
          </w:p>
        </w:tc>
        <w:tc>
          <w:tcPr>
            <w:tcW w:w="745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D04ADE">
              <w:rPr>
                <w:color w:val="221F1F"/>
                <w:w w:val="97"/>
                <w:sz w:val="24"/>
                <w:szCs w:val="24"/>
                <w:lang w:val="ru-RU"/>
              </w:rPr>
              <w:t>Арифметические действия с многозначными натуральными числами.</w:t>
            </w:r>
          </w:p>
        </w:tc>
        <w:tc>
          <w:tcPr>
            <w:tcW w:w="284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5</w:t>
            </w:r>
          </w:p>
        </w:tc>
        <w:tc>
          <w:tcPr>
            <w:tcW w:w="557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04ADE" w:rsidRDefault="00DA41B8" w:rsidP="001064DC">
            <w:pPr>
              <w:spacing w:line="276" w:lineRule="auto"/>
              <w:rPr>
                <w:b/>
                <w:bCs/>
                <w:sz w:val="28"/>
                <w:szCs w:val="28"/>
                <w:lang w:val="ru-RU"/>
              </w:rPr>
            </w:pPr>
            <w:r w:rsidRPr="00D04ADE">
              <w:rPr>
                <w:color w:val="000000"/>
                <w:w w:val="97"/>
                <w:sz w:val="24"/>
                <w:szCs w:val="24"/>
                <w:lang w:val="ru-RU"/>
              </w:rPr>
              <w:t xml:space="preserve">Критически оценивать полученный результат, находить ошибки, осуществлять самоконтроль, проверяя ответ на соответствие условию; </w:t>
            </w:r>
            <w:r w:rsidRPr="00D04ADE">
              <w:rPr>
                <w:sz w:val="24"/>
                <w:szCs w:val="24"/>
                <w:lang w:val="ru-RU"/>
              </w:rPr>
              <w:br/>
            </w:r>
            <w:r w:rsidRPr="00D04ADE">
              <w:rPr>
                <w:color w:val="000000"/>
                <w:w w:val="97"/>
                <w:sz w:val="24"/>
                <w:szCs w:val="24"/>
                <w:lang w:val="ru-RU"/>
              </w:rPr>
              <w:t xml:space="preserve">Выполнять арифметические действия с многозначными натуральными числами, находить значения числовых выражений со скобками и без скобок; вычислять значения выражений, содержащих степени; </w:t>
            </w:r>
            <w:r w:rsidRPr="00D04ADE">
              <w:rPr>
                <w:sz w:val="24"/>
                <w:szCs w:val="24"/>
                <w:lang w:val="ru-RU"/>
              </w:rPr>
              <w:br/>
            </w:r>
            <w:r w:rsidRPr="00D04ADE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Выполнять прикидку и оценку значений числовых выражений, применять приёмы проверки результата;</w:t>
            </w:r>
          </w:p>
        </w:tc>
        <w:tc>
          <w:tcPr>
            <w:tcW w:w="543" w:type="pct"/>
          </w:tcPr>
          <w:p w:rsidR="00DA41B8" w:rsidRPr="004D1832" w:rsidRDefault="00DA41B8" w:rsidP="001064DC">
            <w:pPr>
              <w:spacing w:before="76" w:line="245" w:lineRule="auto"/>
              <w:jc w:val="both"/>
              <w:rPr>
                <w:color w:val="000000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  <w:p w:rsidR="00DA41B8" w:rsidRPr="00D04ADE" w:rsidRDefault="00DA41B8" w:rsidP="001064DC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</w:p>
        </w:tc>
        <w:tc>
          <w:tcPr>
            <w:tcW w:w="684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418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745" w:type="pct"/>
          </w:tcPr>
          <w:p w:rsidR="00DA41B8" w:rsidRPr="00D86A7F" w:rsidRDefault="00DA41B8" w:rsidP="001064DC">
            <w:pPr>
              <w:spacing w:line="276" w:lineRule="auto"/>
              <w:rPr>
                <w:b/>
                <w:bCs/>
                <w:sz w:val="28"/>
                <w:szCs w:val="28"/>
                <w:lang w:val="ru-RU"/>
              </w:rPr>
            </w:pPr>
            <w:r w:rsidRPr="00D86A7F">
              <w:rPr>
                <w:color w:val="221F1F"/>
                <w:w w:val="97"/>
                <w:sz w:val="24"/>
                <w:szCs w:val="24"/>
                <w:lang w:val="ru-RU"/>
              </w:rPr>
              <w:t>Числовые выражения, порядок действий, использование скобок.</w:t>
            </w:r>
          </w:p>
        </w:tc>
        <w:tc>
          <w:tcPr>
            <w:tcW w:w="284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4</w:t>
            </w:r>
          </w:p>
        </w:tc>
        <w:tc>
          <w:tcPr>
            <w:tcW w:w="557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86A7F" w:rsidRDefault="00DA41B8" w:rsidP="001064DC">
            <w:pPr>
              <w:spacing w:line="276" w:lineRule="auto"/>
              <w:rPr>
                <w:b/>
                <w:bCs/>
                <w:sz w:val="28"/>
                <w:szCs w:val="28"/>
                <w:lang w:val="ru-RU"/>
              </w:rPr>
            </w:pP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Решать текстовые задачи, включающие понятия делимости, арифметическим способом, использовать перебор всех возможных вариантов;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Моделировать ход решения задачи с помощью рисунка, схемы, таблицы;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Приводить, разбирать, оценивать различные решения, записи решений текстовых задач;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Критически оценивать полученный результат, находить 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ошибки, осуществлять самоконтроль, проверяя ответ на соответствие условию;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Выполнять арифметические действия с многозначными натуральными числами, находить значения числовых выражений со скобками и без скобок; вычислять значения выражений, содержащих степени;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Выполнять прикидку и оценку значений числовых выражений, применять приёмы проверки результата;</w:t>
            </w:r>
          </w:p>
        </w:tc>
        <w:tc>
          <w:tcPr>
            <w:tcW w:w="543" w:type="pct"/>
          </w:tcPr>
          <w:p w:rsidR="00DA41B8" w:rsidRPr="004D1832" w:rsidRDefault="00DA41B8" w:rsidP="001064DC">
            <w:pPr>
              <w:spacing w:before="78" w:line="245" w:lineRule="auto"/>
              <w:rPr>
                <w:color w:val="000000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  <w:p w:rsidR="00DA41B8" w:rsidRPr="00D04ADE" w:rsidRDefault="00DA41B8" w:rsidP="001064DC">
            <w:pPr>
              <w:spacing w:line="276" w:lineRule="auto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</w:p>
        </w:tc>
        <w:tc>
          <w:tcPr>
            <w:tcW w:w="684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418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745" w:type="pct"/>
          </w:tcPr>
          <w:p w:rsidR="00DA41B8" w:rsidRPr="00D04ADE" w:rsidRDefault="00DA41B8" w:rsidP="001064DC">
            <w:pPr>
              <w:spacing w:line="276" w:lineRule="auto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Округление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натуральных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чисел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4</w:t>
            </w:r>
          </w:p>
        </w:tc>
        <w:tc>
          <w:tcPr>
            <w:tcW w:w="557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86A7F" w:rsidRDefault="00DA41B8" w:rsidP="001064DC">
            <w:pPr>
              <w:spacing w:line="276" w:lineRule="auto"/>
              <w:rPr>
                <w:b/>
                <w:bCs/>
                <w:sz w:val="28"/>
                <w:szCs w:val="28"/>
                <w:lang w:val="ru-RU"/>
              </w:rPr>
            </w:pP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Выполнять арифметические действия с многозначными натуральными числами, находить 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значения числовых выражений со скобками и без скобок; вычислять значения выражений, содержащих степени;</w:t>
            </w:r>
          </w:p>
        </w:tc>
        <w:tc>
          <w:tcPr>
            <w:tcW w:w="543" w:type="pct"/>
          </w:tcPr>
          <w:p w:rsidR="00DA41B8" w:rsidRPr="004D183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  <w:p w:rsidR="00DA41B8" w:rsidRPr="00D04ADE" w:rsidRDefault="00DA41B8" w:rsidP="001064DC">
            <w:pPr>
              <w:spacing w:line="276" w:lineRule="auto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</w:p>
        </w:tc>
        <w:tc>
          <w:tcPr>
            <w:tcW w:w="684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418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745" w:type="pct"/>
          </w:tcPr>
          <w:p w:rsidR="00DA41B8" w:rsidRPr="00D86A7F" w:rsidRDefault="00DA41B8" w:rsidP="001064DC">
            <w:pPr>
              <w:spacing w:line="276" w:lineRule="auto"/>
              <w:rPr>
                <w:b/>
                <w:bCs/>
                <w:sz w:val="28"/>
                <w:szCs w:val="28"/>
                <w:lang w:val="ru-RU"/>
              </w:rPr>
            </w:pPr>
            <w:r w:rsidRPr="00D86A7F">
              <w:rPr>
                <w:color w:val="221F1F"/>
                <w:w w:val="97"/>
                <w:sz w:val="24"/>
                <w:szCs w:val="24"/>
                <w:lang w:val="ru-RU"/>
              </w:rPr>
              <w:t xml:space="preserve">Делители и кратные числа;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 w:rsidRPr="00D86A7F">
              <w:rPr>
                <w:color w:val="221F1F"/>
                <w:w w:val="97"/>
                <w:sz w:val="24"/>
                <w:szCs w:val="24"/>
                <w:lang w:val="ru-RU"/>
              </w:rPr>
              <w:t>наибольший общий делитель и наименьшее общее кратное</w:t>
            </w:r>
          </w:p>
        </w:tc>
        <w:tc>
          <w:tcPr>
            <w:tcW w:w="284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4</w:t>
            </w:r>
          </w:p>
        </w:tc>
        <w:tc>
          <w:tcPr>
            <w:tcW w:w="557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86A7F" w:rsidRDefault="00DA41B8" w:rsidP="001064DC">
            <w:pPr>
              <w:spacing w:line="276" w:lineRule="auto"/>
              <w:rPr>
                <w:b/>
                <w:bCs/>
                <w:sz w:val="28"/>
                <w:szCs w:val="28"/>
                <w:lang w:val="ru-RU"/>
              </w:rPr>
            </w:pP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Выполнять арифметические действия с многозначными натуральными числами, находить значения числовых выражений со скобками и без скобок; вычислять значения выражений, содержащих степени;</w:t>
            </w:r>
          </w:p>
        </w:tc>
        <w:tc>
          <w:tcPr>
            <w:tcW w:w="543" w:type="pct"/>
          </w:tcPr>
          <w:p w:rsidR="00DA41B8" w:rsidRPr="004D183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  <w:p w:rsidR="00DA41B8" w:rsidRPr="00D04ADE" w:rsidRDefault="00DA41B8" w:rsidP="001064DC">
            <w:pPr>
              <w:spacing w:line="276" w:lineRule="auto"/>
              <w:rPr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</w:p>
        </w:tc>
        <w:tc>
          <w:tcPr>
            <w:tcW w:w="684" w:type="pct"/>
          </w:tcPr>
          <w:p w:rsidR="00DA41B8" w:rsidRPr="00D04ADE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1.5.</w:t>
            </w:r>
          </w:p>
        </w:tc>
        <w:tc>
          <w:tcPr>
            <w:tcW w:w="745" w:type="pct"/>
          </w:tcPr>
          <w:p w:rsidR="00DA41B8" w:rsidRPr="00D86A7F" w:rsidRDefault="00DA41B8" w:rsidP="001064DC">
            <w:pPr>
              <w:spacing w:line="276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D86A7F">
              <w:rPr>
                <w:color w:val="221F1F"/>
                <w:w w:val="97"/>
                <w:sz w:val="24"/>
                <w:szCs w:val="24"/>
                <w:lang w:val="ru-RU"/>
              </w:rPr>
              <w:t>Разложение числа на простые множители.</w:t>
            </w:r>
          </w:p>
        </w:tc>
        <w:tc>
          <w:tcPr>
            <w:tcW w:w="284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</w:t>
            </w:r>
          </w:p>
        </w:tc>
        <w:tc>
          <w:tcPr>
            <w:tcW w:w="557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74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86A7F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Выполнять арифметические действия с многозначными натуральными числами, находить значения числовых выражений со скобками и без скобок; вычислять значения 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выражений, содержащих степени;</w:t>
            </w:r>
          </w:p>
        </w:tc>
        <w:tc>
          <w:tcPr>
            <w:tcW w:w="543" w:type="pct"/>
          </w:tcPr>
          <w:p w:rsidR="00DA41B8" w:rsidRPr="00D86A7F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Контрольная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1.6.</w:t>
            </w:r>
          </w:p>
        </w:tc>
        <w:tc>
          <w:tcPr>
            <w:tcW w:w="745" w:type="pct"/>
          </w:tcPr>
          <w:p w:rsidR="00DA41B8" w:rsidRPr="00D86A7F" w:rsidRDefault="00DA41B8" w:rsidP="001064DC">
            <w:pPr>
              <w:spacing w:line="276" w:lineRule="auto"/>
              <w:rPr>
                <w:color w:val="221F1F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Делимость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суммы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и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произведения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</w:t>
            </w:r>
          </w:p>
        </w:tc>
        <w:tc>
          <w:tcPr>
            <w:tcW w:w="557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9" w:type="pct"/>
          </w:tcPr>
          <w:p w:rsidR="00DA41B8" w:rsidRPr="00D86A7F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Исследовать, обсуждать, формулировать и обосновывать вывод о чётности суммы, произведения: двух чётных чисел, двух нечётных числе, чётного и нечётного чисел; Исследовать свойства делимости суммы и произведения чисел;</w:t>
            </w:r>
          </w:p>
        </w:tc>
        <w:tc>
          <w:tcPr>
            <w:tcW w:w="543" w:type="pct"/>
          </w:tcPr>
          <w:p w:rsidR="00DA41B8" w:rsidRPr="004D183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  <w:p w:rsidR="00DA41B8" w:rsidRPr="00D86A7F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</w:p>
        </w:tc>
        <w:tc>
          <w:tcPr>
            <w:tcW w:w="684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418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1.7.</w:t>
            </w:r>
          </w:p>
        </w:tc>
        <w:tc>
          <w:tcPr>
            <w:tcW w:w="745" w:type="pct"/>
          </w:tcPr>
          <w:p w:rsidR="00DA41B8" w:rsidRPr="00D86A7F" w:rsidRDefault="00DA41B8" w:rsidP="001064DC">
            <w:pPr>
              <w:spacing w:line="276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Деление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с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остатком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</w:t>
            </w:r>
          </w:p>
        </w:tc>
        <w:tc>
          <w:tcPr>
            <w:tcW w:w="557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86A7F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Применять алгоритмы вычисления наибольшего общего делителя и наименьшего общего кратного двух чисел, алгоритм разложения числа на простые множители; Исследовать условия делимости на 4 и 6;</w:t>
            </w:r>
          </w:p>
        </w:tc>
        <w:tc>
          <w:tcPr>
            <w:tcW w:w="543" w:type="pct"/>
          </w:tcPr>
          <w:p w:rsidR="00DA41B8" w:rsidRPr="00D86A7F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1.8</w:t>
            </w: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.</w:t>
            </w:r>
          </w:p>
        </w:tc>
        <w:tc>
          <w:tcPr>
            <w:tcW w:w="745" w:type="pct"/>
          </w:tcPr>
          <w:p w:rsidR="00DA41B8" w:rsidRPr="004D1832" w:rsidRDefault="00DA41B8" w:rsidP="001064DC">
            <w:pPr>
              <w:spacing w:before="78" w:line="230" w:lineRule="auto"/>
              <w:ind w:left="72"/>
              <w:rPr>
                <w:color w:val="221F1F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lastRenderedPageBreak/>
              <w:t>Решение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lastRenderedPageBreak/>
              <w:t>текстовых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задач</w:t>
            </w:r>
            <w:proofErr w:type="spellEnd"/>
          </w:p>
        </w:tc>
        <w:tc>
          <w:tcPr>
            <w:tcW w:w="2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4</w:t>
            </w:r>
          </w:p>
        </w:tc>
        <w:tc>
          <w:tcPr>
            <w:tcW w:w="557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7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9" w:type="pct"/>
          </w:tcPr>
          <w:p w:rsidR="00DA41B8" w:rsidRPr="00D86A7F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Применять 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алгоритмы вычисления наибольшего общего делителя и наименьшего общего кратного двух чисел, алгоритм разложения числа на простые множители; Формулировать определения делителя и кратного;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наибольшего общего делителя и наименьшего общего кратного;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простого и составного чисел; использовать эти понятия при решении задач; Применять алгоритмы вычисления наибольшего общего делителя и наименьшего общего кратного двух чисел;</w:t>
            </w:r>
            <w:proofErr w:type="gram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алгоритм разложения числа на 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простые множители;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Конструировать математические предложения с помощью связок «и»;</w:t>
            </w:r>
            <w:r w:rsidRPr="00D86A7F">
              <w:rPr>
                <w:sz w:val="24"/>
                <w:szCs w:val="24"/>
                <w:lang w:val="ru-RU"/>
              </w:rPr>
              <w:br/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«или»;</w:t>
            </w:r>
            <w:r w:rsidRPr="00D86A7F">
              <w:rPr>
                <w:sz w:val="24"/>
                <w:szCs w:val="24"/>
                <w:lang w:val="ru-RU"/>
              </w:rPr>
              <w:br/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«если…;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то…»;</w:t>
            </w:r>
          </w:p>
        </w:tc>
        <w:tc>
          <w:tcPr>
            <w:tcW w:w="543" w:type="pct"/>
          </w:tcPr>
          <w:p w:rsidR="00DA41B8" w:rsidRPr="00D86A7F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Контрол</w:t>
            </w: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ьная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D86A7F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1162" w:type="pct"/>
            <w:gridSpan w:val="2"/>
          </w:tcPr>
          <w:p w:rsidR="00DA41B8" w:rsidRPr="004D1832" w:rsidRDefault="00DA41B8" w:rsidP="001064DC">
            <w:pPr>
              <w:spacing w:before="78" w:line="230" w:lineRule="auto"/>
              <w:ind w:left="72"/>
              <w:rPr>
                <w:color w:val="221F1F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Итого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284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>
              <w:rPr>
                <w:color w:val="000000"/>
                <w:w w:val="97"/>
                <w:sz w:val="24"/>
                <w:szCs w:val="24"/>
                <w:lang w:val="ru-RU"/>
              </w:rPr>
              <w:t>30</w:t>
            </w:r>
          </w:p>
        </w:tc>
        <w:tc>
          <w:tcPr>
            <w:tcW w:w="3553" w:type="pct"/>
            <w:gridSpan w:val="6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</w:p>
        </w:tc>
      </w:tr>
      <w:tr w:rsidR="00DA41B8" w:rsidTr="00DA41B8">
        <w:tc>
          <w:tcPr>
            <w:tcW w:w="5000" w:type="pct"/>
            <w:gridSpan w:val="9"/>
          </w:tcPr>
          <w:p w:rsidR="00DA41B8" w:rsidRPr="008B07A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8B07A0">
              <w:rPr>
                <w:b/>
                <w:color w:val="000000"/>
                <w:w w:val="97"/>
                <w:sz w:val="24"/>
                <w:szCs w:val="24"/>
                <w:lang w:val="ru-RU"/>
              </w:rPr>
              <w:t xml:space="preserve">Раздел 2. </w:t>
            </w:r>
            <w:r w:rsidRPr="008B07A0">
              <w:rPr>
                <w:b/>
                <w:color w:val="221F1F"/>
                <w:w w:val="97"/>
                <w:sz w:val="24"/>
                <w:szCs w:val="24"/>
                <w:lang w:val="ru-RU"/>
              </w:rPr>
              <w:t xml:space="preserve">Наглядная геометрия. </w:t>
            </w:r>
            <w:proofErr w:type="gramStart"/>
            <w:r w:rsidRPr="008B07A0">
              <w:rPr>
                <w:b/>
                <w:color w:val="221F1F"/>
                <w:w w:val="97"/>
                <w:sz w:val="24"/>
                <w:szCs w:val="24"/>
                <w:lang w:val="ru-RU"/>
              </w:rPr>
              <w:t>Прямые на плоскости</w:t>
            </w:r>
            <w:proofErr w:type="gramEnd"/>
          </w:p>
        </w:tc>
      </w:tr>
      <w:tr w:rsidR="00DA41B8" w:rsidTr="00DA41B8">
        <w:tc>
          <w:tcPr>
            <w:tcW w:w="418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2.1.</w:t>
            </w:r>
          </w:p>
        </w:tc>
        <w:tc>
          <w:tcPr>
            <w:tcW w:w="745" w:type="pct"/>
          </w:tcPr>
          <w:p w:rsidR="00DA41B8" w:rsidRPr="008B07A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>
              <w:rPr>
                <w:color w:val="221F1F"/>
                <w:w w:val="97"/>
                <w:sz w:val="24"/>
                <w:szCs w:val="24"/>
              </w:rPr>
              <w:t>Перпендикулярны</w:t>
            </w:r>
            <w:r w:rsidRPr="004D1832">
              <w:rPr>
                <w:color w:val="221F1F"/>
                <w:w w:val="97"/>
                <w:sz w:val="24"/>
                <w:szCs w:val="24"/>
              </w:rPr>
              <w:t>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прямые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8B07A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8B07A0">
              <w:rPr>
                <w:color w:val="000000"/>
                <w:w w:val="97"/>
                <w:sz w:val="24"/>
                <w:szCs w:val="24"/>
                <w:lang w:val="ru-RU"/>
              </w:rPr>
              <w:t xml:space="preserve">Распознавать на чертежах, рисунках случаи взаимного расположения двух прямых; Изображать с помощью чертёжных инструментов на нелинованной и клетчатой бумаге две пересекающиеся прямые, две параллельные прямые, строить прямую, перпендикулярную данной; </w:t>
            </w:r>
            <w:r w:rsidRPr="008B07A0">
              <w:rPr>
                <w:sz w:val="24"/>
                <w:szCs w:val="24"/>
                <w:lang w:val="ru-RU"/>
              </w:rPr>
              <w:br/>
            </w:r>
            <w:r w:rsidRPr="008B07A0">
              <w:rPr>
                <w:color w:val="000000"/>
                <w:w w:val="97"/>
                <w:sz w:val="24"/>
                <w:szCs w:val="24"/>
                <w:lang w:val="ru-RU"/>
              </w:rPr>
              <w:t>Распознавать в многоугольниках перпендикул</w:t>
            </w:r>
            <w:r w:rsidRPr="008B07A0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ярные и параллельные стороны; Изображать многоугольники с параллельными, перпендикулярными сторонами;</w:t>
            </w:r>
            <w:proofErr w:type="gramEnd"/>
          </w:p>
        </w:tc>
        <w:tc>
          <w:tcPr>
            <w:tcW w:w="543" w:type="pct"/>
          </w:tcPr>
          <w:p w:rsidR="00DA41B8" w:rsidRPr="008B07A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745" w:type="pct"/>
          </w:tcPr>
          <w:p w:rsidR="00DA41B8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Параллельные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прямые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9" w:type="pct"/>
          </w:tcPr>
          <w:p w:rsidR="00DA41B8" w:rsidRPr="008B07A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8B07A0">
              <w:rPr>
                <w:color w:val="000000"/>
                <w:w w:val="97"/>
                <w:sz w:val="24"/>
                <w:szCs w:val="24"/>
                <w:lang w:val="ru-RU"/>
              </w:rPr>
              <w:t xml:space="preserve">Распознавать на чертежах, рисунках случаи взаимного расположения двух прямых; Изображать с помощью чертёжных инструментов на нелинованной и клетчатой бумаге две пересекающиеся прямые, две параллельные прямые, строить прямую, перпендикулярную данной; </w:t>
            </w:r>
            <w:r w:rsidRPr="008B07A0">
              <w:rPr>
                <w:sz w:val="24"/>
                <w:szCs w:val="24"/>
                <w:lang w:val="ru-RU"/>
              </w:rPr>
              <w:br/>
            </w:r>
            <w:r w:rsidRPr="008B07A0">
              <w:rPr>
                <w:color w:val="000000"/>
                <w:w w:val="97"/>
                <w:sz w:val="24"/>
                <w:szCs w:val="24"/>
                <w:lang w:val="ru-RU"/>
              </w:rPr>
              <w:t xml:space="preserve">Распознавать в многоугольниках перпендикулярные и параллельные стороны; </w:t>
            </w:r>
            <w:r w:rsidRPr="008B07A0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Изображать многоугольники с параллельными, перпендикулярными сторонами;</w:t>
            </w:r>
            <w:proofErr w:type="gramEnd"/>
          </w:p>
        </w:tc>
        <w:tc>
          <w:tcPr>
            <w:tcW w:w="543" w:type="pct"/>
          </w:tcPr>
          <w:p w:rsidR="00DA41B8" w:rsidRPr="008B07A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418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745" w:type="pct"/>
          </w:tcPr>
          <w:p w:rsidR="00DA41B8" w:rsidRPr="008B07A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gramStart"/>
            <w:r w:rsidRPr="008B07A0">
              <w:rPr>
                <w:color w:val="221F1F"/>
                <w:w w:val="97"/>
                <w:sz w:val="24"/>
                <w:szCs w:val="24"/>
                <w:lang w:val="ru-RU"/>
              </w:rPr>
              <w:t xml:space="preserve">Расстояние между двумя точками, от точки до прямой, длина пути на </w:t>
            </w:r>
            <w:r w:rsidRPr="008B07A0">
              <w:rPr>
                <w:sz w:val="24"/>
                <w:szCs w:val="24"/>
                <w:lang w:val="ru-RU"/>
              </w:rPr>
              <w:br/>
            </w:r>
            <w:r w:rsidRPr="008B07A0">
              <w:rPr>
                <w:color w:val="221F1F"/>
                <w:w w:val="97"/>
                <w:sz w:val="24"/>
                <w:szCs w:val="24"/>
                <w:lang w:val="ru-RU"/>
              </w:rPr>
              <w:t>квадратной сетке.</w:t>
            </w:r>
            <w:proofErr w:type="gramEnd"/>
          </w:p>
        </w:tc>
        <w:tc>
          <w:tcPr>
            <w:tcW w:w="284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8B07A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8B07A0">
              <w:rPr>
                <w:color w:val="000000"/>
                <w:w w:val="97"/>
                <w:sz w:val="24"/>
                <w:szCs w:val="24"/>
                <w:lang w:val="ru-RU"/>
              </w:rPr>
              <w:t>Находить расстояние между двумя точками, от точки до прямой, длину пути на квадратной сетке, в том числе используя цифровые ресурсы;</w:t>
            </w:r>
            <w:proofErr w:type="gramEnd"/>
          </w:p>
        </w:tc>
        <w:tc>
          <w:tcPr>
            <w:tcW w:w="543" w:type="pct"/>
          </w:tcPr>
          <w:p w:rsidR="00DA41B8" w:rsidRPr="008B07A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2.4.</w:t>
            </w:r>
          </w:p>
        </w:tc>
        <w:tc>
          <w:tcPr>
            <w:tcW w:w="745" w:type="pct"/>
          </w:tcPr>
          <w:p w:rsidR="00DA41B8" w:rsidRPr="008B07A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Примеры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прямых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в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пространстве</w:t>
            </w:r>
            <w:proofErr w:type="spellEnd"/>
          </w:p>
        </w:tc>
        <w:tc>
          <w:tcPr>
            <w:tcW w:w="2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9" w:type="pct"/>
          </w:tcPr>
          <w:p w:rsidR="00DA41B8" w:rsidRPr="008B07A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8B07A0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Приводить примеры параллельности и </w:t>
            </w:r>
            <w:proofErr w:type="gramStart"/>
            <w:r w:rsidRPr="008B07A0">
              <w:rPr>
                <w:color w:val="000000"/>
                <w:w w:val="97"/>
                <w:sz w:val="24"/>
                <w:szCs w:val="24"/>
                <w:lang w:val="ru-RU"/>
              </w:rPr>
              <w:t>перпендикулярности</w:t>
            </w:r>
            <w:proofErr w:type="gramEnd"/>
            <w:r w:rsidRPr="008B07A0">
              <w:rPr>
                <w:color w:val="000000"/>
                <w:w w:val="97"/>
                <w:sz w:val="24"/>
                <w:szCs w:val="24"/>
                <w:lang w:val="ru-RU"/>
              </w:rPr>
              <w:t xml:space="preserve"> прямых в пространстве;</w:t>
            </w:r>
          </w:p>
        </w:tc>
        <w:tc>
          <w:tcPr>
            <w:tcW w:w="543" w:type="pct"/>
          </w:tcPr>
          <w:p w:rsidR="00DA41B8" w:rsidRPr="004D183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  <w:p w:rsidR="00DA41B8" w:rsidRPr="008B07A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</w:p>
        </w:tc>
        <w:tc>
          <w:tcPr>
            <w:tcW w:w="684" w:type="pct"/>
          </w:tcPr>
          <w:p w:rsidR="00DA41B8" w:rsidRPr="008B07A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1162" w:type="pct"/>
            <w:gridSpan w:val="2"/>
          </w:tcPr>
          <w:p w:rsidR="00DA41B8" w:rsidRPr="004D183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Итого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разделу</w:t>
            </w:r>
            <w:proofErr w:type="spellEnd"/>
          </w:p>
        </w:tc>
        <w:tc>
          <w:tcPr>
            <w:tcW w:w="2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7</w:t>
            </w:r>
          </w:p>
        </w:tc>
        <w:tc>
          <w:tcPr>
            <w:tcW w:w="3553" w:type="pct"/>
            <w:gridSpan w:val="6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</w:p>
        </w:tc>
      </w:tr>
      <w:tr w:rsidR="00DA41B8" w:rsidTr="00DA41B8">
        <w:tc>
          <w:tcPr>
            <w:tcW w:w="5000" w:type="pct"/>
            <w:gridSpan w:val="9"/>
          </w:tcPr>
          <w:p w:rsidR="00DA41B8" w:rsidRPr="004D183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Раздел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 3. </w:t>
            </w: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Д</w:t>
            </w:r>
            <w:r w:rsidRPr="004D1832">
              <w:rPr>
                <w:b/>
                <w:color w:val="221F1F"/>
                <w:w w:val="97"/>
                <w:sz w:val="24"/>
                <w:szCs w:val="24"/>
              </w:rPr>
              <w:t>роби</w:t>
            </w:r>
            <w:proofErr w:type="spellEnd"/>
          </w:p>
        </w:tc>
      </w:tr>
      <w:tr w:rsidR="00DA41B8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3.1.</w:t>
            </w:r>
          </w:p>
        </w:tc>
        <w:tc>
          <w:tcPr>
            <w:tcW w:w="745" w:type="pct"/>
          </w:tcPr>
          <w:p w:rsidR="00DA41B8" w:rsidRPr="001D7CF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1D7CF5">
              <w:rPr>
                <w:color w:val="221F1F"/>
                <w:w w:val="97"/>
                <w:sz w:val="24"/>
                <w:szCs w:val="24"/>
                <w:lang w:val="ru-RU"/>
              </w:rPr>
              <w:t xml:space="preserve">Обыкновенная дробь, основное </w:t>
            </w:r>
            <w:r w:rsidRPr="001D7CF5">
              <w:rPr>
                <w:sz w:val="24"/>
                <w:szCs w:val="24"/>
                <w:lang w:val="ru-RU"/>
              </w:rPr>
              <w:br/>
            </w:r>
            <w:r w:rsidRPr="001D7CF5">
              <w:rPr>
                <w:color w:val="221F1F"/>
                <w:w w:val="97"/>
                <w:sz w:val="24"/>
                <w:szCs w:val="24"/>
                <w:lang w:val="ru-RU"/>
              </w:rPr>
              <w:t>свойство дроби, сокращение дробей.</w:t>
            </w:r>
          </w:p>
        </w:tc>
        <w:tc>
          <w:tcPr>
            <w:tcW w:w="284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</w:t>
            </w:r>
          </w:p>
        </w:tc>
        <w:tc>
          <w:tcPr>
            <w:tcW w:w="557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1D7CF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>Сравнивать и упорядочивать дроби, выбирать способ сравнения дробей;</w:t>
            </w:r>
          </w:p>
        </w:tc>
        <w:tc>
          <w:tcPr>
            <w:tcW w:w="543" w:type="pct"/>
          </w:tcPr>
          <w:p w:rsidR="00DA41B8" w:rsidRPr="001D7CF5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418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3.2.</w:t>
            </w:r>
          </w:p>
        </w:tc>
        <w:tc>
          <w:tcPr>
            <w:tcW w:w="745" w:type="pct"/>
          </w:tcPr>
          <w:p w:rsidR="00DA41B8" w:rsidRPr="001D7CF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Сравнение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и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упорядочивание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дробей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</w:t>
            </w:r>
          </w:p>
        </w:tc>
        <w:tc>
          <w:tcPr>
            <w:tcW w:w="557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1D7CF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Представлять десятичные дроби в виде обыкновенных дробей и </w:t>
            </w:r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обыкновенные в виде десятичных, использовать эквивалентные представления дробных чисел при их сравнении, при вычислениях; </w:t>
            </w:r>
            <w:r w:rsidRPr="001D7CF5">
              <w:rPr>
                <w:sz w:val="24"/>
                <w:szCs w:val="24"/>
                <w:lang w:val="ru-RU"/>
              </w:rPr>
              <w:br/>
            </w:r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>Использовать десятичные дроби при преобразовании величин в метрической системе мер;</w:t>
            </w:r>
            <w:proofErr w:type="gramEnd"/>
          </w:p>
        </w:tc>
        <w:tc>
          <w:tcPr>
            <w:tcW w:w="543" w:type="pct"/>
          </w:tcPr>
          <w:p w:rsidR="00DA41B8" w:rsidRPr="001D7CF5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745" w:type="pct"/>
          </w:tcPr>
          <w:p w:rsidR="00DA41B8" w:rsidRPr="001D7CF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1D7CF5">
              <w:rPr>
                <w:color w:val="221F1F"/>
                <w:w w:val="97"/>
                <w:sz w:val="24"/>
                <w:szCs w:val="24"/>
                <w:lang w:val="ru-RU"/>
              </w:rPr>
              <w:t>Десятичные дроби и метрическая система мер.</w:t>
            </w:r>
          </w:p>
        </w:tc>
        <w:tc>
          <w:tcPr>
            <w:tcW w:w="284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</w:t>
            </w:r>
          </w:p>
        </w:tc>
        <w:tc>
          <w:tcPr>
            <w:tcW w:w="557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1D7CF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 xml:space="preserve">Сравнивать и упорядочивать дроби, выбирать способ сравнения дробей; </w:t>
            </w:r>
            <w:r w:rsidRPr="001D7CF5">
              <w:rPr>
                <w:sz w:val="24"/>
                <w:szCs w:val="24"/>
                <w:lang w:val="ru-RU"/>
              </w:rPr>
              <w:br/>
            </w:r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>Представлять десятичные дроби в виде обыкновенных дробей и обыкновенные в виде десятичных, использовать эквивалентные представления дробных чисел при их сравнении, при вычислениях;</w:t>
            </w:r>
          </w:p>
        </w:tc>
        <w:tc>
          <w:tcPr>
            <w:tcW w:w="543" w:type="pct"/>
          </w:tcPr>
          <w:p w:rsidR="00DA41B8" w:rsidRPr="001D7CF5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D86A7F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D86A7F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Tr="00DA41B8">
        <w:tc>
          <w:tcPr>
            <w:tcW w:w="418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3.4.</w:t>
            </w:r>
          </w:p>
        </w:tc>
        <w:tc>
          <w:tcPr>
            <w:tcW w:w="745" w:type="pct"/>
          </w:tcPr>
          <w:p w:rsidR="00DA41B8" w:rsidRPr="001D7CF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1D7CF5">
              <w:rPr>
                <w:color w:val="221F1F"/>
                <w:w w:val="97"/>
                <w:sz w:val="24"/>
                <w:szCs w:val="24"/>
                <w:lang w:val="ru-RU"/>
              </w:rPr>
              <w:t xml:space="preserve">Арифметические действия с </w:t>
            </w:r>
            <w:r w:rsidRPr="001D7CF5">
              <w:rPr>
                <w:sz w:val="24"/>
                <w:szCs w:val="24"/>
                <w:lang w:val="ru-RU"/>
              </w:rPr>
              <w:br/>
            </w:r>
            <w:r w:rsidRPr="001D7CF5">
              <w:rPr>
                <w:color w:val="221F1F"/>
                <w:w w:val="97"/>
                <w:sz w:val="24"/>
                <w:szCs w:val="24"/>
                <w:lang w:val="ru-RU"/>
              </w:rPr>
              <w:lastRenderedPageBreak/>
              <w:t>обыкновенными и десятичными дробями.</w:t>
            </w:r>
          </w:p>
        </w:tc>
        <w:tc>
          <w:tcPr>
            <w:tcW w:w="284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3</w:t>
            </w:r>
          </w:p>
        </w:tc>
        <w:tc>
          <w:tcPr>
            <w:tcW w:w="557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74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1D7CF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>Выполнять арифметичес</w:t>
            </w:r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кие действия с обыкновенными и десятичными дробями; Вычислять значения выражений, содержащих обыкновенные и десятичные дроби, выполнять преобразования дробей, выбирать способ, применять свойства </w:t>
            </w:r>
            <w:r w:rsidRPr="001D7CF5">
              <w:rPr>
                <w:sz w:val="24"/>
                <w:szCs w:val="24"/>
                <w:lang w:val="ru-RU"/>
              </w:rPr>
              <w:br/>
            </w:r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>арифметических действий для рационализации вычислений;</w:t>
            </w:r>
          </w:p>
        </w:tc>
        <w:tc>
          <w:tcPr>
            <w:tcW w:w="543" w:type="pct"/>
          </w:tcPr>
          <w:p w:rsidR="00DA41B8" w:rsidRPr="001D7CF5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Контрольная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работа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https</w:t>
            </w:r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1D7CF5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lastRenderedPageBreak/>
              <w:t>https</w:t>
            </w:r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1F3CA3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3.5.</w:t>
            </w:r>
          </w:p>
        </w:tc>
        <w:tc>
          <w:tcPr>
            <w:tcW w:w="745" w:type="pct"/>
          </w:tcPr>
          <w:p w:rsidR="00DA41B8" w:rsidRPr="001D7CF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Отношение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</w:t>
            </w:r>
          </w:p>
        </w:tc>
        <w:tc>
          <w:tcPr>
            <w:tcW w:w="557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9" w:type="pct"/>
          </w:tcPr>
          <w:p w:rsidR="00DA41B8" w:rsidRPr="001D7CF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</w:rPr>
            </w:pPr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 xml:space="preserve">Составлять отношения и пропорции, находить отношение величин, делить величину в данном отношении.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Находить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экспериментальным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путём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отношение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длины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окружности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к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её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диаметру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543" w:type="pct"/>
          </w:tcPr>
          <w:p w:rsidR="00DA41B8" w:rsidRPr="004D183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1D7CF5">
              <w:rPr>
                <w:color w:val="000000"/>
                <w:w w:val="97"/>
                <w:sz w:val="24"/>
                <w:szCs w:val="24"/>
              </w:rPr>
              <w:t>://</w:t>
            </w:r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r w:rsidRPr="001D7CF5">
              <w:rPr>
                <w:color w:val="000000"/>
                <w:w w:val="97"/>
                <w:sz w:val="24"/>
                <w:szCs w:val="24"/>
              </w:rPr>
              <w:t>.</w:t>
            </w:r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r w:rsidRPr="001D7CF5">
              <w:rPr>
                <w:color w:val="000000"/>
                <w:w w:val="97"/>
                <w:sz w:val="24"/>
                <w:szCs w:val="24"/>
              </w:rPr>
              <w:t>.</w:t>
            </w:r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r w:rsidRPr="001D7CF5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1D7CF5">
              <w:rPr>
                <w:sz w:val="24"/>
                <w:szCs w:val="24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1D7CF5">
              <w:rPr>
                <w:color w:val="000000"/>
                <w:w w:val="97"/>
                <w:sz w:val="24"/>
                <w:szCs w:val="24"/>
              </w:rPr>
              <w:t>://</w:t>
            </w:r>
            <w:r>
              <w:rPr>
                <w:color w:val="000000"/>
                <w:w w:val="97"/>
                <w:sz w:val="24"/>
                <w:szCs w:val="24"/>
              </w:rPr>
              <w:t>uchi</w:t>
            </w:r>
            <w:r w:rsidRPr="001D7CF5">
              <w:rPr>
                <w:color w:val="000000"/>
                <w:w w:val="97"/>
                <w:sz w:val="24"/>
                <w:szCs w:val="24"/>
              </w:rPr>
              <w:t>.</w:t>
            </w:r>
            <w:r>
              <w:rPr>
                <w:color w:val="000000"/>
                <w:w w:val="97"/>
                <w:sz w:val="24"/>
                <w:szCs w:val="24"/>
              </w:rPr>
              <w:t>ru</w:t>
            </w:r>
          </w:p>
        </w:tc>
      </w:tr>
      <w:tr w:rsidR="00DA41B8" w:rsidRPr="001F3CA3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3.6</w:t>
            </w: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.</w:t>
            </w:r>
          </w:p>
        </w:tc>
        <w:tc>
          <w:tcPr>
            <w:tcW w:w="745" w:type="pct"/>
          </w:tcPr>
          <w:p w:rsidR="00DA41B8" w:rsidRPr="001D7CF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lastRenderedPageBreak/>
              <w:t>Деление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в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lastRenderedPageBreak/>
              <w:t>данном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отношении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3</w:t>
            </w:r>
          </w:p>
        </w:tc>
        <w:tc>
          <w:tcPr>
            <w:tcW w:w="557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9" w:type="pct"/>
          </w:tcPr>
          <w:p w:rsidR="00DA41B8" w:rsidRPr="001D7CF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</w:rPr>
            </w:pPr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 xml:space="preserve">Составлять </w:t>
            </w:r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отношения и пропорции, находить отношение величин, делить величину в данном отношении.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Находить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экспериментальным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путём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отношение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длины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окружности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к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её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диаметру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543" w:type="pct"/>
          </w:tcPr>
          <w:p w:rsidR="00DA41B8" w:rsidRPr="004D183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https</w:t>
            </w:r>
            <w:r w:rsidRPr="001D7CF5">
              <w:rPr>
                <w:color w:val="000000"/>
                <w:w w:val="97"/>
                <w:sz w:val="24"/>
                <w:szCs w:val="24"/>
              </w:rPr>
              <w:t>://</w:t>
            </w:r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r w:rsidRPr="001D7CF5">
              <w:rPr>
                <w:color w:val="000000"/>
                <w:w w:val="97"/>
                <w:sz w:val="24"/>
                <w:szCs w:val="24"/>
              </w:rPr>
              <w:t>.</w:t>
            </w: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edu</w:t>
            </w:r>
            <w:r w:rsidRPr="001D7CF5">
              <w:rPr>
                <w:color w:val="000000"/>
                <w:w w:val="97"/>
                <w:sz w:val="24"/>
                <w:szCs w:val="24"/>
              </w:rPr>
              <w:t>.</w:t>
            </w:r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r w:rsidRPr="001D7CF5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1D7CF5">
              <w:rPr>
                <w:sz w:val="24"/>
                <w:szCs w:val="24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1D7CF5">
              <w:rPr>
                <w:color w:val="000000"/>
                <w:w w:val="97"/>
                <w:sz w:val="24"/>
                <w:szCs w:val="24"/>
              </w:rPr>
              <w:t>://</w:t>
            </w:r>
            <w:r>
              <w:rPr>
                <w:color w:val="000000"/>
                <w:w w:val="97"/>
                <w:sz w:val="24"/>
                <w:szCs w:val="24"/>
              </w:rPr>
              <w:t>uchi</w:t>
            </w:r>
            <w:r w:rsidRPr="001D7CF5">
              <w:rPr>
                <w:color w:val="000000"/>
                <w:w w:val="97"/>
                <w:sz w:val="24"/>
                <w:szCs w:val="24"/>
              </w:rPr>
              <w:t>.</w:t>
            </w:r>
            <w:r>
              <w:rPr>
                <w:color w:val="000000"/>
                <w:w w:val="97"/>
                <w:sz w:val="24"/>
                <w:szCs w:val="24"/>
              </w:rPr>
              <w:t>ru</w:t>
            </w:r>
          </w:p>
        </w:tc>
      </w:tr>
      <w:tr w:rsidR="00DA41B8" w:rsidRPr="001F3CA3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3.7.</w:t>
            </w:r>
          </w:p>
        </w:tc>
        <w:tc>
          <w:tcPr>
            <w:tcW w:w="745" w:type="pct"/>
          </w:tcPr>
          <w:p w:rsidR="00DA41B8" w:rsidRPr="001D7CF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Масштаб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,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пропорция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</w:t>
            </w:r>
          </w:p>
        </w:tc>
        <w:tc>
          <w:tcPr>
            <w:tcW w:w="557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9" w:type="pct"/>
          </w:tcPr>
          <w:p w:rsidR="00DA41B8" w:rsidRPr="001D7CF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</w:rPr>
            </w:pPr>
            <w:r w:rsidRPr="001D7CF5">
              <w:rPr>
                <w:color w:val="000000"/>
                <w:w w:val="97"/>
                <w:sz w:val="24"/>
                <w:szCs w:val="24"/>
                <w:lang w:val="ru-RU"/>
              </w:rPr>
              <w:t xml:space="preserve">Составлять отношения и пропорции, находить отношение величин, делить величину в данном отношении.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Находить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экспериментальным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путём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отношение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длины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окружности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к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её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диаметру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543" w:type="pct"/>
          </w:tcPr>
          <w:p w:rsidR="00DA41B8" w:rsidRPr="004D183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1D7CF5">
              <w:rPr>
                <w:color w:val="000000"/>
                <w:w w:val="97"/>
                <w:sz w:val="24"/>
                <w:szCs w:val="24"/>
              </w:rPr>
              <w:t>://</w:t>
            </w:r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r w:rsidRPr="001D7CF5">
              <w:rPr>
                <w:color w:val="000000"/>
                <w:w w:val="97"/>
                <w:sz w:val="24"/>
                <w:szCs w:val="24"/>
              </w:rPr>
              <w:t>.</w:t>
            </w:r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r w:rsidRPr="001D7CF5">
              <w:rPr>
                <w:color w:val="000000"/>
                <w:w w:val="97"/>
                <w:sz w:val="24"/>
                <w:szCs w:val="24"/>
              </w:rPr>
              <w:t>.</w:t>
            </w:r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r w:rsidRPr="001D7CF5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1D7CF5">
              <w:rPr>
                <w:sz w:val="24"/>
                <w:szCs w:val="24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1D7CF5">
              <w:rPr>
                <w:color w:val="000000"/>
                <w:w w:val="97"/>
                <w:sz w:val="24"/>
                <w:szCs w:val="24"/>
              </w:rPr>
              <w:t>://</w:t>
            </w:r>
            <w:r>
              <w:rPr>
                <w:color w:val="000000"/>
                <w:w w:val="97"/>
                <w:sz w:val="24"/>
                <w:szCs w:val="24"/>
              </w:rPr>
              <w:t>uchi</w:t>
            </w:r>
            <w:r w:rsidRPr="001D7CF5">
              <w:rPr>
                <w:color w:val="000000"/>
                <w:w w:val="97"/>
                <w:sz w:val="24"/>
                <w:szCs w:val="24"/>
              </w:rPr>
              <w:t>.</w:t>
            </w:r>
            <w:r>
              <w:rPr>
                <w:color w:val="000000"/>
                <w:w w:val="97"/>
                <w:sz w:val="24"/>
                <w:szCs w:val="24"/>
              </w:rPr>
              <w:t>ru</w:t>
            </w:r>
          </w:p>
        </w:tc>
      </w:tr>
      <w:tr w:rsidR="00DA41B8" w:rsidRPr="0075161C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3.8.</w:t>
            </w:r>
          </w:p>
        </w:tc>
        <w:tc>
          <w:tcPr>
            <w:tcW w:w="745" w:type="pct"/>
          </w:tcPr>
          <w:p w:rsidR="00DA41B8" w:rsidRPr="004D183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Понятие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процента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</w:t>
            </w:r>
          </w:p>
        </w:tc>
        <w:tc>
          <w:tcPr>
            <w:tcW w:w="557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7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D7CF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9" w:type="pct"/>
          </w:tcPr>
          <w:p w:rsidR="00DA41B8" w:rsidRPr="0075161C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Составлять отношения и пропорции, находить отношение величин, делить величину в данном отношении. Находить эксперимента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льным путём отношение длины окружности к её диаметру;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Интерпретировать масштаб как отношение величин, находить масштаб плана, карты и вычислять расстояния, используя масштаб;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Объяснять, что такое процент, употреблять обороты речи со словом «процент»; Приводить, разбирать, оценивать различные решения, записи решений текстовых задач;</w:t>
            </w:r>
          </w:p>
        </w:tc>
        <w:tc>
          <w:tcPr>
            <w:tcW w:w="543" w:type="pct"/>
          </w:tcPr>
          <w:p w:rsidR="00DA41B8" w:rsidRPr="0075161C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Устный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опрос;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Письменный контроль;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Контрольная работа;</w:t>
            </w:r>
          </w:p>
        </w:tc>
        <w:tc>
          <w:tcPr>
            <w:tcW w:w="6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3.9.</w:t>
            </w:r>
          </w:p>
        </w:tc>
        <w:tc>
          <w:tcPr>
            <w:tcW w:w="745" w:type="pct"/>
          </w:tcPr>
          <w:p w:rsidR="00DA41B8" w:rsidRPr="0075161C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75161C">
              <w:rPr>
                <w:color w:val="221F1F"/>
                <w:w w:val="97"/>
                <w:sz w:val="24"/>
                <w:szCs w:val="24"/>
                <w:lang w:val="ru-RU"/>
              </w:rPr>
              <w:t>Вычисление процента от величины и величины по её проценту.</w:t>
            </w:r>
          </w:p>
        </w:tc>
        <w:tc>
          <w:tcPr>
            <w:tcW w:w="2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</w:t>
            </w:r>
          </w:p>
        </w:tc>
        <w:tc>
          <w:tcPr>
            <w:tcW w:w="55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75161C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Вычислять процент от числа и число по его проценту;</w:t>
            </w:r>
          </w:p>
        </w:tc>
        <w:tc>
          <w:tcPr>
            <w:tcW w:w="543" w:type="pct"/>
          </w:tcPr>
          <w:p w:rsidR="00DA41B8" w:rsidRPr="0075161C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3.10.</w:t>
            </w:r>
          </w:p>
        </w:tc>
        <w:tc>
          <w:tcPr>
            <w:tcW w:w="745" w:type="pct"/>
          </w:tcPr>
          <w:p w:rsidR="00DA41B8" w:rsidRPr="0075161C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75161C">
              <w:rPr>
                <w:color w:val="221F1F"/>
                <w:w w:val="97"/>
                <w:sz w:val="24"/>
                <w:szCs w:val="24"/>
                <w:lang w:val="ru-RU"/>
              </w:rPr>
              <w:t xml:space="preserve">Решение текстовых задач, </w:t>
            </w:r>
            <w:proofErr w:type="gramStart"/>
            <w:r w:rsidRPr="0075161C">
              <w:rPr>
                <w:color w:val="221F1F"/>
                <w:w w:val="97"/>
                <w:sz w:val="24"/>
                <w:szCs w:val="24"/>
                <w:lang w:val="ru-RU"/>
              </w:rPr>
              <w:t>со</w:t>
            </w:r>
            <w:proofErr w:type="gramEnd"/>
            <w:r w:rsidRPr="0075161C">
              <w:rPr>
                <w:color w:val="221F1F"/>
                <w:w w:val="97"/>
                <w:sz w:val="24"/>
                <w:szCs w:val="24"/>
                <w:lang w:val="ru-RU"/>
              </w:rPr>
              <w:t xml:space="preserve"> держащих дроби и проценты.</w:t>
            </w:r>
          </w:p>
        </w:tc>
        <w:tc>
          <w:tcPr>
            <w:tcW w:w="2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</w:t>
            </w:r>
          </w:p>
        </w:tc>
        <w:tc>
          <w:tcPr>
            <w:tcW w:w="55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75161C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Сравнивать и упорядочивать дроби, выбирать способ сравнения дробей;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Округлять дроби и проценты, находить приближения чисел;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Решать задачи на части, проценты, пропорции, на нахождение дроби (процента) от величины и величины по её дроби (проценту), дроби (процента), который составляет одна величина от другой;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Приводить, разбирать, оценивать различные решения, записи решений текстовых задач;</w:t>
            </w:r>
            <w:proofErr w:type="gram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Извлекать информацию из таблиц и диаграмм, интерпретировать табличные данные, определять наибольшее и 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наименьшее из представленных данных;</w:t>
            </w:r>
          </w:p>
        </w:tc>
        <w:tc>
          <w:tcPr>
            <w:tcW w:w="543" w:type="pct"/>
          </w:tcPr>
          <w:p w:rsidR="00DA41B8" w:rsidRPr="0075161C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3.11.</w:t>
            </w:r>
          </w:p>
        </w:tc>
        <w:tc>
          <w:tcPr>
            <w:tcW w:w="745" w:type="pct"/>
          </w:tcPr>
          <w:p w:rsidR="00DA41B8" w:rsidRPr="0075161C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75161C">
              <w:rPr>
                <w:color w:val="221F1F"/>
                <w:w w:val="97"/>
                <w:sz w:val="24"/>
                <w:szCs w:val="24"/>
                <w:lang w:val="ru-RU"/>
              </w:rPr>
              <w:t>Практическая работа «Отношение длины окружности к её диаметру»</w:t>
            </w:r>
          </w:p>
        </w:tc>
        <w:tc>
          <w:tcPr>
            <w:tcW w:w="2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41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75161C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Сравнивать и упорядочивать дроби, выбирать способ сравнения дробей;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Представлять десятичные дроби в виде обыкновенных дробей и обыкновенные в виде десятичных, использовать эквивалентные представления дробных чисел при их сравнении, при вычислениях;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Решать задачи на части, проценты, пропорции, на нахождение дроби (процента) от величины и величины по её дроби (проценту), дроби (процента), который составляет 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одна величина от другой;</w:t>
            </w:r>
            <w:proofErr w:type="gram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Приводить, разбирать, оценивать различные решения, записи решений текстовых задач;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Извлекать информацию из таблиц и диаграмм, интерпретировать табличные данные, определять наибольшее и наименьшее из представленных данных;</w:t>
            </w:r>
          </w:p>
        </w:tc>
        <w:tc>
          <w:tcPr>
            <w:tcW w:w="543" w:type="pct"/>
          </w:tcPr>
          <w:p w:rsidR="00DA41B8" w:rsidRPr="0075161C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>
              <w:rPr>
                <w:color w:val="000000"/>
                <w:w w:val="97"/>
                <w:sz w:val="24"/>
                <w:szCs w:val="24"/>
              </w:rPr>
              <w:lastRenderedPageBreak/>
              <w:t>Практическа</w:t>
            </w:r>
            <w:r w:rsidRPr="004D1832">
              <w:rPr>
                <w:color w:val="000000"/>
                <w:w w:val="97"/>
                <w:sz w:val="24"/>
                <w:szCs w:val="24"/>
              </w:rPr>
              <w:t>я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1162" w:type="pct"/>
            <w:gridSpan w:val="2"/>
          </w:tcPr>
          <w:p w:rsidR="00DA41B8" w:rsidRPr="0075161C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Итого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разделу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:</w:t>
            </w:r>
          </w:p>
        </w:tc>
        <w:tc>
          <w:tcPr>
            <w:tcW w:w="2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32</w:t>
            </w:r>
          </w:p>
        </w:tc>
        <w:tc>
          <w:tcPr>
            <w:tcW w:w="3553" w:type="pct"/>
            <w:gridSpan w:val="6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</w:p>
        </w:tc>
      </w:tr>
      <w:tr w:rsidR="00DA41B8" w:rsidRPr="0075161C" w:rsidTr="00DA41B8">
        <w:tc>
          <w:tcPr>
            <w:tcW w:w="5000" w:type="pct"/>
            <w:gridSpan w:val="9"/>
          </w:tcPr>
          <w:p w:rsidR="00DA41B8" w:rsidRPr="004D183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Раздел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 4. </w:t>
            </w:r>
            <w:proofErr w:type="spellStart"/>
            <w:r w:rsidRPr="004D1832">
              <w:rPr>
                <w:b/>
                <w:color w:val="221F1F"/>
                <w:w w:val="97"/>
                <w:sz w:val="24"/>
                <w:szCs w:val="24"/>
              </w:rPr>
              <w:t>Наглядная</w:t>
            </w:r>
            <w:proofErr w:type="spellEnd"/>
            <w:r w:rsidRPr="004D1832">
              <w:rPr>
                <w:b/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b/>
                <w:color w:val="221F1F"/>
                <w:w w:val="97"/>
                <w:sz w:val="24"/>
                <w:szCs w:val="24"/>
              </w:rPr>
              <w:t>геометрия</w:t>
            </w:r>
            <w:proofErr w:type="spellEnd"/>
            <w:r w:rsidRPr="004D1832">
              <w:rPr>
                <w:b/>
                <w:color w:val="221F1F"/>
                <w:w w:val="97"/>
                <w:sz w:val="24"/>
                <w:szCs w:val="24"/>
              </w:rPr>
              <w:t xml:space="preserve">. </w:t>
            </w:r>
            <w:proofErr w:type="spellStart"/>
            <w:r w:rsidRPr="004D1832">
              <w:rPr>
                <w:b/>
                <w:color w:val="221F1F"/>
                <w:w w:val="97"/>
                <w:sz w:val="24"/>
                <w:szCs w:val="24"/>
              </w:rPr>
              <w:t>Симметрия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4.1.</w:t>
            </w:r>
          </w:p>
        </w:tc>
        <w:tc>
          <w:tcPr>
            <w:tcW w:w="745" w:type="pct"/>
          </w:tcPr>
          <w:p w:rsidR="00DA41B8" w:rsidRPr="0075161C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Осевая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симметрия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9" w:type="pct"/>
          </w:tcPr>
          <w:p w:rsidR="00DA41B8" w:rsidRPr="0075161C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Распознавать на чертежах и изображениях, изображать от руки, строить с помощью инструментов фигуру (отрезок, ломаную, треугольник, прямоугольник, окружность), симметричну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ю данной относительно прямой, точки;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Обосновывать, опровергать с помощью </w:t>
            </w:r>
            <w:proofErr w:type="spellStart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контрпримеров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утверждения о симметрии фигур;</w:t>
            </w:r>
          </w:p>
        </w:tc>
        <w:tc>
          <w:tcPr>
            <w:tcW w:w="543" w:type="pct"/>
          </w:tcPr>
          <w:p w:rsidR="00DA41B8" w:rsidRPr="0075161C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745" w:type="pct"/>
          </w:tcPr>
          <w:p w:rsidR="00DA41B8" w:rsidRPr="0075161C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Центральная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симметрия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75161C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Распознавать на чертежах и изображениях, изображать от руки, строить с помощью инструментов фигуру (отрезок, ломаную, треугольник, прямоугольник, окружность), симметричную данной относительно прямой, точки;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Исследовать свойства изученных фигур, связанные с симметрией, используя эксперимент, наблюдение, моделирование;</w:t>
            </w:r>
            <w:proofErr w:type="gramEnd"/>
          </w:p>
        </w:tc>
        <w:tc>
          <w:tcPr>
            <w:tcW w:w="543" w:type="pct"/>
          </w:tcPr>
          <w:p w:rsidR="00DA41B8" w:rsidRPr="0075161C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4.3.</w:t>
            </w:r>
          </w:p>
        </w:tc>
        <w:tc>
          <w:tcPr>
            <w:tcW w:w="745" w:type="pct"/>
          </w:tcPr>
          <w:p w:rsidR="00DA41B8" w:rsidRPr="004D183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Построение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симметричных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фигур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79" w:type="pct"/>
          </w:tcPr>
          <w:p w:rsidR="00DA41B8" w:rsidRPr="0075161C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Распознавать на чертежах и изображениях, изображать от руки, строить с помощью инструментов фигуру (отрезок, ломаную, треугольник, прямоугольник, окружность), симметричную данной относительно прямой, точки;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Конструировать геометрические конфигурации, используя свойство симметрии, в том числе с помощью цифровых ресурсов;</w:t>
            </w:r>
          </w:p>
        </w:tc>
        <w:tc>
          <w:tcPr>
            <w:tcW w:w="543" w:type="pct"/>
          </w:tcPr>
          <w:p w:rsidR="00DA41B8" w:rsidRPr="0075161C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4.4.</w:t>
            </w:r>
          </w:p>
        </w:tc>
        <w:tc>
          <w:tcPr>
            <w:tcW w:w="745" w:type="pct"/>
          </w:tcPr>
          <w:p w:rsidR="00DA41B8" w:rsidRPr="0075161C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Практическая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«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Осевая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симметрия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».</w:t>
            </w:r>
          </w:p>
        </w:tc>
        <w:tc>
          <w:tcPr>
            <w:tcW w:w="2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41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75161C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Конструировать геометрические конфигурации, используя свойство симметрии, в том числе с помощью цифровых ресурсов;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Исследовать свойства изученных фигур, связанные с симметрией, используя эксперимент, наблюдение, моделирование;</w:t>
            </w:r>
          </w:p>
        </w:tc>
        <w:tc>
          <w:tcPr>
            <w:tcW w:w="543" w:type="pct"/>
          </w:tcPr>
          <w:p w:rsidR="00DA41B8" w:rsidRPr="0075161C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Практическая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4.5.</w:t>
            </w:r>
          </w:p>
        </w:tc>
        <w:tc>
          <w:tcPr>
            <w:tcW w:w="745" w:type="pct"/>
          </w:tcPr>
          <w:p w:rsidR="00DA41B8" w:rsidRPr="0075161C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Симметрия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в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пространстве</w:t>
            </w:r>
            <w:proofErr w:type="spellEnd"/>
          </w:p>
        </w:tc>
        <w:tc>
          <w:tcPr>
            <w:tcW w:w="2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75161C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Находить примеры симметрии в окружающем мире;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Обосновывать, опровергать с помощью </w:t>
            </w:r>
            <w:proofErr w:type="spellStart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контрпримеров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утверждения о симметрии фигур;</w:t>
            </w:r>
          </w:p>
        </w:tc>
        <w:tc>
          <w:tcPr>
            <w:tcW w:w="543" w:type="pct"/>
          </w:tcPr>
          <w:p w:rsidR="00DA41B8" w:rsidRPr="0075161C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1162" w:type="pct"/>
            <w:gridSpan w:val="2"/>
          </w:tcPr>
          <w:p w:rsidR="00DA41B8" w:rsidRPr="0075161C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Итого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разделу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:</w:t>
            </w:r>
          </w:p>
        </w:tc>
        <w:tc>
          <w:tcPr>
            <w:tcW w:w="2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6</w:t>
            </w:r>
          </w:p>
        </w:tc>
        <w:tc>
          <w:tcPr>
            <w:tcW w:w="3553" w:type="pct"/>
            <w:gridSpan w:val="6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</w:p>
        </w:tc>
      </w:tr>
      <w:tr w:rsidR="00DA41B8" w:rsidRPr="0075161C" w:rsidTr="00DA41B8">
        <w:tc>
          <w:tcPr>
            <w:tcW w:w="5000" w:type="pct"/>
            <w:gridSpan w:val="9"/>
          </w:tcPr>
          <w:p w:rsidR="00DA41B8" w:rsidRPr="0075161C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Раздел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 5.</w:t>
            </w:r>
            <w:r w:rsidRPr="004D1832">
              <w:rPr>
                <w:b/>
                <w:color w:val="221F1F"/>
                <w:w w:val="97"/>
                <w:sz w:val="24"/>
                <w:szCs w:val="24"/>
              </w:rPr>
              <w:t xml:space="preserve">Выражения с </w:t>
            </w:r>
            <w:proofErr w:type="spellStart"/>
            <w:r w:rsidRPr="004D1832">
              <w:rPr>
                <w:b/>
                <w:color w:val="221F1F"/>
                <w:w w:val="97"/>
                <w:sz w:val="24"/>
                <w:szCs w:val="24"/>
              </w:rPr>
              <w:t>буквами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5.1.</w:t>
            </w:r>
          </w:p>
        </w:tc>
        <w:tc>
          <w:tcPr>
            <w:tcW w:w="745" w:type="pct"/>
          </w:tcPr>
          <w:p w:rsidR="00DA41B8" w:rsidRPr="0075161C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75161C">
              <w:rPr>
                <w:color w:val="221F1F"/>
                <w:w w:val="97"/>
                <w:sz w:val="24"/>
                <w:szCs w:val="24"/>
                <w:lang w:val="ru-RU"/>
              </w:rPr>
              <w:t>Применение букв для записи математических выражений и предложений.</w:t>
            </w:r>
          </w:p>
        </w:tc>
        <w:tc>
          <w:tcPr>
            <w:tcW w:w="2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75161C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Использовать буквы для обозначения чисел, при записи математических утверждений, составлять буквенные выражения по условию задачи;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Исследовать несложные числовые закономерности, 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использовать буквы для их записи;</w:t>
            </w:r>
          </w:p>
        </w:tc>
        <w:tc>
          <w:tcPr>
            <w:tcW w:w="543" w:type="pct"/>
          </w:tcPr>
          <w:p w:rsidR="00DA41B8" w:rsidRPr="0075161C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5.2.</w:t>
            </w:r>
          </w:p>
        </w:tc>
        <w:tc>
          <w:tcPr>
            <w:tcW w:w="745" w:type="pct"/>
          </w:tcPr>
          <w:p w:rsidR="00DA41B8" w:rsidRPr="00104E5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104E50">
              <w:rPr>
                <w:color w:val="221F1F"/>
                <w:w w:val="97"/>
                <w:sz w:val="24"/>
                <w:szCs w:val="24"/>
                <w:lang w:val="ru-RU"/>
              </w:rPr>
              <w:t>Буквенные выражения и числовые подстановки.</w:t>
            </w:r>
          </w:p>
        </w:tc>
        <w:tc>
          <w:tcPr>
            <w:tcW w:w="2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104E5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Исследовать несложные числовые закономерности, использовать буквы для их записи; </w:t>
            </w:r>
            <w:r w:rsidRPr="00104E50">
              <w:rPr>
                <w:sz w:val="24"/>
                <w:szCs w:val="24"/>
                <w:lang w:val="ru-RU"/>
              </w:rPr>
              <w:br/>
            </w: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>Вычислять числовое значение буквенного выражения при заданных значениях букв;</w:t>
            </w:r>
          </w:p>
        </w:tc>
        <w:tc>
          <w:tcPr>
            <w:tcW w:w="543" w:type="pct"/>
          </w:tcPr>
          <w:p w:rsidR="00DA41B8" w:rsidRPr="0075161C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75161C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5.3.</w:t>
            </w:r>
          </w:p>
        </w:tc>
        <w:tc>
          <w:tcPr>
            <w:tcW w:w="745" w:type="pct"/>
          </w:tcPr>
          <w:p w:rsidR="00DA41B8" w:rsidRPr="00104E5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104E50">
              <w:rPr>
                <w:color w:val="221F1F"/>
                <w:w w:val="97"/>
                <w:sz w:val="24"/>
                <w:szCs w:val="24"/>
                <w:lang w:val="ru-RU"/>
              </w:rPr>
              <w:t>Буквенные равенства, нахождение неизвестного компонента.</w:t>
            </w:r>
          </w:p>
        </w:tc>
        <w:tc>
          <w:tcPr>
            <w:tcW w:w="2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104E5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>Находить неизвестный компонент арифметического действия;</w:t>
            </w:r>
          </w:p>
        </w:tc>
        <w:tc>
          <w:tcPr>
            <w:tcW w:w="543" w:type="pct"/>
          </w:tcPr>
          <w:p w:rsidR="00DA41B8" w:rsidRPr="00104E5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5.4.</w:t>
            </w:r>
          </w:p>
        </w:tc>
        <w:tc>
          <w:tcPr>
            <w:tcW w:w="745" w:type="pct"/>
          </w:tcPr>
          <w:p w:rsidR="00DA41B8" w:rsidRPr="00104E5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Формулы</w:t>
            </w:r>
            <w:proofErr w:type="spellEnd"/>
          </w:p>
        </w:tc>
        <w:tc>
          <w:tcPr>
            <w:tcW w:w="2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7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104E5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Записывать формулы: периметра и площади прямоугольника, квадрата; длины окружности, площади круга; выполнять вычисления по этим формулам; </w:t>
            </w:r>
            <w:r w:rsidRPr="00104E50">
              <w:rPr>
                <w:sz w:val="24"/>
                <w:szCs w:val="24"/>
                <w:lang w:val="ru-RU"/>
              </w:rPr>
              <w:br/>
            </w: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Составлять формулы, выражающие зависимости между </w:t>
            </w: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величинами: скорость, время, расстояние; цена, количество, стоимость; производительность, время, объём работы; выполнять вычисления по этим формулам;</w:t>
            </w:r>
            <w:proofErr w:type="gramEnd"/>
          </w:p>
        </w:tc>
        <w:tc>
          <w:tcPr>
            <w:tcW w:w="543" w:type="pct"/>
          </w:tcPr>
          <w:p w:rsidR="00DA41B8" w:rsidRPr="00104E5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Контрольная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1162" w:type="pct"/>
            <w:gridSpan w:val="2"/>
          </w:tcPr>
          <w:p w:rsidR="00DA41B8" w:rsidRPr="00104E5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Итого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разделу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:</w:t>
            </w:r>
          </w:p>
        </w:tc>
        <w:tc>
          <w:tcPr>
            <w:tcW w:w="2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6</w:t>
            </w:r>
          </w:p>
        </w:tc>
        <w:tc>
          <w:tcPr>
            <w:tcW w:w="3553" w:type="pct"/>
            <w:gridSpan w:val="6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</w:p>
        </w:tc>
      </w:tr>
      <w:tr w:rsidR="00DA41B8" w:rsidRPr="0075161C" w:rsidTr="00DA41B8">
        <w:tc>
          <w:tcPr>
            <w:tcW w:w="5000" w:type="pct"/>
            <w:gridSpan w:val="9"/>
          </w:tcPr>
          <w:p w:rsidR="00DA41B8" w:rsidRPr="00104E5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104E50">
              <w:rPr>
                <w:b/>
                <w:color w:val="000000"/>
                <w:w w:val="97"/>
                <w:sz w:val="24"/>
                <w:szCs w:val="24"/>
                <w:lang w:val="ru-RU"/>
              </w:rPr>
              <w:t xml:space="preserve">Раздел 6. </w:t>
            </w:r>
            <w:r w:rsidRPr="00104E50">
              <w:rPr>
                <w:b/>
                <w:color w:val="221F1F"/>
                <w:w w:val="97"/>
                <w:sz w:val="24"/>
                <w:szCs w:val="24"/>
                <w:lang w:val="ru-RU"/>
              </w:rPr>
              <w:t>Наглядная геометрия. Фигуры на плоскости</w:t>
            </w:r>
          </w:p>
        </w:tc>
      </w:tr>
      <w:tr w:rsidR="00DA41B8" w:rsidRPr="0075161C" w:rsidTr="00DA41B8">
        <w:tc>
          <w:tcPr>
            <w:tcW w:w="418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6.1.</w:t>
            </w:r>
          </w:p>
        </w:tc>
        <w:tc>
          <w:tcPr>
            <w:tcW w:w="745" w:type="pct"/>
          </w:tcPr>
          <w:p w:rsidR="00DA41B8" w:rsidRPr="00104E5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Четырёхугольник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,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примеры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четырёхугольников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104E5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Предлагать и обсуждать способы, алгоритмы по строения; </w:t>
            </w:r>
            <w:r w:rsidRPr="00104E50">
              <w:rPr>
                <w:sz w:val="24"/>
                <w:szCs w:val="24"/>
                <w:lang w:val="ru-RU"/>
              </w:rPr>
              <w:br/>
            </w: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>Измерять и строить с помощью транспортира углы, в том числе в многоугольнике, сравнивать углы; распознавать острые, прямые, тупые, развёрнутые углы;</w:t>
            </w:r>
          </w:p>
        </w:tc>
        <w:tc>
          <w:tcPr>
            <w:tcW w:w="543" w:type="pct"/>
          </w:tcPr>
          <w:p w:rsidR="00DA41B8" w:rsidRPr="00104E5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6.2.</w:t>
            </w:r>
          </w:p>
        </w:tc>
        <w:tc>
          <w:tcPr>
            <w:tcW w:w="745" w:type="pct"/>
          </w:tcPr>
          <w:p w:rsidR="00DA41B8" w:rsidRPr="00104E5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104E50">
              <w:rPr>
                <w:color w:val="221F1F"/>
                <w:w w:val="97"/>
                <w:sz w:val="24"/>
                <w:szCs w:val="24"/>
                <w:lang w:val="ru-RU"/>
              </w:rPr>
              <w:t>Прямоугольник, квадрат: свойства сторон, углов, диагоналей.</w:t>
            </w:r>
          </w:p>
        </w:tc>
        <w:tc>
          <w:tcPr>
            <w:tcW w:w="2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104E5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Предлагать и обсуждать способы, алгоритмы по строения; </w:t>
            </w:r>
            <w:r w:rsidRPr="00104E50">
              <w:rPr>
                <w:sz w:val="24"/>
                <w:szCs w:val="24"/>
                <w:lang w:val="ru-RU"/>
              </w:rPr>
              <w:br/>
            </w: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Распознавать, изображать </w:t>
            </w: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остроугольный, прямоугольный, тупоугольный, равнобедренный, </w:t>
            </w:r>
            <w:proofErr w:type="gramStart"/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>равно сторонний</w:t>
            </w:r>
            <w:proofErr w:type="gramEnd"/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 треугольники;</w:t>
            </w:r>
          </w:p>
        </w:tc>
        <w:tc>
          <w:tcPr>
            <w:tcW w:w="543" w:type="pct"/>
          </w:tcPr>
          <w:p w:rsidR="00DA41B8" w:rsidRPr="00104E5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6.3.</w:t>
            </w:r>
          </w:p>
        </w:tc>
        <w:tc>
          <w:tcPr>
            <w:tcW w:w="745" w:type="pct"/>
          </w:tcPr>
          <w:p w:rsidR="00DA41B8" w:rsidRPr="00104E5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Измерение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углов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104E5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Предлагать и обсуждать способы, алгоритмы по строения; </w:t>
            </w:r>
            <w:r w:rsidRPr="00104E50">
              <w:rPr>
                <w:sz w:val="24"/>
                <w:szCs w:val="24"/>
                <w:lang w:val="ru-RU"/>
              </w:rPr>
              <w:br/>
            </w: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Распознавать, изображать остроугольный, прямоугольный, тупоугольный, равнобедренный, </w:t>
            </w:r>
            <w:proofErr w:type="gramStart"/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>равно сторонний</w:t>
            </w:r>
            <w:proofErr w:type="gramEnd"/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 треугольники;</w:t>
            </w:r>
          </w:p>
        </w:tc>
        <w:tc>
          <w:tcPr>
            <w:tcW w:w="543" w:type="pct"/>
          </w:tcPr>
          <w:p w:rsidR="00DA41B8" w:rsidRPr="00104E5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6.4.</w:t>
            </w:r>
          </w:p>
        </w:tc>
        <w:tc>
          <w:tcPr>
            <w:tcW w:w="745" w:type="pct"/>
          </w:tcPr>
          <w:p w:rsidR="00DA41B8" w:rsidRPr="00104E5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Виды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треугольников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104E5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Изображать на нелинованной и клетчатой бумаге с использованием чертёжных инструментов четырёхугольники с заданными свойствами: с параллельными, </w:t>
            </w: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перпендикулярными, равными сторонами, прямыми углами и др., равнобедренный треугольник; </w:t>
            </w:r>
            <w:r w:rsidRPr="00104E50">
              <w:rPr>
                <w:sz w:val="24"/>
                <w:szCs w:val="24"/>
                <w:lang w:val="ru-RU"/>
              </w:rPr>
              <w:br/>
            </w: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Предлагать и обсуждать способы, алгоритмы по строения; </w:t>
            </w:r>
            <w:r w:rsidRPr="00104E50">
              <w:rPr>
                <w:sz w:val="24"/>
                <w:szCs w:val="24"/>
                <w:lang w:val="ru-RU"/>
              </w:rPr>
              <w:br/>
            </w: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Исследовать, используя эксперимент, наблюдение, моделирование, свойства прямоугольника, квадрата, разбивать на треугольники; </w:t>
            </w:r>
            <w:r w:rsidRPr="00104E50">
              <w:rPr>
                <w:sz w:val="24"/>
                <w:szCs w:val="24"/>
                <w:lang w:val="ru-RU"/>
              </w:rPr>
              <w:br/>
            </w: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Обосновывать, опровергать с помощью </w:t>
            </w:r>
            <w:proofErr w:type="spellStart"/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>контрпримеров</w:t>
            </w:r>
            <w:proofErr w:type="spellEnd"/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 утверждения о </w:t>
            </w:r>
            <w:r w:rsidRPr="00104E50">
              <w:rPr>
                <w:sz w:val="24"/>
                <w:szCs w:val="24"/>
                <w:lang w:val="ru-RU"/>
              </w:rPr>
              <w:br/>
            </w: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>прямоугольнике, квадрате, распознавать верные и неверные утверждения;</w:t>
            </w:r>
            <w:proofErr w:type="gramEnd"/>
          </w:p>
        </w:tc>
        <w:tc>
          <w:tcPr>
            <w:tcW w:w="543" w:type="pct"/>
          </w:tcPr>
          <w:p w:rsidR="00DA41B8" w:rsidRPr="00104E5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6.5.</w:t>
            </w:r>
          </w:p>
        </w:tc>
        <w:tc>
          <w:tcPr>
            <w:tcW w:w="745" w:type="pct"/>
          </w:tcPr>
          <w:p w:rsidR="00DA41B8" w:rsidRPr="00104E5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Периметр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многоугольника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104E5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Вычислять периметр многоугольника, площадь </w:t>
            </w: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многоугольника разбиением на прямоугольники, на равные фигуры, использовать метрические единицы измерения длины и площади;</w:t>
            </w:r>
          </w:p>
        </w:tc>
        <w:tc>
          <w:tcPr>
            <w:tcW w:w="543" w:type="pct"/>
          </w:tcPr>
          <w:p w:rsidR="00DA41B8" w:rsidRPr="00104E5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6.6.</w:t>
            </w:r>
          </w:p>
        </w:tc>
        <w:tc>
          <w:tcPr>
            <w:tcW w:w="745" w:type="pct"/>
          </w:tcPr>
          <w:p w:rsidR="00DA41B8" w:rsidRPr="00104E5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Площадь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фигуры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104E5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>Вычислять периметр многоугольника, площадь многоугольника разбиением на прямоугольники, на равные фигуры, использовать метрические единицы измерения длины и площади;</w:t>
            </w:r>
          </w:p>
        </w:tc>
        <w:tc>
          <w:tcPr>
            <w:tcW w:w="543" w:type="pct"/>
          </w:tcPr>
          <w:p w:rsidR="00DA41B8" w:rsidRPr="00104E5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4D183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6.7.</w:t>
            </w:r>
          </w:p>
        </w:tc>
        <w:tc>
          <w:tcPr>
            <w:tcW w:w="745" w:type="pct"/>
          </w:tcPr>
          <w:p w:rsidR="00DA41B8" w:rsidRPr="00104E5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104E50">
              <w:rPr>
                <w:color w:val="221F1F"/>
                <w:w w:val="97"/>
                <w:sz w:val="24"/>
                <w:szCs w:val="24"/>
                <w:lang w:val="ru-RU"/>
              </w:rPr>
              <w:t>Формулы периметра и площади прямоугольника.</w:t>
            </w:r>
          </w:p>
        </w:tc>
        <w:tc>
          <w:tcPr>
            <w:tcW w:w="2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104E50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t xml:space="preserve">Вычислять периметр многоугольника, площадь многоугольника разбиением на прямоугольники, на равные фигуры, использовать </w:t>
            </w:r>
            <w:r w:rsidRPr="00104E50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метрические единицы измерения длины и площади;</w:t>
            </w:r>
          </w:p>
        </w:tc>
        <w:tc>
          <w:tcPr>
            <w:tcW w:w="543" w:type="pct"/>
          </w:tcPr>
          <w:p w:rsidR="00DA41B8" w:rsidRPr="00104E5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6.8.</w:t>
            </w:r>
          </w:p>
        </w:tc>
        <w:tc>
          <w:tcPr>
            <w:tcW w:w="745" w:type="pct"/>
          </w:tcPr>
          <w:p w:rsidR="00DA41B8" w:rsidRPr="00104E5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Приближённое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измерение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площади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фигур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A3365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>Использовать приближённое измерение длин и площадей на клетчатой бумаге, приближённое измерение длины окружности, площади круга;</w:t>
            </w:r>
          </w:p>
        </w:tc>
        <w:tc>
          <w:tcPr>
            <w:tcW w:w="543" w:type="pct"/>
          </w:tcPr>
          <w:p w:rsidR="00DA41B8" w:rsidRPr="00104E5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6.9.</w:t>
            </w:r>
          </w:p>
        </w:tc>
        <w:tc>
          <w:tcPr>
            <w:tcW w:w="745" w:type="pct"/>
          </w:tcPr>
          <w:p w:rsidR="00DA41B8" w:rsidRPr="00104E5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Практическая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«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Площадь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круга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»</w:t>
            </w:r>
          </w:p>
        </w:tc>
        <w:tc>
          <w:tcPr>
            <w:tcW w:w="2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417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A3365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>Использовать приближённое измерение длин и площадей на клетчатой бумаге, приближённое измерение длины окружности, площади круга;</w:t>
            </w:r>
          </w:p>
        </w:tc>
        <w:tc>
          <w:tcPr>
            <w:tcW w:w="543" w:type="pct"/>
          </w:tcPr>
          <w:p w:rsidR="00DA41B8" w:rsidRPr="00104E50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Практическая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1162" w:type="pct"/>
            <w:gridSpan w:val="2"/>
          </w:tcPr>
          <w:p w:rsidR="00DA41B8" w:rsidRPr="00104E50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Итого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разделу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:</w:t>
            </w:r>
          </w:p>
        </w:tc>
        <w:tc>
          <w:tcPr>
            <w:tcW w:w="284" w:type="pct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14</w:t>
            </w:r>
          </w:p>
        </w:tc>
        <w:tc>
          <w:tcPr>
            <w:tcW w:w="3553" w:type="pct"/>
            <w:gridSpan w:val="6"/>
          </w:tcPr>
          <w:p w:rsidR="00DA41B8" w:rsidRPr="00104E50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</w:p>
        </w:tc>
      </w:tr>
      <w:tr w:rsidR="00DA41B8" w:rsidRPr="0075161C" w:rsidTr="00DA41B8">
        <w:tc>
          <w:tcPr>
            <w:tcW w:w="5000" w:type="pct"/>
            <w:gridSpan w:val="9"/>
          </w:tcPr>
          <w:p w:rsidR="00DA41B8" w:rsidRPr="00A3365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A33655">
              <w:rPr>
                <w:b/>
                <w:color w:val="000000"/>
                <w:w w:val="97"/>
                <w:sz w:val="24"/>
                <w:szCs w:val="24"/>
                <w:lang w:val="ru-RU"/>
              </w:rPr>
              <w:t>Раздел 7.</w:t>
            </w:r>
            <w:r w:rsidRPr="00A33655">
              <w:rPr>
                <w:b/>
                <w:color w:val="221F1F"/>
                <w:w w:val="97"/>
                <w:sz w:val="24"/>
                <w:szCs w:val="24"/>
                <w:lang w:val="ru-RU"/>
              </w:rPr>
              <w:t>Положительные и отрицательные числа</w:t>
            </w:r>
          </w:p>
        </w:tc>
      </w:tr>
      <w:tr w:rsidR="00DA41B8" w:rsidRPr="0075161C" w:rsidTr="00DA41B8">
        <w:tc>
          <w:tcPr>
            <w:tcW w:w="418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7.1.</w:t>
            </w:r>
          </w:p>
        </w:tc>
        <w:tc>
          <w:tcPr>
            <w:tcW w:w="745" w:type="pct"/>
          </w:tcPr>
          <w:p w:rsidR="00DA41B8" w:rsidRPr="00A3365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Целые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числа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5</w:t>
            </w:r>
          </w:p>
        </w:tc>
        <w:tc>
          <w:tcPr>
            <w:tcW w:w="55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A3365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Приводить примеры использования в реальной жизни положительных и отрицательных чисел; </w:t>
            </w:r>
            <w:r w:rsidRPr="00A33655">
              <w:rPr>
                <w:sz w:val="24"/>
                <w:szCs w:val="24"/>
                <w:lang w:val="ru-RU"/>
              </w:rPr>
              <w:br/>
            </w: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>Изображать целые числа, положительн</w:t>
            </w: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ые и отрицательные числа точками на числовой прямой, использовать </w:t>
            </w:r>
            <w:proofErr w:type="gramStart"/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>числовую</w:t>
            </w:r>
            <w:proofErr w:type="gramEnd"/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 xml:space="preserve"> прямую для сравнения чисел;</w:t>
            </w:r>
          </w:p>
        </w:tc>
        <w:tc>
          <w:tcPr>
            <w:tcW w:w="543" w:type="pct"/>
          </w:tcPr>
          <w:p w:rsidR="00DA41B8" w:rsidRPr="00A33655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7.2.</w:t>
            </w:r>
          </w:p>
        </w:tc>
        <w:tc>
          <w:tcPr>
            <w:tcW w:w="745" w:type="pct"/>
          </w:tcPr>
          <w:p w:rsidR="00DA41B8" w:rsidRPr="00A3365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A33655">
              <w:rPr>
                <w:color w:val="221F1F"/>
                <w:w w:val="97"/>
                <w:sz w:val="24"/>
                <w:szCs w:val="24"/>
                <w:lang w:val="ru-RU"/>
              </w:rPr>
              <w:t>Модуль числа, геометрическая интерпретация модуля.</w:t>
            </w:r>
          </w:p>
        </w:tc>
        <w:tc>
          <w:tcPr>
            <w:tcW w:w="2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5</w:t>
            </w:r>
          </w:p>
        </w:tc>
        <w:tc>
          <w:tcPr>
            <w:tcW w:w="55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A3365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>Применять правила сравнения, упорядочивать целые числа; находить модуль числа;</w:t>
            </w:r>
          </w:p>
        </w:tc>
        <w:tc>
          <w:tcPr>
            <w:tcW w:w="543" w:type="pct"/>
          </w:tcPr>
          <w:p w:rsidR="00DA41B8" w:rsidRPr="00A33655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7.3.</w:t>
            </w:r>
          </w:p>
        </w:tc>
        <w:tc>
          <w:tcPr>
            <w:tcW w:w="745" w:type="pct"/>
          </w:tcPr>
          <w:p w:rsidR="00DA41B8" w:rsidRPr="00A3365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Числовые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промежутки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5</w:t>
            </w:r>
          </w:p>
        </w:tc>
        <w:tc>
          <w:tcPr>
            <w:tcW w:w="55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7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A3365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Приводить примеры использования в реальной жизни положительных и отрицательных чисел; </w:t>
            </w:r>
            <w:r w:rsidRPr="00A33655">
              <w:rPr>
                <w:sz w:val="24"/>
                <w:szCs w:val="24"/>
                <w:lang w:val="ru-RU"/>
              </w:rPr>
              <w:br/>
            </w: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 xml:space="preserve">Изображать целые числа, положительные и отрицательные числа точками на числовой прямой, использовать </w:t>
            </w:r>
            <w:proofErr w:type="gramStart"/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>числовую</w:t>
            </w:r>
            <w:proofErr w:type="gramEnd"/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 xml:space="preserve"> прямую для сравнения чисел;</w:t>
            </w:r>
          </w:p>
        </w:tc>
        <w:tc>
          <w:tcPr>
            <w:tcW w:w="543" w:type="pct"/>
          </w:tcPr>
          <w:p w:rsidR="00DA41B8" w:rsidRPr="00A33655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Контрольная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7.4.</w:t>
            </w:r>
          </w:p>
        </w:tc>
        <w:tc>
          <w:tcPr>
            <w:tcW w:w="745" w:type="pct"/>
          </w:tcPr>
          <w:p w:rsidR="00DA41B8" w:rsidRPr="00A3365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Положительные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и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отрицательн</w:t>
            </w:r>
            <w:r w:rsidRPr="004D1832">
              <w:rPr>
                <w:color w:val="221F1F"/>
                <w:w w:val="97"/>
                <w:sz w:val="24"/>
                <w:szCs w:val="24"/>
              </w:rPr>
              <w:lastRenderedPageBreak/>
              <w:t>ые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числа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6</w:t>
            </w:r>
          </w:p>
        </w:tc>
        <w:tc>
          <w:tcPr>
            <w:tcW w:w="55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A3365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Приводить примеры </w:t>
            </w: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использования в реальной жизни положительных и отрицательных чисел; </w:t>
            </w:r>
            <w:r w:rsidRPr="00A33655">
              <w:rPr>
                <w:sz w:val="24"/>
                <w:szCs w:val="24"/>
                <w:lang w:val="ru-RU"/>
              </w:rPr>
              <w:br/>
            </w: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 xml:space="preserve">Изображать целые числа, положительные и отрицательные числа точками на числовой прямой, использовать </w:t>
            </w:r>
            <w:proofErr w:type="gramStart"/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>числовую</w:t>
            </w:r>
            <w:proofErr w:type="gramEnd"/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 xml:space="preserve"> прямую для сравнения чисел;</w:t>
            </w:r>
          </w:p>
        </w:tc>
        <w:tc>
          <w:tcPr>
            <w:tcW w:w="543" w:type="pct"/>
          </w:tcPr>
          <w:p w:rsidR="00DA41B8" w:rsidRPr="00A33655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lastRenderedPageBreak/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7.5.</w:t>
            </w:r>
          </w:p>
        </w:tc>
        <w:tc>
          <w:tcPr>
            <w:tcW w:w="745" w:type="pct"/>
          </w:tcPr>
          <w:p w:rsidR="00DA41B8" w:rsidRPr="00A3365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A33655">
              <w:rPr>
                <w:color w:val="221F1F"/>
                <w:w w:val="97"/>
                <w:sz w:val="24"/>
                <w:szCs w:val="24"/>
                <w:lang w:val="ru-RU"/>
              </w:rPr>
              <w:t>Сравнение положительных и отрицательных чисел.</w:t>
            </w:r>
          </w:p>
        </w:tc>
        <w:tc>
          <w:tcPr>
            <w:tcW w:w="2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6</w:t>
            </w:r>
          </w:p>
        </w:tc>
        <w:tc>
          <w:tcPr>
            <w:tcW w:w="55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A3365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 xml:space="preserve">Изображать целые числа, положительные и отрицательные числа точками на числовой прямой, использовать </w:t>
            </w:r>
            <w:proofErr w:type="gramStart"/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>числовую</w:t>
            </w:r>
            <w:proofErr w:type="gramEnd"/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 xml:space="preserve"> прямую для сравнения чисел; Применять свойства сложения и умножения для преобразования сумм и произведений;</w:t>
            </w:r>
          </w:p>
        </w:tc>
        <w:tc>
          <w:tcPr>
            <w:tcW w:w="543" w:type="pct"/>
          </w:tcPr>
          <w:p w:rsidR="00DA41B8" w:rsidRPr="00A33655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7.6</w:t>
            </w: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.</w:t>
            </w:r>
          </w:p>
        </w:tc>
        <w:tc>
          <w:tcPr>
            <w:tcW w:w="745" w:type="pct"/>
          </w:tcPr>
          <w:p w:rsidR="00DA41B8" w:rsidRPr="00A3365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A33655">
              <w:rPr>
                <w:color w:val="221F1F"/>
                <w:w w:val="97"/>
                <w:sz w:val="24"/>
                <w:szCs w:val="24"/>
                <w:lang w:val="ru-RU"/>
              </w:rPr>
              <w:lastRenderedPageBreak/>
              <w:t>Арифметиче</w:t>
            </w:r>
            <w:r w:rsidRPr="00A33655">
              <w:rPr>
                <w:color w:val="221F1F"/>
                <w:w w:val="97"/>
                <w:sz w:val="24"/>
                <w:szCs w:val="24"/>
                <w:lang w:val="ru-RU"/>
              </w:rPr>
              <w:lastRenderedPageBreak/>
              <w:t xml:space="preserve">ские действия с </w:t>
            </w:r>
            <w:r w:rsidRPr="00A33655">
              <w:rPr>
                <w:sz w:val="24"/>
                <w:szCs w:val="24"/>
                <w:lang w:val="ru-RU"/>
              </w:rPr>
              <w:br/>
            </w:r>
            <w:r w:rsidRPr="00A33655">
              <w:rPr>
                <w:color w:val="221F1F"/>
                <w:w w:val="97"/>
                <w:sz w:val="24"/>
                <w:szCs w:val="24"/>
                <w:lang w:val="ru-RU"/>
              </w:rPr>
              <w:t>положительными и отрицательными числами.</w:t>
            </w:r>
          </w:p>
        </w:tc>
        <w:tc>
          <w:tcPr>
            <w:tcW w:w="2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6</w:t>
            </w:r>
          </w:p>
        </w:tc>
        <w:tc>
          <w:tcPr>
            <w:tcW w:w="55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7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A3365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>Формулирова</w:t>
            </w: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ть правила вычисления с положительными и отрицательными числами, находить значения числовых выражений, содержащих действия с положительными и отрицательными числами; </w:t>
            </w:r>
            <w:r w:rsidRPr="00A33655">
              <w:rPr>
                <w:sz w:val="24"/>
                <w:szCs w:val="24"/>
                <w:lang w:val="ru-RU"/>
              </w:rPr>
              <w:br/>
            </w: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Применять свойства сложения и умножения для преобразования сумм и </w:t>
            </w:r>
            <w:r w:rsidRPr="00A33655">
              <w:rPr>
                <w:sz w:val="24"/>
                <w:szCs w:val="24"/>
                <w:lang w:val="ru-RU"/>
              </w:rPr>
              <w:br/>
            </w: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>произведений;</w:t>
            </w:r>
          </w:p>
        </w:tc>
        <w:tc>
          <w:tcPr>
            <w:tcW w:w="543" w:type="pct"/>
          </w:tcPr>
          <w:p w:rsidR="00DA41B8" w:rsidRPr="00A33655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Контрол</w:t>
            </w: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ьная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7.7.</w:t>
            </w:r>
          </w:p>
        </w:tc>
        <w:tc>
          <w:tcPr>
            <w:tcW w:w="745" w:type="pct"/>
          </w:tcPr>
          <w:p w:rsidR="00DA41B8" w:rsidRPr="00A3365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Решение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текстовых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задач</w:t>
            </w:r>
            <w:proofErr w:type="spellEnd"/>
          </w:p>
        </w:tc>
        <w:tc>
          <w:tcPr>
            <w:tcW w:w="2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7</w:t>
            </w:r>
          </w:p>
        </w:tc>
        <w:tc>
          <w:tcPr>
            <w:tcW w:w="55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A3365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A33655">
              <w:rPr>
                <w:color w:val="000000"/>
                <w:w w:val="97"/>
                <w:sz w:val="24"/>
                <w:szCs w:val="24"/>
                <w:lang w:val="ru-RU"/>
              </w:rPr>
              <w:t xml:space="preserve">Решать текстовые </w:t>
            </w:r>
            <w:r>
              <w:rPr>
                <w:color w:val="000000"/>
                <w:w w:val="97"/>
                <w:sz w:val="24"/>
                <w:szCs w:val="24"/>
                <w:lang w:val="ru-RU"/>
              </w:rPr>
              <w:t>задачи с рациональными числами;</w:t>
            </w:r>
          </w:p>
        </w:tc>
        <w:tc>
          <w:tcPr>
            <w:tcW w:w="543" w:type="pct"/>
          </w:tcPr>
          <w:p w:rsidR="00DA41B8" w:rsidRPr="00A33655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1162" w:type="pct"/>
            <w:gridSpan w:val="2"/>
          </w:tcPr>
          <w:p w:rsidR="00DA41B8" w:rsidRPr="00A3365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Итого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разделу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:</w:t>
            </w:r>
          </w:p>
        </w:tc>
        <w:tc>
          <w:tcPr>
            <w:tcW w:w="2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40</w:t>
            </w:r>
          </w:p>
        </w:tc>
        <w:tc>
          <w:tcPr>
            <w:tcW w:w="3553" w:type="pct"/>
            <w:gridSpan w:val="6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</w:p>
        </w:tc>
      </w:tr>
      <w:tr w:rsidR="00DA41B8" w:rsidRPr="0075161C" w:rsidTr="00DA41B8">
        <w:tc>
          <w:tcPr>
            <w:tcW w:w="5000" w:type="pct"/>
            <w:gridSpan w:val="9"/>
          </w:tcPr>
          <w:p w:rsidR="00DA41B8" w:rsidRPr="00A3365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b/>
                <w:color w:val="221F1F"/>
                <w:w w:val="97"/>
                <w:sz w:val="24"/>
                <w:szCs w:val="24"/>
              </w:rPr>
              <w:t>Раздел</w:t>
            </w:r>
            <w:proofErr w:type="spellEnd"/>
            <w:r w:rsidRPr="004D1832">
              <w:rPr>
                <w:b/>
                <w:color w:val="221F1F"/>
                <w:w w:val="97"/>
                <w:sz w:val="24"/>
                <w:szCs w:val="24"/>
              </w:rPr>
              <w:t xml:space="preserve"> 8. </w:t>
            </w:r>
            <w:proofErr w:type="spellStart"/>
            <w:r w:rsidRPr="004D1832">
              <w:rPr>
                <w:b/>
                <w:color w:val="221F1F"/>
                <w:w w:val="97"/>
                <w:sz w:val="24"/>
                <w:szCs w:val="24"/>
              </w:rPr>
              <w:t>Представление</w:t>
            </w:r>
            <w:proofErr w:type="spellEnd"/>
            <w:r w:rsidRPr="004D1832">
              <w:rPr>
                <w:b/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b/>
                <w:color w:val="221F1F"/>
                <w:w w:val="97"/>
                <w:sz w:val="24"/>
                <w:szCs w:val="24"/>
              </w:rPr>
              <w:t>данных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8.1.</w:t>
            </w:r>
          </w:p>
        </w:tc>
        <w:tc>
          <w:tcPr>
            <w:tcW w:w="745" w:type="pct"/>
          </w:tcPr>
          <w:p w:rsidR="00DA41B8" w:rsidRPr="00A33655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D65542">
              <w:rPr>
                <w:color w:val="221F1F"/>
                <w:w w:val="97"/>
                <w:sz w:val="24"/>
                <w:szCs w:val="24"/>
                <w:lang w:val="ru-RU"/>
              </w:rPr>
              <w:t>Прямоугольная система координат на плоскости.</w:t>
            </w:r>
          </w:p>
        </w:tc>
        <w:tc>
          <w:tcPr>
            <w:tcW w:w="2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A33655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t xml:space="preserve">Объяснять и иллюстрировать понятие прямоугольной системы координат на </w:t>
            </w:r>
            <w:r w:rsidRPr="00D65542">
              <w:rPr>
                <w:sz w:val="24"/>
                <w:szCs w:val="24"/>
                <w:lang w:val="ru-RU"/>
              </w:rPr>
              <w:br/>
            </w:r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t>плоскости, использовать терминологию; строить на координатно</w:t>
            </w:r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й плоскости точки и фигуры по заданным координатам, находить координаты точек;</w:t>
            </w:r>
          </w:p>
        </w:tc>
        <w:tc>
          <w:tcPr>
            <w:tcW w:w="543" w:type="pct"/>
          </w:tcPr>
          <w:p w:rsidR="00DA41B8" w:rsidRPr="00A33655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8.2.</w:t>
            </w:r>
          </w:p>
        </w:tc>
        <w:tc>
          <w:tcPr>
            <w:tcW w:w="745" w:type="pct"/>
          </w:tcPr>
          <w:p w:rsidR="00DA41B8" w:rsidRPr="00D6554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D65542">
              <w:rPr>
                <w:color w:val="221F1F"/>
                <w:w w:val="97"/>
                <w:sz w:val="24"/>
                <w:szCs w:val="24"/>
                <w:lang w:val="ru-RU"/>
              </w:rPr>
              <w:t>Координаты точки на плоскости, абсцисса и ордината.</w:t>
            </w:r>
          </w:p>
        </w:tc>
        <w:tc>
          <w:tcPr>
            <w:tcW w:w="2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6554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t xml:space="preserve">Объяснять и иллюстрировать понятие прямоугольной системы координат на </w:t>
            </w:r>
            <w:r w:rsidRPr="00D65542">
              <w:rPr>
                <w:sz w:val="24"/>
                <w:szCs w:val="24"/>
                <w:lang w:val="ru-RU"/>
              </w:rPr>
              <w:br/>
            </w:r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t>плоскости, использовать терминологию; строить на координатной плоскости точки и фигуры по заданным координатам, находить координаты точек;</w:t>
            </w:r>
          </w:p>
        </w:tc>
        <w:tc>
          <w:tcPr>
            <w:tcW w:w="543" w:type="pct"/>
          </w:tcPr>
          <w:p w:rsidR="00DA41B8" w:rsidRPr="00A33655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A33655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8.3.</w:t>
            </w:r>
          </w:p>
        </w:tc>
        <w:tc>
          <w:tcPr>
            <w:tcW w:w="745" w:type="pct"/>
          </w:tcPr>
          <w:p w:rsidR="00DA41B8" w:rsidRPr="00D6554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Столбчатые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и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круговые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диаграммы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6554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t>Читать столбчатые и круговые диаграммы; интерпретировать данные; строить столбчатые диаграммы;</w:t>
            </w:r>
          </w:p>
        </w:tc>
        <w:tc>
          <w:tcPr>
            <w:tcW w:w="543" w:type="pct"/>
          </w:tcPr>
          <w:p w:rsidR="00DA41B8" w:rsidRPr="00D6554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8.4.</w:t>
            </w:r>
          </w:p>
        </w:tc>
        <w:tc>
          <w:tcPr>
            <w:tcW w:w="745" w:type="pct"/>
          </w:tcPr>
          <w:p w:rsidR="00DA41B8" w:rsidRPr="00D6554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Практическая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«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Построение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диаграмм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».</w:t>
            </w:r>
          </w:p>
        </w:tc>
        <w:tc>
          <w:tcPr>
            <w:tcW w:w="2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41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6554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t>Читать столбчатые и круговые диаграммы; интерпретировать данные; строить столбчатые диаграммы;</w:t>
            </w:r>
          </w:p>
        </w:tc>
        <w:tc>
          <w:tcPr>
            <w:tcW w:w="543" w:type="pct"/>
          </w:tcPr>
          <w:p w:rsidR="00DA41B8" w:rsidRPr="00D6554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Практическая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8.5.</w:t>
            </w:r>
          </w:p>
        </w:tc>
        <w:tc>
          <w:tcPr>
            <w:tcW w:w="745" w:type="pct"/>
          </w:tcPr>
          <w:p w:rsidR="00DA41B8" w:rsidRPr="00D6554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D65542">
              <w:rPr>
                <w:color w:val="221F1F"/>
                <w:w w:val="97"/>
                <w:sz w:val="24"/>
                <w:szCs w:val="24"/>
                <w:lang w:val="ru-RU"/>
              </w:rPr>
              <w:t xml:space="preserve">Решение текстовых задач, </w:t>
            </w:r>
            <w:proofErr w:type="gramStart"/>
            <w:r w:rsidRPr="00D65542">
              <w:rPr>
                <w:color w:val="221F1F"/>
                <w:w w:val="97"/>
                <w:sz w:val="24"/>
                <w:szCs w:val="24"/>
                <w:lang w:val="ru-RU"/>
              </w:rPr>
              <w:t>со</w:t>
            </w:r>
            <w:proofErr w:type="gramEnd"/>
            <w:r w:rsidRPr="00D65542">
              <w:rPr>
                <w:color w:val="221F1F"/>
                <w:w w:val="97"/>
                <w:sz w:val="24"/>
                <w:szCs w:val="24"/>
                <w:lang w:val="ru-RU"/>
              </w:rPr>
              <w:t xml:space="preserve"> </w:t>
            </w:r>
            <w:r w:rsidRPr="00D65542">
              <w:rPr>
                <w:sz w:val="24"/>
                <w:szCs w:val="24"/>
                <w:lang w:val="ru-RU"/>
              </w:rPr>
              <w:br/>
            </w:r>
            <w:r w:rsidRPr="00D65542">
              <w:rPr>
                <w:color w:val="221F1F"/>
                <w:w w:val="97"/>
                <w:sz w:val="24"/>
                <w:szCs w:val="24"/>
                <w:lang w:val="ru-RU"/>
              </w:rPr>
              <w:t>держащих данные, представ ленные в таблицах и на диаграммах</w:t>
            </w:r>
          </w:p>
        </w:tc>
        <w:tc>
          <w:tcPr>
            <w:tcW w:w="2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7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6554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t>Использовать информацию, представленную в таблицах, на диаграммах для решения текстовых задач и задач из реальной жизни;</w:t>
            </w:r>
          </w:p>
        </w:tc>
        <w:tc>
          <w:tcPr>
            <w:tcW w:w="543" w:type="pct"/>
          </w:tcPr>
          <w:p w:rsidR="00DA41B8" w:rsidRPr="00D6554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Контрольная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1162" w:type="pct"/>
            <w:gridSpan w:val="2"/>
          </w:tcPr>
          <w:p w:rsidR="00DA41B8" w:rsidRPr="00D6554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Итого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разделу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:</w:t>
            </w:r>
          </w:p>
        </w:tc>
        <w:tc>
          <w:tcPr>
            <w:tcW w:w="2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6</w:t>
            </w:r>
          </w:p>
        </w:tc>
        <w:tc>
          <w:tcPr>
            <w:tcW w:w="3553" w:type="pct"/>
            <w:gridSpan w:val="6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</w:p>
        </w:tc>
      </w:tr>
      <w:tr w:rsidR="00DA41B8" w:rsidRPr="0075161C" w:rsidTr="00DA41B8">
        <w:tc>
          <w:tcPr>
            <w:tcW w:w="5000" w:type="pct"/>
            <w:gridSpan w:val="9"/>
          </w:tcPr>
          <w:p w:rsidR="00DA41B8" w:rsidRPr="00D6554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D65542">
              <w:rPr>
                <w:b/>
                <w:color w:val="000000"/>
                <w:w w:val="97"/>
                <w:sz w:val="24"/>
                <w:szCs w:val="24"/>
                <w:lang w:val="ru-RU"/>
              </w:rPr>
              <w:t xml:space="preserve">Раздел 9. </w:t>
            </w:r>
            <w:r w:rsidRPr="00D65542">
              <w:rPr>
                <w:b/>
                <w:color w:val="221F1F"/>
                <w:w w:val="97"/>
                <w:sz w:val="24"/>
                <w:szCs w:val="24"/>
                <w:lang w:val="ru-RU"/>
              </w:rPr>
              <w:t>Наглядная геометрия. Фигуры в пространстве</w:t>
            </w:r>
          </w:p>
        </w:tc>
      </w:tr>
      <w:tr w:rsidR="00DA41B8" w:rsidRPr="0075161C" w:rsidTr="00DA41B8">
        <w:tc>
          <w:tcPr>
            <w:tcW w:w="418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9.1.</w:t>
            </w:r>
          </w:p>
        </w:tc>
        <w:tc>
          <w:tcPr>
            <w:tcW w:w="745" w:type="pct"/>
          </w:tcPr>
          <w:p w:rsidR="00DA41B8" w:rsidRPr="00D6554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D65542">
              <w:rPr>
                <w:color w:val="221F1F"/>
                <w:w w:val="97"/>
                <w:sz w:val="24"/>
                <w:szCs w:val="24"/>
                <w:lang w:val="ru-RU"/>
              </w:rPr>
              <w:t>Прямоугольный параллелепипед, куб, призма, пирамида, конус, цилиндр, шар и сфера.</w:t>
            </w:r>
          </w:p>
        </w:tc>
        <w:tc>
          <w:tcPr>
            <w:tcW w:w="2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6554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t>Распознавать на чертежах, рисунках, описывать пирамиду, призму, цилиндр, конус, шар, изображать их от руки, моделировать из бумаги, пластилина, проволоки и др.; Приводить примеры объектов окружающего мира, имеющих формы названных тел;</w:t>
            </w:r>
            <w:proofErr w:type="gramEnd"/>
          </w:p>
        </w:tc>
        <w:tc>
          <w:tcPr>
            <w:tcW w:w="543" w:type="pct"/>
          </w:tcPr>
          <w:p w:rsidR="00DA41B8" w:rsidRPr="00D6554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9.2.</w:t>
            </w:r>
          </w:p>
        </w:tc>
        <w:tc>
          <w:tcPr>
            <w:tcW w:w="745" w:type="pct"/>
          </w:tcPr>
          <w:p w:rsidR="00DA41B8" w:rsidRPr="00D6554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Изображение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пространственных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221F1F"/>
                <w:w w:val="97"/>
                <w:sz w:val="24"/>
                <w:szCs w:val="24"/>
              </w:rPr>
              <w:t>фигур</w:t>
            </w:r>
            <w:proofErr w:type="spellEnd"/>
            <w:r w:rsidRPr="004D1832">
              <w:rPr>
                <w:color w:val="221F1F"/>
                <w:w w:val="97"/>
                <w:sz w:val="24"/>
                <w:szCs w:val="24"/>
              </w:rPr>
              <w:t>.</w:t>
            </w:r>
          </w:p>
        </w:tc>
        <w:tc>
          <w:tcPr>
            <w:tcW w:w="2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6554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t xml:space="preserve">Распознавать на чертежах, рисунках, описывать пирамиду, призму, цилиндр, конус, шар, </w:t>
            </w:r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изображать их от руки, моделировать из бумаги, пластилина, проволоки и др.; Изучать, используя эксперимент, наблюдение, измерение, моделирование, в том числе компьютерное, и описывать свойства названных тел, выявлять сходства и различия: между пирамидой и призмой; между цилиндром, конусом и шаром;</w:t>
            </w:r>
            <w:proofErr w:type="gramEnd"/>
          </w:p>
        </w:tc>
        <w:tc>
          <w:tcPr>
            <w:tcW w:w="543" w:type="pct"/>
          </w:tcPr>
          <w:p w:rsidR="00DA41B8" w:rsidRPr="00D6554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9.3.</w:t>
            </w:r>
          </w:p>
        </w:tc>
        <w:tc>
          <w:tcPr>
            <w:tcW w:w="745" w:type="pct"/>
          </w:tcPr>
          <w:p w:rsidR="00DA41B8" w:rsidRPr="00D6554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D65542">
              <w:rPr>
                <w:color w:val="221F1F"/>
                <w:w w:val="97"/>
                <w:sz w:val="24"/>
                <w:szCs w:val="24"/>
                <w:lang w:val="ru-RU"/>
              </w:rPr>
              <w:t>Примеры развёрток многогранников, цилиндра и конуса.</w:t>
            </w:r>
          </w:p>
        </w:tc>
        <w:tc>
          <w:tcPr>
            <w:tcW w:w="2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6554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t xml:space="preserve">Использовать терминологию: вершина, ребро, грань, основание, высота, радиус и диаметр, развёртка; </w:t>
            </w:r>
            <w:r w:rsidRPr="00D65542">
              <w:rPr>
                <w:sz w:val="24"/>
                <w:szCs w:val="24"/>
                <w:lang w:val="ru-RU"/>
              </w:rPr>
              <w:br/>
            </w:r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t xml:space="preserve">Распознавать развёртки параллелепипеда, куба, призмы, пирамиды, конуса, </w:t>
            </w:r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цилиндра; конструировать данные тела из развёрток, создавать их модели; Создавать модели пространственных фигур (из бумаги, проволоки, пластилина и др.);</w:t>
            </w:r>
            <w:proofErr w:type="gramEnd"/>
          </w:p>
        </w:tc>
        <w:tc>
          <w:tcPr>
            <w:tcW w:w="543" w:type="pct"/>
          </w:tcPr>
          <w:p w:rsidR="00DA41B8" w:rsidRPr="00D6554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9.4.</w:t>
            </w:r>
          </w:p>
        </w:tc>
        <w:tc>
          <w:tcPr>
            <w:tcW w:w="745" w:type="pct"/>
          </w:tcPr>
          <w:p w:rsidR="00DA41B8" w:rsidRPr="00D6554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D65542">
              <w:rPr>
                <w:color w:val="221F1F"/>
                <w:w w:val="97"/>
                <w:sz w:val="24"/>
                <w:szCs w:val="24"/>
                <w:lang w:val="ru-RU"/>
              </w:rPr>
              <w:t xml:space="preserve">Практическая работа «Создание </w:t>
            </w:r>
            <w:r w:rsidRPr="00D65542">
              <w:rPr>
                <w:sz w:val="24"/>
                <w:szCs w:val="24"/>
                <w:lang w:val="ru-RU"/>
              </w:rPr>
              <w:br/>
            </w:r>
            <w:r w:rsidRPr="00D65542">
              <w:rPr>
                <w:color w:val="221F1F"/>
                <w:w w:val="97"/>
                <w:sz w:val="24"/>
                <w:szCs w:val="24"/>
                <w:lang w:val="ru-RU"/>
              </w:rPr>
              <w:t>моделей пространственных фигур».</w:t>
            </w:r>
          </w:p>
        </w:tc>
        <w:tc>
          <w:tcPr>
            <w:tcW w:w="2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5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41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6554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D65542">
              <w:rPr>
                <w:color w:val="000000"/>
                <w:w w:val="97"/>
                <w:sz w:val="24"/>
                <w:szCs w:val="24"/>
                <w:lang w:val="ru-RU"/>
              </w:rPr>
              <w:t>Распознавать на чертежах, рисунках, описывать пирамиду, призму, цилиндр, конус, шар, изображать их от руки, моделировать из бумаги, пластилина, проволоки и др.; Создавать модели пространственных фигур (из бумаги, проволоки, пластилина и др.);</w:t>
            </w:r>
            <w:proofErr w:type="gramEnd"/>
          </w:p>
        </w:tc>
        <w:tc>
          <w:tcPr>
            <w:tcW w:w="543" w:type="pct"/>
          </w:tcPr>
          <w:p w:rsidR="00DA41B8" w:rsidRPr="00D6554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Практическая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9.5.</w:t>
            </w:r>
          </w:p>
        </w:tc>
        <w:tc>
          <w:tcPr>
            <w:tcW w:w="745" w:type="pct"/>
          </w:tcPr>
          <w:p w:rsidR="00DA41B8" w:rsidRPr="00D6554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D65542">
              <w:rPr>
                <w:color w:val="221F1F"/>
                <w:w w:val="97"/>
                <w:sz w:val="24"/>
                <w:szCs w:val="24"/>
                <w:lang w:val="ru-RU"/>
              </w:rPr>
              <w:t>Понятие объёма; единицы измерения объёма.</w:t>
            </w:r>
          </w:p>
        </w:tc>
        <w:tc>
          <w:tcPr>
            <w:tcW w:w="2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57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D6554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Ввести понятие объема пространственных тел; изучить единицы </w:t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измерения объема;</w:t>
            </w:r>
          </w:p>
        </w:tc>
        <w:tc>
          <w:tcPr>
            <w:tcW w:w="543" w:type="pct"/>
          </w:tcPr>
          <w:p w:rsidR="00DA41B8" w:rsidRPr="00D6554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Устный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опрос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; </w:t>
            </w:r>
            <w:r w:rsidRPr="004D1832">
              <w:rPr>
                <w:sz w:val="24"/>
                <w:szCs w:val="24"/>
              </w:rPr>
              <w:br/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Письменный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контроль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9.6.</w:t>
            </w:r>
          </w:p>
        </w:tc>
        <w:tc>
          <w:tcPr>
            <w:tcW w:w="745" w:type="pct"/>
          </w:tcPr>
          <w:p w:rsidR="00DA41B8" w:rsidRPr="00870A8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870A82">
              <w:rPr>
                <w:color w:val="221F1F"/>
                <w:w w:val="97"/>
                <w:sz w:val="24"/>
                <w:szCs w:val="24"/>
                <w:lang w:val="ru-RU"/>
              </w:rPr>
              <w:t xml:space="preserve">Объём прямоугольного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221F1F"/>
                <w:w w:val="97"/>
                <w:sz w:val="24"/>
                <w:szCs w:val="24"/>
                <w:lang w:val="ru-RU"/>
              </w:rPr>
              <w:t>параллелепипеда, куба, формулы объёма</w:t>
            </w:r>
          </w:p>
        </w:tc>
        <w:tc>
          <w:tcPr>
            <w:tcW w:w="2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2</w:t>
            </w:r>
          </w:p>
        </w:tc>
        <w:tc>
          <w:tcPr>
            <w:tcW w:w="55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7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870A8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Выводить формулу объёма прямоугольного параллелепипеда;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Вычислять по формулам: объём прямоугольного параллелепипеда, куба;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использовать единицы измерения объёма; вычислять объёмы тел, составленных из кубов, параллелепипедов; решать задачи с реальными данными;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Выводить формулу объёма прямоугольного параллелепипеда;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Вычислять по формулам: объём прямоугольного параллелепипеда, куба;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использовать единицы </w:t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>измерения объёма; вычислять объёмы тел, составленных из кубов, параллелепипедов;</w:t>
            </w:r>
            <w:proofErr w:type="gramEnd"/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 решать задачи с реальными данными;</w:t>
            </w:r>
          </w:p>
        </w:tc>
        <w:tc>
          <w:tcPr>
            <w:tcW w:w="543" w:type="pct"/>
          </w:tcPr>
          <w:p w:rsidR="00DA41B8" w:rsidRPr="00D6554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Контрольная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работа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;</w:t>
            </w:r>
          </w:p>
        </w:tc>
        <w:tc>
          <w:tcPr>
            <w:tcW w:w="684" w:type="pct"/>
          </w:tcPr>
          <w:p w:rsidR="00DA41B8" w:rsidRPr="00D6554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1162" w:type="pct"/>
            <w:gridSpan w:val="2"/>
          </w:tcPr>
          <w:p w:rsidR="00DA41B8" w:rsidRPr="00870A8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Итого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разделу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:</w:t>
            </w:r>
          </w:p>
        </w:tc>
        <w:tc>
          <w:tcPr>
            <w:tcW w:w="284" w:type="pct"/>
          </w:tcPr>
          <w:p w:rsidR="00DA41B8" w:rsidRPr="00870A8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9</w:t>
            </w:r>
          </w:p>
        </w:tc>
        <w:tc>
          <w:tcPr>
            <w:tcW w:w="3553" w:type="pct"/>
            <w:gridSpan w:val="6"/>
          </w:tcPr>
          <w:p w:rsidR="00DA41B8" w:rsidRPr="00870A8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</w:p>
        </w:tc>
      </w:tr>
      <w:tr w:rsidR="00DA41B8" w:rsidRPr="0075161C" w:rsidTr="00DA41B8">
        <w:tc>
          <w:tcPr>
            <w:tcW w:w="5000" w:type="pct"/>
            <w:gridSpan w:val="9"/>
          </w:tcPr>
          <w:p w:rsidR="00DA41B8" w:rsidRPr="00870A8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Раздел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 10. </w:t>
            </w: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Повторение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, </w:t>
            </w: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обобщение</w:t>
            </w:r>
            <w:proofErr w:type="spellEnd"/>
            <w:r w:rsidRPr="004D1832">
              <w:rPr>
                <w:b/>
                <w:color w:val="000000"/>
                <w:w w:val="97"/>
                <w:sz w:val="24"/>
                <w:szCs w:val="24"/>
              </w:rPr>
              <w:t xml:space="preserve">, </w:t>
            </w:r>
            <w:proofErr w:type="spellStart"/>
            <w:r w:rsidRPr="004D1832">
              <w:rPr>
                <w:b/>
                <w:color w:val="000000"/>
                <w:w w:val="97"/>
                <w:sz w:val="24"/>
                <w:szCs w:val="24"/>
              </w:rPr>
              <w:t>систематизация</w:t>
            </w:r>
            <w:proofErr w:type="spellEnd"/>
          </w:p>
        </w:tc>
      </w:tr>
      <w:tr w:rsidR="00DA41B8" w:rsidRPr="0075161C" w:rsidTr="00DA41B8">
        <w:tc>
          <w:tcPr>
            <w:tcW w:w="418" w:type="pct"/>
          </w:tcPr>
          <w:p w:rsidR="00DA41B8" w:rsidRPr="00870A8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10.1.</w:t>
            </w:r>
          </w:p>
        </w:tc>
        <w:tc>
          <w:tcPr>
            <w:tcW w:w="745" w:type="pct"/>
          </w:tcPr>
          <w:p w:rsidR="00DA41B8" w:rsidRPr="00870A8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Повторение основных понятий и методов курсов 5 и 6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>классов обобщение, систематизация знаний</w:t>
            </w:r>
          </w:p>
        </w:tc>
        <w:tc>
          <w:tcPr>
            <w:tcW w:w="284" w:type="pct"/>
          </w:tcPr>
          <w:p w:rsidR="00DA41B8" w:rsidRPr="00870A8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>
              <w:rPr>
                <w:color w:val="000000"/>
                <w:w w:val="97"/>
                <w:sz w:val="24"/>
                <w:szCs w:val="24"/>
              </w:rPr>
              <w:t>15</w:t>
            </w:r>
          </w:p>
        </w:tc>
        <w:tc>
          <w:tcPr>
            <w:tcW w:w="557" w:type="pct"/>
          </w:tcPr>
          <w:p w:rsidR="00DA41B8" w:rsidRPr="00870A8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>
              <w:rPr>
                <w:color w:val="000000"/>
                <w:w w:val="97"/>
                <w:sz w:val="24"/>
                <w:szCs w:val="24"/>
              </w:rPr>
              <w:t>1</w:t>
            </w:r>
          </w:p>
        </w:tc>
        <w:tc>
          <w:tcPr>
            <w:tcW w:w="574" w:type="pct"/>
          </w:tcPr>
          <w:p w:rsidR="00DA41B8" w:rsidRPr="00870A8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>
              <w:rPr>
                <w:color w:val="000000"/>
                <w:w w:val="97"/>
                <w:sz w:val="24"/>
                <w:szCs w:val="24"/>
              </w:rPr>
              <w:t>0</w:t>
            </w:r>
          </w:p>
        </w:tc>
        <w:tc>
          <w:tcPr>
            <w:tcW w:w="417" w:type="pct"/>
          </w:tcPr>
          <w:p w:rsidR="00DA41B8" w:rsidRPr="00870A82" w:rsidRDefault="00DA41B8" w:rsidP="001064D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79" w:type="pct"/>
          </w:tcPr>
          <w:p w:rsidR="00DA41B8" w:rsidRPr="00870A82" w:rsidRDefault="00DA41B8" w:rsidP="001064DC">
            <w:pPr>
              <w:spacing w:line="276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proofErr w:type="gramStart"/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Вычислять значения выражений, содержащих натуральные, целые, положительные и отрицательные числа, обыкновенные и десятичные дроби, выполнять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преобразования чисел и выражений;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Выбирать способ сравнения чисел, вычислений, применять свойства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арифметических действий для рационализации вычислений;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Решать </w:t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задачи из реальной жизни, применять математические знания для решения задач из других предметов;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>Решать задачи разными способами, сравнивать, выбирать способы решения задачи;</w:t>
            </w:r>
            <w:proofErr w:type="gramEnd"/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 Осуществлять самоконтроль выполняемых действий и самопроверку результата вычислений;</w:t>
            </w:r>
          </w:p>
        </w:tc>
        <w:tc>
          <w:tcPr>
            <w:tcW w:w="543" w:type="pct"/>
          </w:tcPr>
          <w:p w:rsidR="00DA41B8" w:rsidRPr="00870A82" w:rsidRDefault="00DA41B8" w:rsidP="001064DC">
            <w:pPr>
              <w:spacing w:before="76" w:line="245" w:lineRule="auto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lastRenderedPageBreak/>
              <w:t xml:space="preserve">Устный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опрос;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 xml:space="preserve">Письменный контроль; </w:t>
            </w:r>
            <w:r w:rsidRPr="00870A82">
              <w:rPr>
                <w:sz w:val="24"/>
                <w:szCs w:val="24"/>
                <w:lang w:val="ru-RU"/>
              </w:rPr>
              <w:br/>
            </w: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>Контрольная работа;</w:t>
            </w:r>
          </w:p>
        </w:tc>
        <w:tc>
          <w:tcPr>
            <w:tcW w:w="684" w:type="pct"/>
          </w:tcPr>
          <w:p w:rsidR="00DA41B8" w:rsidRPr="00870A8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resh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edu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 xml:space="preserve"> </w:t>
            </w:r>
            <w:r w:rsidRPr="0075161C">
              <w:rPr>
                <w:sz w:val="24"/>
                <w:szCs w:val="24"/>
                <w:lang w:val="ru-RU"/>
              </w:rPr>
              <w:br/>
            </w:r>
            <w:r>
              <w:rPr>
                <w:color w:val="000000"/>
                <w:w w:val="97"/>
                <w:sz w:val="24"/>
                <w:szCs w:val="24"/>
              </w:rPr>
              <w:t>https</w:t>
            </w:r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uchi</w:t>
            </w:r>
            <w:proofErr w:type="spellEnd"/>
            <w:r w:rsidRPr="0075161C">
              <w:rPr>
                <w:color w:val="000000"/>
                <w:w w:val="97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color w:val="000000"/>
                <w:w w:val="97"/>
                <w:sz w:val="24"/>
                <w:szCs w:val="24"/>
              </w:rPr>
              <w:t>ru</w:t>
            </w:r>
            <w:proofErr w:type="spellEnd"/>
          </w:p>
        </w:tc>
      </w:tr>
      <w:tr w:rsidR="00DA41B8" w:rsidRPr="0075161C" w:rsidTr="00DA41B8">
        <w:tc>
          <w:tcPr>
            <w:tcW w:w="1162" w:type="pct"/>
            <w:gridSpan w:val="2"/>
          </w:tcPr>
          <w:p w:rsidR="00DA41B8" w:rsidRPr="00870A8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lastRenderedPageBreak/>
              <w:t>Итого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по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 xml:space="preserve"> </w:t>
            </w:r>
            <w:proofErr w:type="spellStart"/>
            <w:r w:rsidRPr="004D1832">
              <w:rPr>
                <w:color w:val="000000"/>
                <w:w w:val="97"/>
                <w:sz w:val="24"/>
                <w:szCs w:val="24"/>
              </w:rPr>
              <w:t>разделу</w:t>
            </w:r>
            <w:proofErr w:type="spellEnd"/>
            <w:r w:rsidRPr="004D1832">
              <w:rPr>
                <w:color w:val="000000"/>
                <w:w w:val="97"/>
                <w:sz w:val="24"/>
                <w:szCs w:val="24"/>
              </w:rPr>
              <w:t>:</w:t>
            </w:r>
          </w:p>
        </w:tc>
        <w:tc>
          <w:tcPr>
            <w:tcW w:w="284" w:type="pct"/>
          </w:tcPr>
          <w:p w:rsidR="00DA41B8" w:rsidRPr="00870A8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>
              <w:rPr>
                <w:color w:val="000000"/>
                <w:w w:val="97"/>
                <w:sz w:val="24"/>
                <w:szCs w:val="24"/>
              </w:rPr>
              <w:t>15</w:t>
            </w:r>
          </w:p>
        </w:tc>
        <w:tc>
          <w:tcPr>
            <w:tcW w:w="3553" w:type="pct"/>
            <w:gridSpan w:val="6"/>
          </w:tcPr>
          <w:p w:rsidR="00DA41B8" w:rsidRPr="00870A8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</w:p>
        </w:tc>
      </w:tr>
      <w:tr w:rsidR="00DA41B8" w:rsidRPr="0075161C" w:rsidTr="00DA41B8">
        <w:tc>
          <w:tcPr>
            <w:tcW w:w="1162" w:type="pct"/>
            <w:gridSpan w:val="2"/>
          </w:tcPr>
          <w:p w:rsidR="00DA41B8" w:rsidRPr="00870A82" w:rsidRDefault="00DA41B8" w:rsidP="001064DC">
            <w:pPr>
              <w:spacing w:before="78" w:line="230" w:lineRule="auto"/>
              <w:rPr>
                <w:color w:val="221F1F"/>
                <w:w w:val="97"/>
                <w:sz w:val="24"/>
                <w:szCs w:val="24"/>
                <w:lang w:val="ru-RU"/>
              </w:rPr>
            </w:pPr>
            <w:r w:rsidRPr="00870A82">
              <w:rPr>
                <w:color w:val="000000"/>
                <w:w w:val="97"/>
                <w:sz w:val="24"/>
                <w:szCs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84" w:type="pct"/>
          </w:tcPr>
          <w:p w:rsidR="00DA41B8" w:rsidRPr="00870A8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>
              <w:rPr>
                <w:color w:val="000000"/>
                <w:w w:val="97"/>
                <w:sz w:val="24"/>
                <w:szCs w:val="24"/>
              </w:rPr>
              <w:t>165</w:t>
            </w:r>
          </w:p>
        </w:tc>
        <w:tc>
          <w:tcPr>
            <w:tcW w:w="557" w:type="pct"/>
          </w:tcPr>
          <w:p w:rsidR="00DA41B8" w:rsidRPr="00870A8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10</w:t>
            </w:r>
          </w:p>
        </w:tc>
        <w:tc>
          <w:tcPr>
            <w:tcW w:w="574" w:type="pct"/>
          </w:tcPr>
          <w:p w:rsidR="00DA41B8" w:rsidRPr="00870A8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  <w:r w:rsidRPr="004D1832">
              <w:rPr>
                <w:color w:val="000000"/>
                <w:w w:val="97"/>
                <w:sz w:val="24"/>
                <w:szCs w:val="24"/>
              </w:rPr>
              <w:t>5</w:t>
            </w:r>
          </w:p>
        </w:tc>
        <w:tc>
          <w:tcPr>
            <w:tcW w:w="2422" w:type="pct"/>
            <w:gridSpan w:val="4"/>
          </w:tcPr>
          <w:p w:rsidR="00DA41B8" w:rsidRPr="00870A82" w:rsidRDefault="00DA41B8" w:rsidP="001064DC">
            <w:pPr>
              <w:spacing w:line="276" w:lineRule="auto"/>
              <w:jc w:val="center"/>
              <w:rPr>
                <w:color w:val="000000"/>
                <w:w w:val="97"/>
                <w:sz w:val="24"/>
                <w:szCs w:val="24"/>
                <w:lang w:val="ru-RU"/>
              </w:rPr>
            </w:pPr>
          </w:p>
        </w:tc>
      </w:tr>
    </w:tbl>
    <w:p w:rsidR="00AF1E1C" w:rsidRDefault="00AF1E1C"/>
    <w:sectPr w:rsidR="00AF1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A93" w:rsidRDefault="00CA1A93">
      <w:r>
        <w:separator/>
      </w:r>
    </w:p>
  </w:endnote>
  <w:endnote w:type="continuationSeparator" w:id="0">
    <w:p w:rsidR="00CA1A93" w:rsidRDefault="00CA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438" w:rsidRDefault="007E5438">
    <w:pPr>
      <w:pStyle w:val="a5"/>
      <w:spacing w:line="14" w:lineRule="auto"/>
      <w:rPr>
        <w:sz w:val="18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F49AA76" wp14:editId="181D2565">
              <wp:simplePos x="0" y="0"/>
              <wp:positionH relativeFrom="page">
                <wp:posOffset>385445</wp:posOffset>
              </wp:positionH>
              <wp:positionV relativeFrom="page">
                <wp:posOffset>9895840</wp:posOffset>
              </wp:positionV>
              <wp:extent cx="231775" cy="189865"/>
              <wp:effectExtent l="0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77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E5438" w:rsidRDefault="007E5438">
                          <w:pPr>
                            <w:spacing w:before="20"/>
                            <w:ind w:left="60"/>
                            <w:rPr>
                              <w:rFonts w:ascii="Cambria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F3CA3">
                            <w:rPr>
                              <w:rFonts w:ascii="Cambria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7" type="#_x0000_t202" style="position:absolute;margin-left:30.35pt;margin-top:779.2pt;width:18.25pt;height:14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" filled="f" stroked="f">
              <v:textbox inset="0,0,0,0">
                <w:txbxContent>
                  <w:p w:rsidR="007E5438" w:rsidRDefault="007E5438">
                    <w:pPr>
                      <w:spacing w:before="20"/>
                      <w:ind w:left="60"/>
                      <w:rPr>
                        <w:rFonts w:ascii="Cambria"/>
                      </w:rPr>
                    </w:pPr>
                    <w:r>
                      <w:fldChar w:fldCharType="begin"/>
                    </w:r>
                    <w:r>
                      <w:rPr>
                        <w:rFonts w:ascii="Cambria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F3CA3">
                      <w:rPr>
                        <w:rFonts w:ascii="Cambria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438" w:rsidRDefault="007E5438">
    <w:pPr>
      <w:pStyle w:val="a5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A93" w:rsidRDefault="00CA1A93">
      <w:r>
        <w:separator/>
      </w:r>
    </w:p>
  </w:footnote>
  <w:footnote w:type="continuationSeparator" w:id="0">
    <w:p w:rsidR="00CA1A93" w:rsidRDefault="00CA1A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438" w:rsidRDefault="007E5438">
    <w:pPr>
      <w:pStyle w:val="a5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1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1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1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1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9F12097"/>
    <w:multiLevelType w:val="hybridMultilevel"/>
    <w:tmpl w:val="E26A78C2"/>
    <w:lvl w:ilvl="0" w:tplc="1E84F7D4">
      <w:numFmt w:val="bullet"/>
      <w:lvlText w:val=""/>
      <w:lvlJc w:val="left"/>
      <w:pPr>
        <w:ind w:left="601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3A9CF67E">
      <w:numFmt w:val="bullet"/>
      <w:lvlText w:val="•"/>
      <w:lvlJc w:val="left"/>
      <w:pPr>
        <w:ind w:left="947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F910A74A">
      <w:numFmt w:val="bullet"/>
      <w:lvlText w:val="•"/>
      <w:lvlJc w:val="left"/>
      <w:pPr>
        <w:ind w:left="2102" w:hanging="360"/>
      </w:pPr>
      <w:rPr>
        <w:rFonts w:hint="default"/>
        <w:lang w:val="ru-RU" w:eastAsia="en-US" w:bidi="ar-SA"/>
      </w:rPr>
    </w:lvl>
    <w:lvl w:ilvl="3" w:tplc="66A097B2">
      <w:numFmt w:val="bullet"/>
      <w:lvlText w:val="•"/>
      <w:lvlJc w:val="left"/>
      <w:pPr>
        <w:ind w:left="3264" w:hanging="360"/>
      </w:pPr>
      <w:rPr>
        <w:rFonts w:hint="default"/>
        <w:lang w:val="ru-RU" w:eastAsia="en-US" w:bidi="ar-SA"/>
      </w:rPr>
    </w:lvl>
    <w:lvl w:ilvl="4" w:tplc="350459F6">
      <w:numFmt w:val="bullet"/>
      <w:lvlText w:val="•"/>
      <w:lvlJc w:val="left"/>
      <w:pPr>
        <w:ind w:left="4426" w:hanging="360"/>
      </w:pPr>
      <w:rPr>
        <w:rFonts w:hint="default"/>
        <w:lang w:val="ru-RU" w:eastAsia="en-US" w:bidi="ar-SA"/>
      </w:rPr>
    </w:lvl>
    <w:lvl w:ilvl="5" w:tplc="97F4EBF8">
      <w:numFmt w:val="bullet"/>
      <w:lvlText w:val="•"/>
      <w:lvlJc w:val="left"/>
      <w:pPr>
        <w:ind w:left="5588" w:hanging="360"/>
      </w:pPr>
      <w:rPr>
        <w:rFonts w:hint="default"/>
        <w:lang w:val="ru-RU" w:eastAsia="en-US" w:bidi="ar-SA"/>
      </w:rPr>
    </w:lvl>
    <w:lvl w:ilvl="6" w:tplc="2644470A">
      <w:numFmt w:val="bullet"/>
      <w:lvlText w:val="•"/>
      <w:lvlJc w:val="left"/>
      <w:pPr>
        <w:ind w:left="6750" w:hanging="360"/>
      </w:pPr>
      <w:rPr>
        <w:rFonts w:hint="default"/>
        <w:lang w:val="ru-RU" w:eastAsia="en-US" w:bidi="ar-SA"/>
      </w:rPr>
    </w:lvl>
    <w:lvl w:ilvl="7" w:tplc="C5861C66">
      <w:numFmt w:val="bullet"/>
      <w:lvlText w:val="•"/>
      <w:lvlJc w:val="left"/>
      <w:pPr>
        <w:ind w:left="7912" w:hanging="360"/>
      </w:pPr>
      <w:rPr>
        <w:rFonts w:hint="default"/>
        <w:lang w:val="ru-RU" w:eastAsia="en-US" w:bidi="ar-SA"/>
      </w:rPr>
    </w:lvl>
    <w:lvl w:ilvl="8" w:tplc="DCAA2552">
      <w:numFmt w:val="bullet"/>
      <w:lvlText w:val="•"/>
      <w:lvlJc w:val="left"/>
      <w:pPr>
        <w:ind w:left="9074" w:hanging="360"/>
      </w:pPr>
      <w:rPr>
        <w:rFonts w:hint="default"/>
        <w:lang w:val="ru-RU" w:eastAsia="en-US" w:bidi="ar-SA"/>
      </w:rPr>
    </w:lvl>
  </w:abstractNum>
  <w:abstractNum w:abstractNumId="10">
    <w:nsid w:val="0C222606"/>
    <w:multiLevelType w:val="multilevel"/>
    <w:tmpl w:val="1D9427DA"/>
    <w:lvl w:ilvl="0">
      <w:start w:val="1"/>
      <w:numFmt w:val="decimal"/>
      <w:lvlText w:val="%1"/>
      <w:lvlJc w:val="left"/>
      <w:pPr>
        <w:ind w:left="1215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15" w:hanging="42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55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73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91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09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27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45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63" w:hanging="423"/>
      </w:pPr>
      <w:rPr>
        <w:rFonts w:hint="default"/>
        <w:lang w:val="ru-RU" w:eastAsia="en-US" w:bidi="ar-SA"/>
      </w:rPr>
    </w:lvl>
  </w:abstractNum>
  <w:abstractNum w:abstractNumId="11">
    <w:nsid w:val="0CD5042D"/>
    <w:multiLevelType w:val="multilevel"/>
    <w:tmpl w:val="D6AAC580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42801CE"/>
    <w:multiLevelType w:val="hybridMultilevel"/>
    <w:tmpl w:val="E3A61360"/>
    <w:lvl w:ilvl="0" w:tplc="93F484DC">
      <w:start w:val="1"/>
      <w:numFmt w:val="decimal"/>
      <w:pStyle w:val="3"/>
      <w:lvlText w:val="%1."/>
      <w:lvlJc w:val="left"/>
      <w:pPr>
        <w:ind w:left="80" w:hanging="157"/>
      </w:pPr>
      <w:rPr>
        <w:rFonts w:ascii="Times New Roman" w:eastAsia="Times New Roman" w:hAnsi="Times New Roman" w:cs="Times New Roman" w:hint="default"/>
        <w:w w:val="104"/>
        <w:sz w:val="15"/>
        <w:szCs w:val="15"/>
        <w:lang w:val="ru-RU" w:eastAsia="en-US" w:bidi="ar-SA"/>
      </w:rPr>
    </w:lvl>
    <w:lvl w:ilvl="1" w:tplc="5E18332C">
      <w:numFmt w:val="bullet"/>
      <w:lvlText w:val="•"/>
      <w:lvlJc w:val="left"/>
      <w:pPr>
        <w:ind w:left="230" w:hanging="157"/>
      </w:pPr>
      <w:rPr>
        <w:rFonts w:hint="default"/>
        <w:lang w:val="ru-RU" w:eastAsia="en-US" w:bidi="ar-SA"/>
      </w:rPr>
    </w:lvl>
    <w:lvl w:ilvl="2" w:tplc="6ABC243E">
      <w:numFmt w:val="bullet"/>
      <w:lvlText w:val="•"/>
      <w:lvlJc w:val="left"/>
      <w:pPr>
        <w:ind w:left="380" w:hanging="157"/>
      </w:pPr>
      <w:rPr>
        <w:rFonts w:hint="default"/>
        <w:lang w:val="ru-RU" w:eastAsia="en-US" w:bidi="ar-SA"/>
      </w:rPr>
    </w:lvl>
    <w:lvl w:ilvl="3" w:tplc="B6A6B21E">
      <w:numFmt w:val="bullet"/>
      <w:lvlText w:val="•"/>
      <w:lvlJc w:val="left"/>
      <w:pPr>
        <w:ind w:left="530" w:hanging="157"/>
      </w:pPr>
      <w:rPr>
        <w:rFonts w:hint="default"/>
        <w:lang w:val="ru-RU" w:eastAsia="en-US" w:bidi="ar-SA"/>
      </w:rPr>
    </w:lvl>
    <w:lvl w:ilvl="4" w:tplc="9E4EC51C">
      <w:numFmt w:val="bullet"/>
      <w:lvlText w:val="•"/>
      <w:lvlJc w:val="left"/>
      <w:pPr>
        <w:ind w:left="680" w:hanging="157"/>
      </w:pPr>
      <w:rPr>
        <w:rFonts w:hint="default"/>
        <w:lang w:val="ru-RU" w:eastAsia="en-US" w:bidi="ar-SA"/>
      </w:rPr>
    </w:lvl>
    <w:lvl w:ilvl="5" w:tplc="787A6ED8">
      <w:numFmt w:val="bullet"/>
      <w:lvlText w:val="•"/>
      <w:lvlJc w:val="left"/>
      <w:pPr>
        <w:ind w:left="830" w:hanging="157"/>
      </w:pPr>
      <w:rPr>
        <w:rFonts w:hint="default"/>
        <w:lang w:val="ru-RU" w:eastAsia="en-US" w:bidi="ar-SA"/>
      </w:rPr>
    </w:lvl>
    <w:lvl w:ilvl="6" w:tplc="E800F69E">
      <w:numFmt w:val="bullet"/>
      <w:lvlText w:val="•"/>
      <w:lvlJc w:val="left"/>
      <w:pPr>
        <w:ind w:left="980" w:hanging="157"/>
      </w:pPr>
      <w:rPr>
        <w:rFonts w:hint="default"/>
        <w:lang w:val="ru-RU" w:eastAsia="en-US" w:bidi="ar-SA"/>
      </w:rPr>
    </w:lvl>
    <w:lvl w:ilvl="7" w:tplc="C5BC44B6">
      <w:numFmt w:val="bullet"/>
      <w:lvlText w:val="•"/>
      <w:lvlJc w:val="left"/>
      <w:pPr>
        <w:ind w:left="1130" w:hanging="157"/>
      </w:pPr>
      <w:rPr>
        <w:rFonts w:hint="default"/>
        <w:lang w:val="ru-RU" w:eastAsia="en-US" w:bidi="ar-SA"/>
      </w:rPr>
    </w:lvl>
    <w:lvl w:ilvl="8" w:tplc="83A0F382">
      <w:numFmt w:val="bullet"/>
      <w:lvlText w:val="•"/>
      <w:lvlJc w:val="left"/>
      <w:pPr>
        <w:ind w:left="1280" w:hanging="157"/>
      </w:pPr>
      <w:rPr>
        <w:rFonts w:hint="default"/>
        <w:lang w:val="ru-RU" w:eastAsia="en-US" w:bidi="ar-SA"/>
      </w:rPr>
    </w:lvl>
  </w:abstractNum>
  <w:abstractNum w:abstractNumId="13">
    <w:nsid w:val="16C653A7"/>
    <w:multiLevelType w:val="multilevel"/>
    <w:tmpl w:val="F43C2898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E334FB7"/>
    <w:multiLevelType w:val="hybridMultilevel"/>
    <w:tmpl w:val="ADBA5A32"/>
    <w:lvl w:ilvl="0" w:tplc="B6D0D064">
      <w:start w:val="7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1D6C0F0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31282946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D20C98B2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4A5C0096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CF5211F6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4ACCCACA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1FC6791E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024C95FC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15">
    <w:nsid w:val="204F3145"/>
    <w:multiLevelType w:val="hybridMultilevel"/>
    <w:tmpl w:val="D77A1042"/>
    <w:lvl w:ilvl="0" w:tplc="11FAF4D4">
      <w:start w:val="1"/>
      <w:numFmt w:val="decimal"/>
      <w:lvlText w:val="%1"/>
      <w:lvlJc w:val="left"/>
      <w:pPr>
        <w:ind w:left="1158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9D2E20C">
      <w:numFmt w:val="bullet"/>
      <w:lvlText w:val="•"/>
      <w:lvlJc w:val="left"/>
      <w:pPr>
        <w:ind w:left="2183" w:hanging="212"/>
      </w:pPr>
      <w:rPr>
        <w:rFonts w:hint="default"/>
        <w:lang w:val="ru-RU" w:eastAsia="en-US" w:bidi="ar-SA"/>
      </w:rPr>
    </w:lvl>
    <w:lvl w:ilvl="2" w:tplc="8B0240C4">
      <w:numFmt w:val="bullet"/>
      <w:lvlText w:val="•"/>
      <w:lvlJc w:val="left"/>
      <w:pPr>
        <w:ind w:left="3207" w:hanging="212"/>
      </w:pPr>
      <w:rPr>
        <w:rFonts w:hint="default"/>
        <w:lang w:val="ru-RU" w:eastAsia="en-US" w:bidi="ar-SA"/>
      </w:rPr>
    </w:lvl>
    <w:lvl w:ilvl="3" w:tplc="FACE3F3C">
      <w:numFmt w:val="bullet"/>
      <w:lvlText w:val="•"/>
      <w:lvlJc w:val="left"/>
      <w:pPr>
        <w:ind w:left="4231" w:hanging="212"/>
      </w:pPr>
      <w:rPr>
        <w:rFonts w:hint="default"/>
        <w:lang w:val="ru-RU" w:eastAsia="en-US" w:bidi="ar-SA"/>
      </w:rPr>
    </w:lvl>
    <w:lvl w:ilvl="4" w:tplc="3B44F056">
      <w:numFmt w:val="bullet"/>
      <w:lvlText w:val="•"/>
      <w:lvlJc w:val="left"/>
      <w:pPr>
        <w:ind w:left="5255" w:hanging="212"/>
      </w:pPr>
      <w:rPr>
        <w:rFonts w:hint="default"/>
        <w:lang w:val="ru-RU" w:eastAsia="en-US" w:bidi="ar-SA"/>
      </w:rPr>
    </w:lvl>
    <w:lvl w:ilvl="5" w:tplc="D0304248">
      <w:numFmt w:val="bullet"/>
      <w:lvlText w:val="•"/>
      <w:lvlJc w:val="left"/>
      <w:pPr>
        <w:ind w:left="6279" w:hanging="212"/>
      </w:pPr>
      <w:rPr>
        <w:rFonts w:hint="default"/>
        <w:lang w:val="ru-RU" w:eastAsia="en-US" w:bidi="ar-SA"/>
      </w:rPr>
    </w:lvl>
    <w:lvl w:ilvl="6" w:tplc="5A5A7FF2">
      <w:numFmt w:val="bullet"/>
      <w:lvlText w:val="•"/>
      <w:lvlJc w:val="left"/>
      <w:pPr>
        <w:ind w:left="7303" w:hanging="212"/>
      </w:pPr>
      <w:rPr>
        <w:rFonts w:hint="default"/>
        <w:lang w:val="ru-RU" w:eastAsia="en-US" w:bidi="ar-SA"/>
      </w:rPr>
    </w:lvl>
    <w:lvl w:ilvl="7" w:tplc="073E3CAE">
      <w:numFmt w:val="bullet"/>
      <w:lvlText w:val="•"/>
      <w:lvlJc w:val="left"/>
      <w:pPr>
        <w:ind w:left="8327" w:hanging="212"/>
      </w:pPr>
      <w:rPr>
        <w:rFonts w:hint="default"/>
        <w:lang w:val="ru-RU" w:eastAsia="en-US" w:bidi="ar-SA"/>
      </w:rPr>
    </w:lvl>
    <w:lvl w:ilvl="8" w:tplc="640488A4">
      <w:numFmt w:val="bullet"/>
      <w:lvlText w:val="•"/>
      <w:lvlJc w:val="left"/>
      <w:pPr>
        <w:ind w:left="9351" w:hanging="212"/>
      </w:pPr>
      <w:rPr>
        <w:rFonts w:hint="default"/>
        <w:lang w:val="ru-RU" w:eastAsia="en-US" w:bidi="ar-SA"/>
      </w:rPr>
    </w:lvl>
  </w:abstractNum>
  <w:abstractNum w:abstractNumId="16">
    <w:nsid w:val="20EB1941"/>
    <w:multiLevelType w:val="multilevel"/>
    <w:tmpl w:val="F1284810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4811325"/>
    <w:multiLevelType w:val="hybridMultilevel"/>
    <w:tmpl w:val="3238028A"/>
    <w:lvl w:ilvl="0" w:tplc="CCB609E0">
      <w:start w:val="8"/>
      <w:numFmt w:val="decimal"/>
      <w:lvlText w:val="%1"/>
      <w:lvlJc w:val="left"/>
      <w:pPr>
        <w:ind w:left="32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281660E8">
      <w:numFmt w:val="bullet"/>
      <w:lvlText w:val="•"/>
      <w:lvlJc w:val="left"/>
      <w:pPr>
        <w:ind w:left="1824" w:hanging="216"/>
      </w:pPr>
      <w:rPr>
        <w:rFonts w:hint="default"/>
        <w:lang w:val="ru-RU" w:eastAsia="en-US" w:bidi="ar-SA"/>
      </w:rPr>
    </w:lvl>
    <w:lvl w:ilvl="2" w:tplc="1CEE4E38">
      <w:numFmt w:val="bullet"/>
      <w:lvlText w:val="•"/>
      <w:lvlJc w:val="left"/>
      <w:pPr>
        <w:ind w:left="3328" w:hanging="216"/>
      </w:pPr>
      <w:rPr>
        <w:rFonts w:hint="default"/>
        <w:lang w:val="ru-RU" w:eastAsia="en-US" w:bidi="ar-SA"/>
      </w:rPr>
    </w:lvl>
    <w:lvl w:ilvl="3" w:tplc="28A82B16">
      <w:numFmt w:val="bullet"/>
      <w:lvlText w:val="•"/>
      <w:lvlJc w:val="left"/>
      <w:pPr>
        <w:ind w:left="4832" w:hanging="216"/>
      </w:pPr>
      <w:rPr>
        <w:rFonts w:hint="default"/>
        <w:lang w:val="ru-RU" w:eastAsia="en-US" w:bidi="ar-SA"/>
      </w:rPr>
    </w:lvl>
    <w:lvl w:ilvl="4" w:tplc="6ECADA60">
      <w:numFmt w:val="bullet"/>
      <w:lvlText w:val="•"/>
      <w:lvlJc w:val="left"/>
      <w:pPr>
        <w:ind w:left="6336" w:hanging="216"/>
      </w:pPr>
      <w:rPr>
        <w:rFonts w:hint="default"/>
        <w:lang w:val="ru-RU" w:eastAsia="en-US" w:bidi="ar-SA"/>
      </w:rPr>
    </w:lvl>
    <w:lvl w:ilvl="5" w:tplc="32EA8902">
      <w:numFmt w:val="bullet"/>
      <w:lvlText w:val="•"/>
      <w:lvlJc w:val="left"/>
      <w:pPr>
        <w:ind w:left="7840" w:hanging="216"/>
      </w:pPr>
      <w:rPr>
        <w:rFonts w:hint="default"/>
        <w:lang w:val="ru-RU" w:eastAsia="en-US" w:bidi="ar-SA"/>
      </w:rPr>
    </w:lvl>
    <w:lvl w:ilvl="6" w:tplc="AC34F2C2">
      <w:numFmt w:val="bullet"/>
      <w:lvlText w:val="•"/>
      <w:lvlJc w:val="left"/>
      <w:pPr>
        <w:ind w:left="9344" w:hanging="216"/>
      </w:pPr>
      <w:rPr>
        <w:rFonts w:hint="default"/>
        <w:lang w:val="ru-RU" w:eastAsia="en-US" w:bidi="ar-SA"/>
      </w:rPr>
    </w:lvl>
    <w:lvl w:ilvl="7" w:tplc="7F5A2128">
      <w:numFmt w:val="bullet"/>
      <w:lvlText w:val="•"/>
      <w:lvlJc w:val="left"/>
      <w:pPr>
        <w:ind w:left="10848" w:hanging="216"/>
      </w:pPr>
      <w:rPr>
        <w:rFonts w:hint="default"/>
        <w:lang w:val="ru-RU" w:eastAsia="en-US" w:bidi="ar-SA"/>
      </w:rPr>
    </w:lvl>
    <w:lvl w:ilvl="8" w:tplc="797CEA00">
      <w:numFmt w:val="bullet"/>
      <w:lvlText w:val="•"/>
      <w:lvlJc w:val="left"/>
      <w:pPr>
        <w:ind w:left="12352" w:hanging="216"/>
      </w:pPr>
      <w:rPr>
        <w:rFonts w:hint="default"/>
        <w:lang w:val="ru-RU" w:eastAsia="en-US" w:bidi="ar-SA"/>
      </w:rPr>
    </w:lvl>
  </w:abstractNum>
  <w:abstractNum w:abstractNumId="18">
    <w:nsid w:val="38607231"/>
    <w:multiLevelType w:val="hybridMultilevel"/>
    <w:tmpl w:val="22F2F604"/>
    <w:lvl w:ilvl="0" w:tplc="8138D36E">
      <w:start w:val="1"/>
      <w:numFmt w:val="decimal"/>
      <w:lvlText w:val="%1)"/>
      <w:lvlJc w:val="left"/>
      <w:pPr>
        <w:ind w:left="475" w:hanging="325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CB00760C">
      <w:numFmt w:val="bullet"/>
      <w:lvlText w:val="•"/>
      <w:lvlJc w:val="left"/>
      <w:pPr>
        <w:ind w:left="1454" w:hanging="325"/>
      </w:pPr>
      <w:rPr>
        <w:rFonts w:hint="default"/>
        <w:lang w:val="ru-RU" w:eastAsia="en-US" w:bidi="ar-SA"/>
      </w:rPr>
    </w:lvl>
    <w:lvl w:ilvl="2" w:tplc="27264A24">
      <w:numFmt w:val="bullet"/>
      <w:lvlText w:val="•"/>
      <w:lvlJc w:val="left"/>
      <w:pPr>
        <w:ind w:left="2429" w:hanging="325"/>
      </w:pPr>
      <w:rPr>
        <w:rFonts w:hint="default"/>
        <w:lang w:val="ru-RU" w:eastAsia="en-US" w:bidi="ar-SA"/>
      </w:rPr>
    </w:lvl>
    <w:lvl w:ilvl="3" w:tplc="9EE8B240">
      <w:numFmt w:val="bullet"/>
      <w:lvlText w:val="•"/>
      <w:lvlJc w:val="left"/>
      <w:pPr>
        <w:ind w:left="3404" w:hanging="325"/>
      </w:pPr>
      <w:rPr>
        <w:rFonts w:hint="default"/>
        <w:lang w:val="ru-RU" w:eastAsia="en-US" w:bidi="ar-SA"/>
      </w:rPr>
    </w:lvl>
    <w:lvl w:ilvl="4" w:tplc="D91CAD2E">
      <w:numFmt w:val="bullet"/>
      <w:lvlText w:val="•"/>
      <w:lvlJc w:val="left"/>
      <w:pPr>
        <w:ind w:left="4379" w:hanging="325"/>
      </w:pPr>
      <w:rPr>
        <w:rFonts w:hint="default"/>
        <w:lang w:val="ru-RU" w:eastAsia="en-US" w:bidi="ar-SA"/>
      </w:rPr>
    </w:lvl>
    <w:lvl w:ilvl="5" w:tplc="4782CEAC">
      <w:numFmt w:val="bullet"/>
      <w:lvlText w:val="•"/>
      <w:lvlJc w:val="left"/>
      <w:pPr>
        <w:ind w:left="5354" w:hanging="325"/>
      </w:pPr>
      <w:rPr>
        <w:rFonts w:hint="default"/>
        <w:lang w:val="ru-RU" w:eastAsia="en-US" w:bidi="ar-SA"/>
      </w:rPr>
    </w:lvl>
    <w:lvl w:ilvl="6" w:tplc="2C8C3E1A">
      <w:numFmt w:val="bullet"/>
      <w:lvlText w:val="•"/>
      <w:lvlJc w:val="left"/>
      <w:pPr>
        <w:ind w:left="6329" w:hanging="325"/>
      </w:pPr>
      <w:rPr>
        <w:rFonts w:hint="default"/>
        <w:lang w:val="ru-RU" w:eastAsia="en-US" w:bidi="ar-SA"/>
      </w:rPr>
    </w:lvl>
    <w:lvl w:ilvl="7" w:tplc="F91651FC">
      <w:numFmt w:val="bullet"/>
      <w:lvlText w:val="•"/>
      <w:lvlJc w:val="left"/>
      <w:pPr>
        <w:ind w:left="7304" w:hanging="325"/>
      </w:pPr>
      <w:rPr>
        <w:rFonts w:hint="default"/>
        <w:lang w:val="ru-RU" w:eastAsia="en-US" w:bidi="ar-SA"/>
      </w:rPr>
    </w:lvl>
    <w:lvl w:ilvl="8" w:tplc="C9A8CA74">
      <w:numFmt w:val="bullet"/>
      <w:lvlText w:val="•"/>
      <w:lvlJc w:val="left"/>
      <w:pPr>
        <w:ind w:left="8279" w:hanging="325"/>
      </w:pPr>
      <w:rPr>
        <w:rFonts w:hint="default"/>
        <w:lang w:val="ru-RU" w:eastAsia="en-US" w:bidi="ar-SA"/>
      </w:rPr>
    </w:lvl>
  </w:abstractNum>
  <w:abstractNum w:abstractNumId="19">
    <w:nsid w:val="3A504A8B"/>
    <w:multiLevelType w:val="hybridMultilevel"/>
    <w:tmpl w:val="E8F0DB34"/>
    <w:lvl w:ilvl="0" w:tplc="E0500232">
      <w:start w:val="7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3E28A8E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13CE3A04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37B44A6A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1E9EFA48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344EE0DE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4D4022C2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C6CE874A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96E8BA68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20">
    <w:nsid w:val="3B7F47A0"/>
    <w:multiLevelType w:val="multilevel"/>
    <w:tmpl w:val="3CAAB62C"/>
    <w:lvl w:ilvl="0">
      <w:start w:val="4"/>
      <w:numFmt w:val="decimal"/>
      <w:lvlText w:val="%1"/>
      <w:lvlJc w:val="left"/>
      <w:pPr>
        <w:ind w:left="1158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69" w:hanging="423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75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0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06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1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7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2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68" w:hanging="423"/>
      </w:pPr>
      <w:rPr>
        <w:rFonts w:hint="default"/>
        <w:lang w:val="ru-RU" w:eastAsia="en-US" w:bidi="ar-SA"/>
      </w:rPr>
    </w:lvl>
  </w:abstractNum>
  <w:abstractNum w:abstractNumId="21">
    <w:nsid w:val="3C8D2C4F"/>
    <w:multiLevelType w:val="multilevel"/>
    <w:tmpl w:val="2B282B04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0DD0D57"/>
    <w:multiLevelType w:val="hybridMultilevel"/>
    <w:tmpl w:val="F3F8FEBE"/>
    <w:lvl w:ilvl="0" w:tplc="664E3C6A">
      <w:start w:val="8"/>
      <w:numFmt w:val="decimal"/>
      <w:lvlText w:val="%1"/>
      <w:lvlJc w:val="left"/>
      <w:pPr>
        <w:ind w:left="32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3150169A">
      <w:numFmt w:val="bullet"/>
      <w:lvlText w:val="•"/>
      <w:lvlJc w:val="left"/>
      <w:pPr>
        <w:ind w:left="1796" w:hanging="216"/>
      </w:pPr>
      <w:rPr>
        <w:rFonts w:hint="default"/>
        <w:lang w:val="ru-RU" w:eastAsia="en-US" w:bidi="ar-SA"/>
      </w:rPr>
    </w:lvl>
    <w:lvl w:ilvl="2" w:tplc="8DF09E72">
      <w:numFmt w:val="bullet"/>
      <w:lvlText w:val="•"/>
      <w:lvlJc w:val="left"/>
      <w:pPr>
        <w:ind w:left="3272" w:hanging="216"/>
      </w:pPr>
      <w:rPr>
        <w:rFonts w:hint="default"/>
        <w:lang w:val="ru-RU" w:eastAsia="en-US" w:bidi="ar-SA"/>
      </w:rPr>
    </w:lvl>
    <w:lvl w:ilvl="3" w:tplc="FBF48DF0">
      <w:numFmt w:val="bullet"/>
      <w:lvlText w:val="•"/>
      <w:lvlJc w:val="left"/>
      <w:pPr>
        <w:ind w:left="4748" w:hanging="216"/>
      </w:pPr>
      <w:rPr>
        <w:rFonts w:hint="default"/>
        <w:lang w:val="ru-RU" w:eastAsia="en-US" w:bidi="ar-SA"/>
      </w:rPr>
    </w:lvl>
    <w:lvl w:ilvl="4" w:tplc="B55C0AE8">
      <w:numFmt w:val="bullet"/>
      <w:lvlText w:val="•"/>
      <w:lvlJc w:val="left"/>
      <w:pPr>
        <w:ind w:left="6224" w:hanging="216"/>
      </w:pPr>
      <w:rPr>
        <w:rFonts w:hint="default"/>
        <w:lang w:val="ru-RU" w:eastAsia="en-US" w:bidi="ar-SA"/>
      </w:rPr>
    </w:lvl>
    <w:lvl w:ilvl="5" w:tplc="E0BAD57C">
      <w:numFmt w:val="bullet"/>
      <w:lvlText w:val="•"/>
      <w:lvlJc w:val="left"/>
      <w:pPr>
        <w:ind w:left="7700" w:hanging="216"/>
      </w:pPr>
      <w:rPr>
        <w:rFonts w:hint="default"/>
        <w:lang w:val="ru-RU" w:eastAsia="en-US" w:bidi="ar-SA"/>
      </w:rPr>
    </w:lvl>
    <w:lvl w:ilvl="6" w:tplc="751042A0">
      <w:numFmt w:val="bullet"/>
      <w:lvlText w:val="•"/>
      <w:lvlJc w:val="left"/>
      <w:pPr>
        <w:ind w:left="9176" w:hanging="216"/>
      </w:pPr>
      <w:rPr>
        <w:rFonts w:hint="default"/>
        <w:lang w:val="ru-RU" w:eastAsia="en-US" w:bidi="ar-SA"/>
      </w:rPr>
    </w:lvl>
    <w:lvl w:ilvl="7" w:tplc="7ACA1DBC">
      <w:numFmt w:val="bullet"/>
      <w:lvlText w:val="•"/>
      <w:lvlJc w:val="left"/>
      <w:pPr>
        <w:ind w:left="10652" w:hanging="216"/>
      </w:pPr>
      <w:rPr>
        <w:rFonts w:hint="default"/>
        <w:lang w:val="ru-RU" w:eastAsia="en-US" w:bidi="ar-SA"/>
      </w:rPr>
    </w:lvl>
    <w:lvl w:ilvl="8" w:tplc="3F504A0A">
      <w:numFmt w:val="bullet"/>
      <w:lvlText w:val="•"/>
      <w:lvlJc w:val="left"/>
      <w:pPr>
        <w:ind w:left="12128" w:hanging="216"/>
      </w:pPr>
      <w:rPr>
        <w:rFonts w:hint="default"/>
        <w:lang w:val="ru-RU" w:eastAsia="en-US" w:bidi="ar-SA"/>
      </w:rPr>
    </w:lvl>
  </w:abstractNum>
  <w:abstractNum w:abstractNumId="23">
    <w:nsid w:val="412B5663"/>
    <w:multiLevelType w:val="hybridMultilevel"/>
    <w:tmpl w:val="B694F70C"/>
    <w:lvl w:ilvl="0" w:tplc="0DB2D3B2">
      <w:numFmt w:val="bullet"/>
      <w:pStyle w:val="a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70C9884">
      <w:numFmt w:val="bullet"/>
      <w:lvlText w:val="•"/>
      <w:lvlJc w:val="left"/>
      <w:pPr>
        <w:ind w:left="1546" w:hanging="361"/>
      </w:pPr>
      <w:rPr>
        <w:rFonts w:hint="default"/>
        <w:lang w:val="ru-RU" w:eastAsia="en-US" w:bidi="ar-SA"/>
      </w:rPr>
    </w:lvl>
    <w:lvl w:ilvl="2" w:tplc="6A1636A6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3" w:tplc="D898CC3C">
      <w:numFmt w:val="bullet"/>
      <w:lvlText w:val="•"/>
      <w:lvlJc w:val="left"/>
      <w:pPr>
        <w:ind w:left="3598" w:hanging="361"/>
      </w:pPr>
      <w:rPr>
        <w:rFonts w:hint="default"/>
        <w:lang w:val="ru-RU" w:eastAsia="en-US" w:bidi="ar-SA"/>
      </w:rPr>
    </w:lvl>
    <w:lvl w:ilvl="4" w:tplc="D40668A0">
      <w:numFmt w:val="bullet"/>
      <w:lvlText w:val="•"/>
      <w:lvlJc w:val="left"/>
      <w:pPr>
        <w:ind w:left="4624" w:hanging="361"/>
      </w:pPr>
      <w:rPr>
        <w:rFonts w:hint="default"/>
        <w:lang w:val="ru-RU" w:eastAsia="en-US" w:bidi="ar-SA"/>
      </w:rPr>
    </w:lvl>
    <w:lvl w:ilvl="5" w:tplc="1AF44B28">
      <w:numFmt w:val="bullet"/>
      <w:lvlText w:val="•"/>
      <w:lvlJc w:val="left"/>
      <w:pPr>
        <w:ind w:left="5650" w:hanging="361"/>
      </w:pPr>
      <w:rPr>
        <w:rFonts w:hint="default"/>
        <w:lang w:val="ru-RU" w:eastAsia="en-US" w:bidi="ar-SA"/>
      </w:rPr>
    </w:lvl>
    <w:lvl w:ilvl="6" w:tplc="9246EDAC">
      <w:numFmt w:val="bullet"/>
      <w:lvlText w:val="•"/>
      <w:lvlJc w:val="left"/>
      <w:pPr>
        <w:ind w:left="6676" w:hanging="361"/>
      </w:pPr>
      <w:rPr>
        <w:rFonts w:hint="default"/>
        <w:lang w:val="ru-RU" w:eastAsia="en-US" w:bidi="ar-SA"/>
      </w:rPr>
    </w:lvl>
    <w:lvl w:ilvl="7" w:tplc="6FD23152">
      <w:numFmt w:val="bullet"/>
      <w:lvlText w:val="•"/>
      <w:lvlJc w:val="left"/>
      <w:pPr>
        <w:ind w:left="7702" w:hanging="361"/>
      </w:pPr>
      <w:rPr>
        <w:rFonts w:hint="default"/>
        <w:lang w:val="ru-RU" w:eastAsia="en-US" w:bidi="ar-SA"/>
      </w:rPr>
    </w:lvl>
    <w:lvl w:ilvl="8" w:tplc="9C98FCD4">
      <w:numFmt w:val="bullet"/>
      <w:lvlText w:val="•"/>
      <w:lvlJc w:val="left"/>
      <w:pPr>
        <w:ind w:left="8728" w:hanging="361"/>
      </w:pPr>
      <w:rPr>
        <w:rFonts w:hint="default"/>
        <w:lang w:val="ru-RU" w:eastAsia="en-US" w:bidi="ar-SA"/>
      </w:rPr>
    </w:lvl>
  </w:abstractNum>
  <w:abstractNum w:abstractNumId="24">
    <w:nsid w:val="43FC4BFD"/>
    <w:multiLevelType w:val="hybridMultilevel"/>
    <w:tmpl w:val="FA3A2D1C"/>
    <w:lvl w:ilvl="0" w:tplc="0B7ABAB0">
      <w:start w:val="5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67A949C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8F86AB4C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16FC0074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C4AEBA06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10EA5984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87125BC8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6B46C7F2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390CF0D0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25">
    <w:nsid w:val="4A34010A"/>
    <w:multiLevelType w:val="multilevel"/>
    <w:tmpl w:val="289E9F0E"/>
    <w:lvl w:ilvl="0">
      <w:start w:val="2"/>
      <w:numFmt w:val="decimal"/>
      <w:lvlText w:val="%1."/>
      <w:lvlJc w:val="left"/>
      <w:pPr>
        <w:ind w:left="508" w:hanging="28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69" w:hanging="42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75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0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06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1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7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2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68" w:hanging="423"/>
      </w:pPr>
      <w:rPr>
        <w:rFonts w:hint="default"/>
        <w:lang w:val="ru-RU" w:eastAsia="en-US" w:bidi="ar-SA"/>
      </w:rPr>
    </w:lvl>
  </w:abstractNum>
  <w:abstractNum w:abstractNumId="26">
    <w:nsid w:val="4BCD4733"/>
    <w:multiLevelType w:val="hybridMultilevel"/>
    <w:tmpl w:val="76587DF6"/>
    <w:lvl w:ilvl="0" w:tplc="EA1268FC">
      <w:start w:val="1"/>
      <w:numFmt w:val="decimal"/>
      <w:lvlText w:val="%1."/>
      <w:lvlJc w:val="left"/>
      <w:pPr>
        <w:ind w:left="947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0D8AA60">
      <w:numFmt w:val="bullet"/>
      <w:lvlText w:val="-"/>
      <w:lvlJc w:val="left"/>
      <w:pPr>
        <w:ind w:left="947" w:hanging="19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D7DCC864">
      <w:numFmt w:val="bullet"/>
      <w:lvlText w:val="•"/>
      <w:lvlJc w:val="left"/>
      <w:pPr>
        <w:ind w:left="3031" w:hanging="190"/>
      </w:pPr>
      <w:rPr>
        <w:rFonts w:hint="default"/>
        <w:lang w:val="ru-RU" w:eastAsia="en-US" w:bidi="ar-SA"/>
      </w:rPr>
    </w:lvl>
    <w:lvl w:ilvl="3" w:tplc="4AA03D5C">
      <w:numFmt w:val="bullet"/>
      <w:lvlText w:val="•"/>
      <w:lvlJc w:val="left"/>
      <w:pPr>
        <w:ind w:left="4077" w:hanging="190"/>
      </w:pPr>
      <w:rPr>
        <w:rFonts w:hint="default"/>
        <w:lang w:val="ru-RU" w:eastAsia="en-US" w:bidi="ar-SA"/>
      </w:rPr>
    </w:lvl>
    <w:lvl w:ilvl="4" w:tplc="7EBC54C4">
      <w:numFmt w:val="bullet"/>
      <w:lvlText w:val="•"/>
      <w:lvlJc w:val="left"/>
      <w:pPr>
        <w:ind w:left="5123" w:hanging="190"/>
      </w:pPr>
      <w:rPr>
        <w:rFonts w:hint="default"/>
        <w:lang w:val="ru-RU" w:eastAsia="en-US" w:bidi="ar-SA"/>
      </w:rPr>
    </w:lvl>
    <w:lvl w:ilvl="5" w:tplc="4028A94A">
      <w:numFmt w:val="bullet"/>
      <w:lvlText w:val="•"/>
      <w:lvlJc w:val="left"/>
      <w:pPr>
        <w:ind w:left="6169" w:hanging="190"/>
      </w:pPr>
      <w:rPr>
        <w:rFonts w:hint="default"/>
        <w:lang w:val="ru-RU" w:eastAsia="en-US" w:bidi="ar-SA"/>
      </w:rPr>
    </w:lvl>
    <w:lvl w:ilvl="6" w:tplc="02D02BDC">
      <w:numFmt w:val="bullet"/>
      <w:lvlText w:val="•"/>
      <w:lvlJc w:val="left"/>
      <w:pPr>
        <w:ind w:left="7215" w:hanging="190"/>
      </w:pPr>
      <w:rPr>
        <w:rFonts w:hint="default"/>
        <w:lang w:val="ru-RU" w:eastAsia="en-US" w:bidi="ar-SA"/>
      </w:rPr>
    </w:lvl>
    <w:lvl w:ilvl="7" w:tplc="0E4E252C">
      <w:numFmt w:val="bullet"/>
      <w:lvlText w:val="•"/>
      <w:lvlJc w:val="left"/>
      <w:pPr>
        <w:ind w:left="8261" w:hanging="190"/>
      </w:pPr>
      <w:rPr>
        <w:rFonts w:hint="default"/>
        <w:lang w:val="ru-RU" w:eastAsia="en-US" w:bidi="ar-SA"/>
      </w:rPr>
    </w:lvl>
    <w:lvl w:ilvl="8" w:tplc="7E564224">
      <w:numFmt w:val="bullet"/>
      <w:lvlText w:val="•"/>
      <w:lvlJc w:val="left"/>
      <w:pPr>
        <w:ind w:left="9307" w:hanging="190"/>
      </w:pPr>
      <w:rPr>
        <w:rFonts w:hint="default"/>
        <w:lang w:val="ru-RU" w:eastAsia="en-US" w:bidi="ar-SA"/>
      </w:rPr>
    </w:lvl>
  </w:abstractNum>
  <w:abstractNum w:abstractNumId="27">
    <w:nsid w:val="4DB54F0A"/>
    <w:multiLevelType w:val="hybridMultilevel"/>
    <w:tmpl w:val="095C613A"/>
    <w:lvl w:ilvl="0" w:tplc="5844990A">
      <w:numFmt w:val="bullet"/>
      <w:pStyle w:val="a0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058F898">
      <w:numFmt w:val="bullet"/>
      <w:lvlText w:val="•"/>
      <w:lvlJc w:val="left"/>
      <w:pPr>
        <w:ind w:left="1546" w:hanging="361"/>
      </w:pPr>
      <w:rPr>
        <w:rFonts w:hint="default"/>
        <w:lang w:val="ru-RU" w:eastAsia="en-US" w:bidi="ar-SA"/>
      </w:rPr>
    </w:lvl>
    <w:lvl w:ilvl="2" w:tplc="682A7066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3" w:tplc="57DCFAC6">
      <w:numFmt w:val="bullet"/>
      <w:lvlText w:val="•"/>
      <w:lvlJc w:val="left"/>
      <w:pPr>
        <w:ind w:left="3598" w:hanging="361"/>
      </w:pPr>
      <w:rPr>
        <w:rFonts w:hint="default"/>
        <w:lang w:val="ru-RU" w:eastAsia="en-US" w:bidi="ar-SA"/>
      </w:rPr>
    </w:lvl>
    <w:lvl w:ilvl="4" w:tplc="21F883AC">
      <w:numFmt w:val="bullet"/>
      <w:lvlText w:val="•"/>
      <w:lvlJc w:val="left"/>
      <w:pPr>
        <w:ind w:left="4624" w:hanging="361"/>
      </w:pPr>
      <w:rPr>
        <w:rFonts w:hint="default"/>
        <w:lang w:val="ru-RU" w:eastAsia="en-US" w:bidi="ar-SA"/>
      </w:rPr>
    </w:lvl>
    <w:lvl w:ilvl="5" w:tplc="C6BC9824">
      <w:numFmt w:val="bullet"/>
      <w:lvlText w:val="•"/>
      <w:lvlJc w:val="left"/>
      <w:pPr>
        <w:ind w:left="5650" w:hanging="361"/>
      </w:pPr>
      <w:rPr>
        <w:rFonts w:hint="default"/>
        <w:lang w:val="ru-RU" w:eastAsia="en-US" w:bidi="ar-SA"/>
      </w:rPr>
    </w:lvl>
    <w:lvl w:ilvl="6" w:tplc="48C06920">
      <w:numFmt w:val="bullet"/>
      <w:lvlText w:val="•"/>
      <w:lvlJc w:val="left"/>
      <w:pPr>
        <w:ind w:left="6676" w:hanging="361"/>
      </w:pPr>
      <w:rPr>
        <w:rFonts w:hint="default"/>
        <w:lang w:val="ru-RU" w:eastAsia="en-US" w:bidi="ar-SA"/>
      </w:rPr>
    </w:lvl>
    <w:lvl w:ilvl="7" w:tplc="6DC23712">
      <w:numFmt w:val="bullet"/>
      <w:lvlText w:val="•"/>
      <w:lvlJc w:val="left"/>
      <w:pPr>
        <w:ind w:left="7702" w:hanging="361"/>
      </w:pPr>
      <w:rPr>
        <w:rFonts w:hint="default"/>
        <w:lang w:val="ru-RU" w:eastAsia="en-US" w:bidi="ar-SA"/>
      </w:rPr>
    </w:lvl>
    <w:lvl w:ilvl="8" w:tplc="355C63A4">
      <w:numFmt w:val="bullet"/>
      <w:lvlText w:val="•"/>
      <w:lvlJc w:val="left"/>
      <w:pPr>
        <w:ind w:left="8728" w:hanging="361"/>
      </w:pPr>
      <w:rPr>
        <w:rFonts w:hint="default"/>
        <w:lang w:val="ru-RU" w:eastAsia="en-US" w:bidi="ar-SA"/>
      </w:rPr>
    </w:lvl>
  </w:abstractNum>
  <w:abstractNum w:abstractNumId="28">
    <w:nsid w:val="54FD40BF"/>
    <w:multiLevelType w:val="hybridMultilevel"/>
    <w:tmpl w:val="2864D854"/>
    <w:lvl w:ilvl="0" w:tplc="C91CB044">
      <w:start w:val="8"/>
      <w:numFmt w:val="decimal"/>
      <w:lvlText w:val="%1"/>
      <w:lvlJc w:val="left"/>
      <w:pPr>
        <w:ind w:left="34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8C9E1ED0">
      <w:numFmt w:val="bullet"/>
      <w:lvlText w:val="•"/>
      <w:lvlJc w:val="left"/>
      <w:pPr>
        <w:ind w:left="1324" w:hanging="216"/>
      </w:pPr>
      <w:rPr>
        <w:rFonts w:hint="default"/>
        <w:lang w:val="ru-RU" w:eastAsia="en-US" w:bidi="ar-SA"/>
      </w:rPr>
    </w:lvl>
    <w:lvl w:ilvl="2" w:tplc="7C706D32">
      <w:numFmt w:val="bullet"/>
      <w:lvlText w:val="•"/>
      <w:lvlJc w:val="left"/>
      <w:pPr>
        <w:ind w:left="2309" w:hanging="216"/>
      </w:pPr>
      <w:rPr>
        <w:rFonts w:hint="default"/>
        <w:lang w:val="ru-RU" w:eastAsia="en-US" w:bidi="ar-SA"/>
      </w:rPr>
    </w:lvl>
    <w:lvl w:ilvl="3" w:tplc="94481AD0">
      <w:numFmt w:val="bullet"/>
      <w:lvlText w:val="•"/>
      <w:lvlJc w:val="left"/>
      <w:pPr>
        <w:ind w:left="3294" w:hanging="216"/>
      </w:pPr>
      <w:rPr>
        <w:rFonts w:hint="default"/>
        <w:lang w:val="ru-RU" w:eastAsia="en-US" w:bidi="ar-SA"/>
      </w:rPr>
    </w:lvl>
    <w:lvl w:ilvl="4" w:tplc="0CB01A8A">
      <w:numFmt w:val="bullet"/>
      <w:lvlText w:val="•"/>
      <w:lvlJc w:val="left"/>
      <w:pPr>
        <w:ind w:left="4279" w:hanging="216"/>
      </w:pPr>
      <w:rPr>
        <w:rFonts w:hint="default"/>
        <w:lang w:val="ru-RU" w:eastAsia="en-US" w:bidi="ar-SA"/>
      </w:rPr>
    </w:lvl>
    <w:lvl w:ilvl="5" w:tplc="929A9C8C">
      <w:numFmt w:val="bullet"/>
      <w:lvlText w:val="•"/>
      <w:lvlJc w:val="left"/>
      <w:pPr>
        <w:ind w:left="5264" w:hanging="216"/>
      </w:pPr>
      <w:rPr>
        <w:rFonts w:hint="default"/>
        <w:lang w:val="ru-RU" w:eastAsia="en-US" w:bidi="ar-SA"/>
      </w:rPr>
    </w:lvl>
    <w:lvl w:ilvl="6" w:tplc="30AA45B4">
      <w:numFmt w:val="bullet"/>
      <w:lvlText w:val="•"/>
      <w:lvlJc w:val="left"/>
      <w:pPr>
        <w:ind w:left="6249" w:hanging="216"/>
      </w:pPr>
      <w:rPr>
        <w:rFonts w:hint="default"/>
        <w:lang w:val="ru-RU" w:eastAsia="en-US" w:bidi="ar-SA"/>
      </w:rPr>
    </w:lvl>
    <w:lvl w:ilvl="7" w:tplc="92C87564">
      <w:numFmt w:val="bullet"/>
      <w:lvlText w:val="•"/>
      <w:lvlJc w:val="left"/>
      <w:pPr>
        <w:ind w:left="7234" w:hanging="216"/>
      </w:pPr>
      <w:rPr>
        <w:rFonts w:hint="default"/>
        <w:lang w:val="ru-RU" w:eastAsia="en-US" w:bidi="ar-SA"/>
      </w:rPr>
    </w:lvl>
    <w:lvl w:ilvl="8" w:tplc="EA4ABC9C">
      <w:numFmt w:val="bullet"/>
      <w:lvlText w:val="•"/>
      <w:lvlJc w:val="left"/>
      <w:pPr>
        <w:ind w:left="8219" w:hanging="216"/>
      </w:pPr>
      <w:rPr>
        <w:rFonts w:hint="default"/>
        <w:lang w:val="ru-RU" w:eastAsia="en-US" w:bidi="ar-SA"/>
      </w:rPr>
    </w:lvl>
  </w:abstractNum>
  <w:abstractNum w:abstractNumId="29">
    <w:nsid w:val="573140D2"/>
    <w:multiLevelType w:val="hybridMultilevel"/>
    <w:tmpl w:val="7784A0D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618D1AFE"/>
    <w:multiLevelType w:val="hybridMultilevel"/>
    <w:tmpl w:val="5896F70C"/>
    <w:lvl w:ilvl="0" w:tplc="4A26FA14">
      <w:start w:val="8"/>
      <w:numFmt w:val="decimal"/>
      <w:lvlText w:val="%1"/>
      <w:lvlJc w:val="left"/>
      <w:pPr>
        <w:ind w:left="32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7EB8C3F0">
      <w:numFmt w:val="bullet"/>
      <w:lvlText w:val="•"/>
      <w:lvlJc w:val="left"/>
      <w:pPr>
        <w:ind w:left="1810" w:hanging="216"/>
      </w:pPr>
      <w:rPr>
        <w:rFonts w:hint="default"/>
        <w:lang w:val="ru-RU" w:eastAsia="en-US" w:bidi="ar-SA"/>
      </w:rPr>
    </w:lvl>
    <w:lvl w:ilvl="2" w:tplc="655AB0C0">
      <w:numFmt w:val="bullet"/>
      <w:lvlText w:val="•"/>
      <w:lvlJc w:val="left"/>
      <w:pPr>
        <w:ind w:left="3300" w:hanging="216"/>
      </w:pPr>
      <w:rPr>
        <w:rFonts w:hint="default"/>
        <w:lang w:val="ru-RU" w:eastAsia="en-US" w:bidi="ar-SA"/>
      </w:rPr>
    </w:lvl>
    <w:lvl w:ilvl="3" w:tplc="24B0F914">
      <w:numFmt w:val="bullet"/>
      <w:lvlText w:val="•"/>
      <w:lvlJc w:val="left"/>
      <w:pPr>
        <w:ind w:left="4790" w:hanging="216"/>
      </w:pPr>
      <w:rPr>
        <w:rFonts w:hint="default"/>
        <w:lang w:val="ru-RU" w:eastAsia="en-US" w:bidi="ar-SA"/>
      </w:rPr>
    </w:lvl>
    <w:lvl w:ilvl="4" w:tplc="24A4018E">
      <w:numFmt w:val="bullet"/>
      <w:lvlText w:val="•"/>
      <w:lvlJc w:val="left"/>
      <w:pPr>
        <w:ind w:left="6280" w:hanging="216"/>
      </w:pPr>
      <w:rPr>
        <w:rFonts w:hint="default"/>
        <w:lang w:val="ru-RU" w:eastAsia="en-US" w:bidi="ar-SA"/>
      </w:rPr>
    </w:lvl>
    <w:lvl w:ilvl="5" w:tplc="F7BC789A">
      <w:numFmt w:val="bullet"/>
      <w:lvlText w:val="•"/>
      <w:lvlJc w:val="left"/>
      <w:pPr>
        <w:ind w:left="7770" w:hanging="216"/>
      </w:pPr>
      <w:rPr>
        <w:rFonts w:hint="default"/>
        <w:lang w:val="ru-RU" w:eastAsia="en-US" w:bidi="ar-SA"/>
      </w:rPr>
    </w:lvl>
    <w:lvl w:ilvl="6" w:tplc="29D2BB9C">
      <w:numFmt w:val="bullet"/>
      <w:lvlText w:val="•"/>
      <w:lvlJc w:val="left"/>
      <w:pPr>
        <w:ind w:left="9260" w:hanging="216"/>
      </w:pPr>
      <w:rPr>
        <w:rFonts w:hint="default"/>
        <w:lang w:val="ru-RU" w:eastAsia="en-US" w:bidi="ar-SA"/>
      </w:rPr>
    </w:lvl>
    <w:lvl w:ilvl="7" w:tplc="D1A65856">
      <w:numFmt w:val="bullet"/>
      <w:lvlText w:val="•"/>
      <w:lvlJc w:val="left"/>
      <w:pPr>
        <w:ind w:left="10750" w:hanging="216"/>
      </w:pPr>
      <w:rPr>
        <w:rFonts w:hint="default"/>
        <w:lang w:val="ru-RU" w:eastAsia="en-US" w:bidi="ar-SA"/>
      </w:rPr>
    </w:lvl>
    <w:lvl w:ilvl="8" w:tplc="3E48BA90">
      <w:numFmt w:val="bullet"/>
      <w:lvlText w:val="•"/>
      <w:lvlJc w:val="left"/>
      <w:pPr>
        <w:ind w:left="12240" w:hanging="216"/>
      </w:pPr>
      <w:rPr>
        <w:rFonts w:hint="default"/>
        <w:lang w:val="ru-RU" w:eastAsia="en-US" w:bidi="ar-SA"/>
      </w:rPr>
    </w:lvl>
  </w:abstractNum>
  <w:abstractNum w:abstractNumId="31">
    <w:nsid w:val="61C226BD"/>
    <w:multiLevelType w:val="hybridMultilevel"/>
    <w:tmpl w:val="9586DA8A"/>
    <w:lvl w:ilvl="0" w:tplc="88409DDC">
      <w:start w:val="8"/>
      <w:numFmt w:val="decimal"/>
      <w:lvlText w:val="%1"/>
      <w:lvlJc w:val="left"/>
      <w:pPr>
        <w:ind w:left="34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A71EA904">
      <w:numFmt w:val="bullet"/>
      <w:lvlText w:val="•"/>
      <w:lvlJc w:val="left"/>
      <w:pPr>
        <w:ind w:left="1324" w:hanging="216"/>
      </w:pPr>
      <w:rPr>
        <w:rFonts w:hint="default"/>
        <w:lang w:val="ru-RU" w:eastAsia="en-US" w:bidi="ar-SA"/>
      </w:rPr>
    </w:lvl>
    <w:lvl w:ilvl="2" w:tplc="A8BCBE8E">
      <w:numFmt w:val="bullet"/>
      <w:lvlText w:val="•"/>
      <w:lvlJc w:val="left"/>
      <w:pPr>
        <w:ind w:left="2309" w:hanging="216"/>
      </w:pPr>
      <w:rPr>
        <w:rFonts w:hint="default"/>
        <w:lang w:val="ru-RU" w:eastAsia="en-US" w:bidi="ar-SA"/>
      </w:rPr>
    </w:lvl>
    <w:lvl w:ilvl="3" w:tplc="E8D23CAE">
      <w:numFmt w:val="bullet"/>
      <w:lvlText w:val="•"/>
      <w:lvlJc w:val="left"/>
      <w:pPr>
        <w:ind w:left="3294" w:hanging="216"/>
      </w:pPr>
      <w:rPr>
        <w:rFonts w:hint="default"/>
        <w:lang w:val="ru-RU" w:eastAsia="en-US" w:bidi="ar-SA"/>
      </w:rPr>
    </w:lvl>
    <w:lvl w:ilvl="4" w:tplc="46F8F1F4">
      <w:numFmt w:val="bullet"/>
      <w:lvlText w:val="•"/>
      <w:lvlJc w:val="left"/>
      <w:pPr>
        <w:ind w:left="4279" w:hanging="216"/>
      </w:pPr>
      <w:rPr>
        <w:rFonts w:hint="default"/>
        <w:lang w:val="ru-RU" w:eastAsia="en-US" w:bidi="ar-SA"/>
      </w:rPr>
    </w:lvl>
    <w:lvl w:ilvl="5" w:tplc="D0F29364">
      <w:numFmt w:val="bullet"/>
      <w:lvlText w:val="•"/>
      <w:lvlJc w:val="left"/>
      <w:pPr>
        <w:ind w:left="5264" w:hanging="216"/>
      </w:pPr>
      <w:rPr>
        <w:rFonts w:hint="default"/>
        <w:lang w:val="ru-RU" w:eastAsia="en-US" w:bidi="ar-SA"/>
      </w:rPr>
    </w:lvl>
    <w:lvl w:ilvl="6" w:tplc="D0CEEF00">
      <w:numFmt w:val="bullet"/>
      <w:lvlText w:val="•"/>
      <w:lvlJc w:val="left"/>
      <w:pPr>
        <w:ind w:left="6249" w:hanging="216"/>
      </w:pPr>
      <w:rPr>
        <w:rFonts w:hint="default"/>
        <w:lang w:val="ru-RU" w:eastAsia="en-US" w:bidi="ar-SA"/>
      </w:rPr>
    </w:lvl>
    <w:lvl w:ilvl="7" w:tplc="66740C10">
      <w:numFmt w:val="bullet"/>
      <w:lvlText w:val="•"/>
      <w:lvlJc w:val="left"/>
      <w:pPr>
        <w:ind w:left="7234" w:hanging="216"/>
      </w:pPr>
      <w:rPr>
        <w:rFonts w:hint="default"/>
        <w:lang w:val="ru-RU" w:eastAsia="en-US" w:bidi="ar-SA"/>
      </w:rPr>
    </w:lvl>
    <w:lvl w:ilvl="8" w:tplc="0D583102">
      <w:numFmt w:val="bullet"/>
      <w:lvlText w:val="•"/>
      <w:lvlJc w:val="left"/>
      <w:pPr>
        <w:ind w:left="8219" w:hanging="216"/>
      </w:pPr>
      <w:rPr>
        <w:rFonts w:hint="default"/>
        <w:lang w:val="ru-RU" w:eastAsia="en-US" w:bidi="ar-SA"/>
      </w:rPr>
    </w:lvl>
  </w:abstractNum>
  <w:abstractNum w:abstractNumId="32">
    <w:nsid w:val="623269B2"/>
    <w:multiLevelType w:val="hybridMultilevel"/>
    <w:tmpl w:val="4CAA8A4C"/>
    <w:lvl w:ilvl="0" w:tplc="EDC07B14">
      <w:start w:val="7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C566960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12A48F56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3EF21EA6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1B40CF76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9CF4D54E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CDF00A6C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37460130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019E6D40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33">
    <w:nsid w:val="627B5653"/>
    <w:multiLevelType w:val="hybridMultilevel"/>
    <w:tmpl w:val="EFA081D6"/>
    <w:lvl w:ilvl="0" w:tplc="899CB166">
      <w:start w:val="1"/>
      <w:numFmt w:val="decimal"/>
      <w:lvlText w:val="%1)"/>
      <w:lvlJc w:val="left"/>
      <w:pPr>
        <w:ind w:left="227" w:hanging="32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2FE5F82">
      <w:numFmt w:val="bullet"/>
      <w:lvlText w:val="•"/>
      <w:lvlJc w:val="left"/>
      <w:pPr>
        <w:ind w:left="1337" w:hanging="322"/>
      </w:pPr>
      <w:rPr>
        <w:rFonts w:hint="default"/>
        <w:lang w:val="ru-RU" w:eastAsia="en-US" w:bidi="ar-SA"/>
      </w:rPr>
    </w:lvl>
    <w:lvl w:ilvl="2" w:tplc="97E00E6C">
      <w:numFmt w:val="bullet"/>
      <w:lvlText w:val="•"/>
      <w:lvlJc w:val="left"/>
      <w:pPr>
        <w:ind w:left="2455" w:hanging="322"/>
      </w:pPr>
      <w:rPr>
        <w:rFonts w:hint="default"/>
        <w:lang w:val="ru-RU" w:eastAsia="en-US" w:bidi="ar-SA"/>
      </w:rPr>
    </w:lvl>
    <w:lvl w:ilvl="3" w:tplc="B8E0EE32">
      <w:numFmt w:val="bullet"/>
      <w:lvlText w:val="•"/>
      <w:lvlJc w:val="left"/>
      <w:pPr>
        <w:ind w:left="3573" w:hanging="322"/>
      </w:pPr>
      <w:rPr>
        <w:rFonts w:hint="default"/>
        <w:lang w:val="ru-RU" w:eastAsia="en-US" w:bidi="ar-SA"/>
      </w:rPr>
    </w:lvl>
    <w:lvl w:ilvl="4" w:tplc="848C77AA">
      <w:numFmt w:val="bullet"/>
      <w:lvlText w:val="•"/>
      <w:lvlJc w:val="left"/>
      <w:pPr>
        <w:ind w:left="4691" w:hanging="322"/>
      </w:pPr>
      <w:rPr>
        <w:rFonts w:hint="default"/>
        <w:lang w:val="ru-RU" w:eastAsia="en-US" w:bidi="ar-SA"/>
      </w:rPr>
    </w:lvl>
    <w:lvl w:ilvl="5" w:tplc="2FF66D32">
      <w:numFmt w:val="bullet"/>
      <w:lvlText w:val="•"/>
      <w:lvlJc w:val="left"/>
      <w:pPr>
        <w:ind w:left="5809" w:hanging="322"/>
      </w:pPr>
      <w:rPr>
        <w:rFonts w:hint="default"/>
        <w:lang w:val="ru-RU" w:eastAsia="en-US" w:bidi="ar-SA"/>
      </w:rPr>
    </w:lvl>
    <w:lvl w:ilvl="6" w:tplc="712E90DA">
      <w:numFmt w:val="bullet"/>
      <w:lvlText w:val="•"/>
      <w:lvlJc w:val="left"/>
      <w:pPr>
        <w:ind w:left="6927" w:hanging="322"/>
      </w:pPr>
      <w:rPr>
        <w:rFonts w:hint="default"/>
        <w:lang w:val="ru-RU" w:eastAsia="en-US" w:bidi="ar-SA"/>
      </w:rPr>
    </w:lvl>
    <w:lvl w:ilvl="7" w:tplc="A268E41E">
      <w:numFmt w:val="bullet"/>
      <w:lvlText w:val="•"/>
      <w:lvlJc w:val="left"/>
      <w:pPr>
        <w:ind w:left="8045" w:hanging="322"/>
      </w:pPr>
      <w:rPr>
        <w:rFonts w:hint="default"/>
        <w:lang w:val="ru-RU" w:eastAsia="en-US" w:bidi="ar-SA"/>
      </w:rPr>
    </w:lvl>
    <w:lvl w:ilvl="8" w:tplc="05DE4DAE">
      <w:numFmt w:val="bullet"/>
      <w:lvlText w:val="•"/>
      <w:lvlJc w:val="left"/>
      <w:pPr>
        <w:ind w:left="9163" w:hanging="322"/>
      </w:pPr>
      <w:rPr>
        <w:rFonts w:hint="default"/>
        <w:lang w:val="ru-RU" w:eastAsia="en-US" w:bidi="ar-SA"/>
      </w:rPr>
    </w:lvl>
  </w:abstractNum>
  <w:abstractNum w:abstractNumId="34">
    <w:nsid w:val="63A9259C"/>
    <w:multiLevelType w:val="multilevel"/>
    <w:tmpl w:val="772C2F4A"/>
    <w:lvl w:ilvl="0">
      <w:start w:val="1"/>
      <w:numFmt w:val="decimal"/>
      <w:lvlText w:val="%1"/>
      <w:lvlJc w:val="left"/>
      <w:pPr>
        <w:ind w:left="438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69" w:hanging="423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75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0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06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1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7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2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68" w:hanging="423"/>
      </w:pPr>
      <w:rPr>
        <w:rFonts w:hint="default"/>
        <w:lang w:val="ru-RU" w:eastAsia="en-US" w:bidi="ar-SA"/>
      </w:rPr>
    </w:lvl>
  </w:abstractNum>
  <w:abstractNum w:abstractNumId="35">
    <w:nsid w:val="64124B15"/>
    <w:multiLevelType w:val="hybridMultilevel"/>
    <w:tmpl w:val="471EDE12"/>
    <w:lvl w:ilvl="0" w:tplc="09BE24C2">
      <w:start w:val="7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3BCCF86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0304F26E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168A230A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B1824606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BF12CF4C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3DEC10B0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88D26102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F3D84BAE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abstractNum w:abstractNumId="36">
    <w:nsid w:val="687812AC"/>
    <w:multiLevelType w:val="multilevel"/>
    <w:tmpl w:val="2C7CF02A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A1B6AA0"/>
    <w:multiLevelType w:val="hybridMultilevel"/>
    <w:tmpl w:val="872AECD8"/>
    <w:lvl w:ilvl="0" w:tplc="C0005AE6">
      <w:start w:val="1"/>
      <w:numFmt w:val="decimal"/>
      <w:pStyle w:val="2"/>
      <w:lvlText w:val="%1)"/>
      <w:lvlJc w:val="left"/>
      <w:pPr>
        <w:ind w:left="106" w:hanging="26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C726A572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A802E150">
      <w:numFmt w:val="bullet"/>
      <w:lvlText w:val="•"/>
      <w:lvlJc w:val="left"/>
      <w:pPr>
        <w:ind w:left="1660" w:hanging="361"/>
      </w:pPr>
      <w:rPr>
        <w:rFonts w:hint="default"/>
        <w:lang w:val="ru-RU" w:eastAsia="en-US" w:bidi="ar-SA"/>
      </w:rPr>
    </w:lvl>
    <w:lvl w:ilvl="3" w:tplc="427604D2">
      <w:numFmt w:val="bullet"/>
      <w:lvlText w:val="•"/>
      <w:lvlJc w:val="left"/>
      <w:pPr>
        <w:ind w:left="2800" w:hanging="361"/>
      </w:pPr>
      <w:rPr>
        <w:rFonts w:hint="default"/>
        <w:lang w:val="ru-RU" w:eastAsia="en-US" w:bidi="ar-SA"/>
      </w:rPr>
    </w:lvl>
    <w:lvl w:ilvl="4" w:tplc="35BE2824">
      <w:numFmt w:val="bullet"/>
      <w:lvlText w:val="•"/>
      <w:lvlJc w:val="left"/>
      <w:pPr>
        <w:ind w:left="3940" w:hanging="361"/>
      </w:pPr>
      <w:rPr>
        <w:rFonts w:hint="default"/>
        <w:lang w:val="ru-RU" w:eastAsia="en-US" w:bidi="ar-SA"/>
      </w:rPr>
    </w:lvl>
    <w:lvl w:ilvl="5" w:tplc="57E8D8E6">
      <w:numFmt w:val="bullet"/>
      <w:lvlText w:val="•"/>
      <w:lvlJc w:val="left"/>
      <w:pPr>
        <w:ind w:left="5080" w:hanging="361"/>
      </w:pPr>
      <w:rPr>
        <w:rFonts w:hint="default"/>
        <w:lang w:val="ru-RU" w:eastAsia="en-US" w:bidi="ar-SA"/>
      </w:rPr>
    </w:lvl>
    <w:lvl w:ilvl="6" w:tplc="8D58E090">
      <w:numFmt w:val="bullet"/>
      <w:lvlText w:val="•"/>
      <w:lvlJc w:val="left"/>
      <w:pPr>
        <w:ind w:left="6220" w:hanging="361"/>
      </w:pPr>
      <w:rPr>
        <w:rFonts w:hint="default"/>
        <w:lang w:val="ru-RU" w:eastAsia="en-US" w:bidi="ar-SA"/>
      </w:rPr>
    </w:lvl>
    <w:lvl w:ilvl="7" w:tplc="9BF22BFC">
      <w:numFmt w:val="bullet"/>
      <w:lvlText w:val="•"/>
      <w:lvlJc w:val="left"/>
      <w:pPr>
        <w:ind w:left="7360" w:hanging="361"/>
      </w:pPr>
      <w:rPr>
        <w:rFonts w:hint="default"/>
        <w:lang w:val="ru-RU" w:eastAsia="en-US" w:bidi="ar-SA"/>
      </w:rPr>
    </w:lvl>
    <w:lvl w:ilvl="8" w:tplc="ECD68EB8">
      <w:numFmt w:val="bullet"/>
      <w:lvlText w:val="•"/>
      <w:lvlJc w:val="left"/>
      <w:pPr>
        <w:ind w:left="8500" w:hanging="361"/>
      </w:pPr>
      <w:rPr>
        <w:rFonts w:hint="default"/>
        <w:lang w:val="ru-RU" w:eastAsia="en-US" w:bidi="ar-SA"/>
      </w:rPr>
    </w:lvl>
  </w:abstractNum>
  <w:abstractNum w:abstractNumId="38">
    <w:nsid w:val="6C025EBE"/>
    <w:multiLevelType w:val="hybridMultilevel"/>
    <w:tmpl w:val="EF52DE54"/>
    <w:lvl w:ilvl="0" w:tplc="E09E9F84">
      <w:start w:val="7"/>
      <w:numFmt w:val="decimal"/>
      <w:lvlText w:val="%1"/>
      <w:lvlJc w:val="left"/>
      <w:pPr>
        <w:ind w:left="1217" w:hanging="21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00257C0">
      <w:numFmt w:val="bullet"/>
      <w:lvlText w:val="•"/>
      <w:lvlJc w:val="left"/>
      <w:pPr>
        <w:ind w:left="2120" w:hanging="217"/>
      </w:pPr>
      <w:rPr>
        <w:rFonts w:hint="default"/>
        <w:lang w:val="ru-RU" w:eastAsia="en-US" w:bidi="ar-SA"/>
      </w:rPr>
    </w:lvl>
    <w:lvl w:ilvl="2" w:tplc="EABA88BE">
      <w:numFmt w:val="bullet"/>
      <w:lvlText w:val="•"/>
      <w:lvlJc w:val="left"/>
      <w:pPr>
        <w:ind w:left="3021" w:hanging="217"/>
      </w:pPr>
      <w:rPr>
        <w:rFonts w:hint="default"/>
        <w:lang w:val="ru-RU" w:eastAsia="en-US" w:bidi="ar-SA"/>
      </w:rPr>
    </w:lvl>
    <w:lvl w:ilvl="3" w:tplc="6668434C">
      <w:numFmt w:val="bullet"/>
      <w:lvlText w:val="•"/>
      <w:lvlJc w:val="left"/>
      <w:pPr>
        <w:ind w:left="3922" w:hanging="217"/>
      </w:pPr>
      <w:rPr>
        <w:rFonts w:hint="default"/>
        <w:lang w:val="ru-RU" w:eastAsia="en-US" w:bidi="ar-SA"/>
      </w:rPr>
    </w:lvl>
    <w:lvl w:ilvl="4" w:tplc="313AFBA4">
      <w:numFmt w:val="bullet"/>
      <w:lvlText w:val="•"/>
      <w:lvlJc w:val="left"/>
      <w:pPr>
        <w:ind w:left="4823" w:hanging="217"/>
      </w:pPr>
      <w:rPr>
        <w:rFonts w:hint="default"/>
        <w:lang w:val="ru-RU" w:eastAsia="en-US" w:bidi="ar-SA"/>
      </w:rPr>
    </w:lvl>
    <w:lvl w:ilvl="5" w:tplc="6AA83348">
      <w:numFmt w:val="bullet"/>
      <w:lvlText w:val="•"/>
      <w:lvlJc w:val="left"/>
      <w:pPr>
        <w:ind w:left="5724" w:hanging="217"/>
      </w:pPr>
      <w:rPr>
        <w:rFonts w:hint="default"/>
        <w:lang w:val="ru-RU" w:eastAsia="en-US" w:bidi="ar-SA"/>
      </w:rPr>
    </w:lvl>
    <w:lvl w:ilvl="6" w:tplc="C55A9704">
      <w:numFmt w:val="bullet"/>
      <w:lvlText w:val="•"/>
      <w:lvlJc w:val="left"/>
      <w:pPr>
        <w:ind w:left="6625" w:hanging="217"/>
      </w:pPr>
      <w:rPr>
        <w:rFonts w:hint="default"/>
        <w:lang w:val="ru-RU" w:eastAsia="en-US" w:bidi="ar-SA"/>
      </w:rPr>
    </w:lvl>
    <w:lvl w:ilvl="7" w:tplc="032A9D88">
      <w:numFmt w:val="bullet"/>
      <w:lvlText w:val="•"/>
      <w:lvlJc w:val="left"/>
      <w:pPr>
        <w:ind w:left="7526" w:hanging="217"/>
      </w:pPr>
      <w:rPr>
        <w:rFonts w:hint="default"/>
        <w:lang w:val="ru-RU" w:eastAsia="en-US" w:bidi="ar-SA"/>
      </w:rPr>
    </w:lvl>
    <w:lvl w:ilvl="8" w:tplc="D108C25A">
      <w:numFmt w:val="bullet"/>
      <w:lvlText w:val="•"/>
      <w:lvlJc w:val="left"/>
      <w:pPr>
        <w:ind w:left="8427" w:hanging="217"/>
      </w:pPr>
      <w:rPr>
        <w:rFonts w:hint="default"/>
        <w:lang w:val="ru-RU" w:eastAsia="en-US" w:bidi="ar-SA"/>
      </w:rPr>
    </w:lvl>
  </w:abstractNum>
  <w:abstractNum w:abstractNumId="39">
    <w:nsid w:val="72A9144E"/>
    <w:multiLevelType w:val="multilevel"/>
    <w:tmpl w:val="B932484E"/>
    <w:lvl w:ilvl="0">
      <w:start w:val="1"/>
      <w:numFmt w:val="decimal"/>
      <w:lvlText w:val="%1."/>
      <w:lvlJc w:val="left"/>
      <w:pPr>
        <w:ind w:left="947" w:hanging="3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39" w:hanging="492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46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53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59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66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72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9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86" w:hanging="492"/>
      </w:pPr>
      <w:rPr>
        <w:rFonts w:hint="default"/>
        <w:lang w:val="ru-RU" w:eastAsia="en-US" w:bidi="ar-SA"/>
      </w:rPr>
    </w:lvl>
  </w:abstractNum>
  <w:abstractNum w:abstractNumId="40">
    <w:nsid w:val="73611F1E"/>
    <w:multiLevelType w:val="hybridMultilevel"/>
    <w:tmpl w:val="0D66401A"/>
    <w:lvl w:ilvl="0" w:tplc="A7F6191E">
      <w:start w:val="8"/>
      <w:numFmt w:val="decimal"/>
      <w:lvlText w:val="%1"/>
      <w:lvlJc w:val="left"/>
      <w:pPr>
        <w:ind w:left="346" w:hanging="216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E5E07610">
      <w:numFmt w:val="bullet"/>
      <w:lvlText w:val="•"/>
      <w:lvlJc w:val="left"/>
      <w:pPr>
        <w:ind w:left="1324" w:hanging="216"/>
      </w:pPr>
      <w:rPr>
        <w:rFonts w:hint="default"/>
        <w:lang w:val="ru-RU" w:eastAsia="en-US" w:bidi="ar-SA"/>
      </w:rPr>
    </w:lvl>
    <w:lvl w:ilvl="2" w:tplc="C1BE5236">
      <w:numFmt w:val="bullet"/>
      <w:lvlText w:val="•"/>
      <w:lvlJc w:val="left"/>
      <w:pPr>
        <w:ind w:left="2309" w:hanging="216"/>
      </w:pPr>
      <w:rPr>
        <w:rFonts w:hint="default"/>
        <w:lang w:val="ru-RU" w:eastAsia="en-US" w:bidi="ar-SA"/>
      </w:rPr>
    </w:lvl>
    <w:lvl w:ilvl="3" w:tplc="54C0AE70">
      <w:numFmt w:val="bullet"/>
      <w:lvlText w:val="•"/>
      <w:lvlJc w:val="left"/>
      <w:pPr>
        <w:ind w:left="3294" w:hanging="216"/>
      </w:pPr>
      <w:rPr>
        <w:rFonts w:hint="default"/>
        <w:lang w:val="ru-RU" w:eastAsia="en-US" w:bidi="ar-SA"/>
      </w:rPr>
    </w:lvl>
    <w:lvl w:ilvl="4" w:tplc="752E0974">
      <w:numFmt w:val="bullet"/>
      <w:lvlText w:val="•"/>
      <w:lvlJc w:val="left"/>
      <w:pPr>
        <w:ind w:left="4279" w:hanging="216"/>
      </w:pPr>
      <w:rPr>
        <w:rFonts w:hint="default"/>
        <w:lang w:val="ru-RU" w:eastAsia="en-US" w:bidi="ar-SA"/>
      </w:rPr>
    </w:lvl>
    <w:lvl w:ilvl="5" w:tplc="296C6978">
      <w:numFmt w:val="bullet"/>
      <w:lvlText w:val="•"/>
      <w:lvlJc w:val="left"/>
      <w:pPr>
        <w:ind w:left="5264" w:hanging="216"/>
      </w:pPr>
      <w:rPr>
        <w:rFonts w:hint="default"/>
        <w:lang w:val="ru-RU" w:eastAsia="en-US" w:bidi="ar-SA"/>
      </w:rPr>
    </w:lvl>
    <w:lvl w:ilvl="6" w:tplc="A20AC58E">
      <w:numFmt w:val="bullet"/>
      <w:lvlText w:val="•"/>
      <w:lvlJc w:val="left"/>
      <w:pPr>
        <w:ind w:left="6249" w:hanging="216"/>
      </w:pPr>
      <w:rPr>
        <w:rFonts w:hint="default"/>
        <w:lang w:val="ru-RU" w:eastAsia="en-US" w:bidi="ar-SA"/>
      </w:rPr>
    </w:lvl>
    <w:lvl w:ilvl="7" w:tplc="53FA3774">
      <w:numFmt w:val="bullet"/>
      <w:lvlText w:val="•"/>
      <w:lvlJc w:val="left"/>
      <w:pPr>
        <w:ind w:left="7234" w:hanging="216"/>
      </w:pPr>
      <w:rPr>
        <w:rFonts w:hint="default"/>
        <w:lang w:val="ru-RU" w:eastAsia="en-US" w:bidi="ar-SA"/>
      </w:rPr>
    </w:lvl>
    <w:lvl w:ilvl="8" w:tplc="A80EBDEE">
      <w:numFmt w:val="bullet"/>
      <w:lvlText w:val="•"/>
      <w:lvlJc w:val="left"/>
      <w:pPr>
        <w:ind w:left="8219" w:hanging="216"/>
      </w:pPr>
      <w:rPr>
        <w:rFonts w:hint="default"/>
        <w:lang w:val="ru-RU" w:eastAsia="en-US" w:bidi="ar-SA"/>
      </w:rPr>
    </w:lvl>
  </w:abstractNum>
  <w:abstractNum w:abstractNumId="41">
    <w:nsid w:val="73682D33"/>
    <w:multiLevelType w:val="multilevel"/>
    <w:tmpl w:val="6F8CF03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66541CC"/>
    <w:multiLevelType w:val="multilevel"/>
    <w:tmpl w:val="06DEF6A0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C3C6D7A"/>
    <w:multiLevelType w:val="hybridMultilevel"/>
    <w:tmpl w:val="56929428"/>
    <w:lvl w:ilvl="0" w:tplc="57E462DC">
      <w:start w:val="5"/>
      <w:numFmt w:val="decimal"/>
      <w:lvlText w:val="%1"/>
      <w:lvlJc w:val="left"/>
      <w:pPr>
        <w:ind w:left="1216" w:hanging="21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6EE9098">
      <w:numFmt w:val="bullet"/>
      <w:lvlText w:val="•"/>
      <w:lvlJc w:val="left"/>
      <w:pPr>
        <w:ind w:left="2120" w:hanging="216"/>
      </w:pPr>
      <w:rPr>
        <w:rFonts w:hint="default"/>
        <w:lang w:val="ru-RU" w:eastAsia="en-US" w:bidi="ar-SA"/>
      </w:rPr>
    </w:lvl>
    <w:lvl w:ilvl="2" w:tplc="9B4E8E44">
      <w:numFmt w:val="bullet"/>
      <w:lvlText w:val="•"/>
      <w:lvlJc w:val="left"/>
      <w:pPr>
        <w:ind w:left="3021" w:hanging="216"/>
      </w:pPr>
      <w:rPr>
        <w:rFonts w:hint="default"/>
        <w:lang w:val="ru-RU" w:eastAsia="en-US" w:bidi="ar-SA"/>
      </w:rPr>
    </w:lvl>
    <w:lvl w:ilvl="3" w:tplc="6E4A8596">
      <w:numFmt w:val="bullet"/>
      <w:lvlText w:val="•"/>
      <w:lvlJc w:val="left"/>
      <w:pPr>
        <w:ind w:left="3922" w:hanging="216"/>
      </w:pPr>
      <w:rPr>
        <w:rFonts w:hint="default"/>
        <w:lang w:val="ru-RU" w:eastAsia="en-US" w:bidi="ar-SA"/>
      </w:rPr>
    </w:lvl>
    <w:lvl w:ilvl="4" w:tplc="3F787380">
      <w:numFmt w:val="bullet"/>
      <w:lvlText w:val="•"/>
      <w:lvlJc w:val="left"/>
      <w:pPr>
        <w:ind w:left="4823" w:hanging="216"/>
      </w:pPr>
      <w:rPr>
        <w:rFonts w:hint="default"/>
        <w:lang w:val="ru-RU" w:eastAsia="en-US" w:bidi="ar-SA"/>
      </w:rPr>
    </w:lvl>
    <w:lvl w:ilvl="5" w:tplc="6C988B9A">
      <w:numFmt w:val="bullet"/>
      <w:lvlText w:val="•"/>
      <w:lvlJc w:val="left"/>
      <w:pPr>
        <w:ind w:left="5724" w:hanging="216"/>
      </w:pPr>
      <w:rPr>
        <w:rFonts w:hint="default"/>
        <w:lang w:val="ru-RU" w:eastAsia="en-US" w:bidi="ar-SA"/>
      </w:rPr>
    </w:lvl>
    <w:lvl w:ilvl="6" w:tplc="25A0EBD4">
      <w:numFmt w:val="bullet"/>
      <w:lvlText w:val="•"/>
      <w:lvlJc w:val="left"/>
      <w:pPr>
        <w:ind w:left="6625" w:hanging="216"/>
      </w:pPr>
      <w:rPr>
        <w:rFonts w:hint="default"/>
        <w:lang w:val="ru-RU" w:eastAsia="en-US" w:bidi="ar-SA"/>
      </w:rPr>
    </w:lvl>
    <w:lvl w:ilvl="7" w:tplc="D7EE787A">
      <w:numFmt w:val="bullet"/>
      <w:lvlText w:val="•"/>
      <w:lvlJc w:val="left"/>
      <w:pPr>
        <w:ind w:left="7526" w:hanging="216"/>
      </w:pPr>
      <w:rPr>
        <w:rFonts w:hint="default"/>
        <w:lang w:val="ru-RU" w:eastAsia="en-US" w:bidi="ar-SA"/>
      </w:rPr>
    </w:lvl>
    <w:lvl w:ilvl="8" w:tplc="59825FB0">
      <w:numFmt w:val="bullet"/>
      <w:lvlText w:val="•"/>
      <w:lvlJc w:val="left"/>
      <w:pPr>
        <w:ind w:left="8427" w:hanging="216"/>
      </w:pPr>
      <w:rPr>
        <w:rFonts w:hint="default"/>
        <w:lang w:val="ru-RU" w:eastAsia="en-US" w:bidi="ar-SA"/>
      </w:rPr>
    </w:lvl>
  </w:abstractNum>
  <w:num w:numId="1">
    <w:abstractNumId w:val="20"/>
  </w:num>
  <w:num w:numId="2">
    <w:abstractNumId w:val="33"/>
  </w:num>
  <w:num w:numId="3">
    <w:abstractNumId w:val="26"/>
  </w:num>
  <w:num w:numId="4">
    <w:abstractNumId w:val="39"/>
  </w:num>
  <w:num w:numId="5">
    <w:abstractNumId w:val="9"/>
  </w:num>
  <w:num w:numId="6">
    <w:abstractNumId w:val="10"/>
  </w:num>
  <w:num w:numId="7">
    <w:abstractNumId w:val="15"/>
  </w:num>
  <w:num w:numId="8">
    <w:abstractNumId w:val="25"/>
  </w:num>
  <w:num w:numId="9">
    <w:abstractNumId w:val="34"/>
  </w:num>
  <w:num w:numId="10">
    <w:abstractNumId w:val="22"/>
  </w:num>
  <w:num w:numId="11">
    <w:abstractNumId w:val="40"/>
  </w:num>
  <w:num w:numId="12">
    <w:abstractNumId w:val="30"/>
  </w:num>
  <w:num w:numId="13">
    <w:abstractNumId w:val="28"/>
  </w:num>
  <w:num w:numId="14">
    <w:abstractNumId w:val="17"/>
  </w:num>
  <w:num w:numId="15">
    <w:abstractNumId w:val="31"/>
  </w:num>
  <w:num w:numId="16">
    <w:abstractNumId w:val="18"/>
  </w:num>
  <w:num w:numId="17">
    <w:abstractNumId w:val="14"/>
  </w:num>
  <w:num w:numId="18">
    <w:abstractNumId w:val="19"/>
  </w:num>
  <w:num w:numId="19">
    <w:abstractNumId w:val="32"/>
  </w:num>
  <w:num w:numId="20">
    <w:abstractNumId w:val="35"/>
  </w:num>
  <w:num w:numId="21">
    <w:abstractNumId w:val="38"/>
  </w:num>
  <w:num w:numId="22">
    <w:abstractNumId w:val="24"/>
  </w:num>
  <w:num w:numId="23">
    <w:abstractNumId w:val="43"/>
  </w:num>
  <w:num w:numId="24">
    <w:abstractNumId w:val="41"/>
  </w:num>
  <w:num w:numId="25">
    <w:abstractNumId w:val="13"/>
  </w:num>
  <w:num w:numId="26">
    <w:abstractNumId w:val="36"/>
  </w:num>
  <w:num w:numId="27">
    <w:abstractNumId w:val="16"/>
  </w:num>
  <w:num w:numId="28">
    <w:abstractNumId w:val="42"/>
  </w:num>
  <w:num w:numId="29">
    <w:abstractNumId w:val="11"/>
  </w:num>
  <w:num w:numId="30">
    <w:abstractNumId w:val="21"/>
  </w:num>
  <w:num w:numId="31">
    <w:abstractNumId w:val="27"/>
  </w:num>
  <w:num w:numId="32">
    <w:abstractNumId w:val="37"/>
  </w:num>
  <w:num w:numId="33">
    <w:abstractNumId w:val="12"/>
  </w:num>
  <w:num w:numId="34">
    <w:abstractNumId w:val="23"/>
  </w:num>
  <w:num w:numId="35">
    <w:abstractNumId w:val="8"/>
  </w:num>
  <w:num w:numId="36">
    <w:abstractNumId w:val="6"/>
  </w:num>
  <w:num w:numId="37">
    <w:abstractNumId w:val="5"/>
  </w:num>
  <w:num w:numId="38">
    <w:abstractNumId w:val="4"/>
  </w:num>
  <w:num w:numId="39">
    <w:abstractNumId w:val="7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B34"/>
    <w:rsid w:val="000E24B7"/>
    <w:rsid w:val="001C6506"/>
    <w:rsid w:val="001C7D62"/>
    <w:rsid w:val="001E2942"/>
    <w:rsid w:val="001F3CA3"/>
    <w:rsid w:val="005C01FD"/>
    <w:rsid w:val="007545D5"/>
    <w:rsid w:val="007E5438"/>
    <w:rsid w:val="009A25A2"/>
    <w:rsid w:val="00AF1E1C"/>
    <w:rsid w:val="00B31A88"/>
    <w:rsid w:val="00CA1A93"/>
    <w:rsid w:val="00CA52E7"/>
    <w:rsid w:val="00D40B34"/>
    <w:rsid w:val="00DA41B8"/>
    <w:rsid w:val="00EC0217"/>
    <w:rsid w:val="00FA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uiPriority w:val="1"/>
    <w:qFormat/>
    <w:rsid w:val="005C01F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1">
    <w:name w:val="heading 1"/>
    <w:basedOn w:val="a1"/>
    <w:link w:val="12"/>
    <w:uiPriority w:val="9"/>
    <w:qFormat/>
    <w:rsid w:val="005C01FD"/>
    <w:pPr>
      <w:ind w:left="946"/>
      <w:outlineLvl w:val="0"/>
    </w:pPr>
    <w:rPr>
      <w:b/>
      <w:bCs/>
      <w:sz w:val="28"/>
      <w:szCs w:val="28"/>
    </w:rPr>
  </w:style>
  <w:style w:type="paragraph" w:styleId="20">
    <w:name w:val="heading 2"/>
    <w:basedOn w:val="a1"/>
    <w:next w:val="a1"/>
    <w:link w:val="22"/>
    <w:uiPriority w:val="9"/>
    <w:unhideWhenUsed/>
    <w:qFormat/>
    <w:rsid w:val="005C01F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en-US"/>
    </w:rPr>
  </w:style>
  <w:style w:type="paragraph" w:styleId="30">
    <w:name w:val="heading 3"/>
    <w:basedOn w:val="a1"/>
    <w:next w:val="a1"/>
    <w:link w:val="32"/>
    <w:uiPriority w:val="9"/>
    <w:unhideWhenUsed/>
    <w:qFormat/>
    <w:rsid w:val="005C01FD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en-US"/>
    </w:rPr>
  </w:style>
  <w:style w:type="paragraph" w:styleId="4">
    <w:name w:val="heading 4"/>
    <w:basedOn w:val="a1"/>
    <w:next w:val="a1"/>
    <w:link w:val="40"/>
    <w:uiPriority w:val="9"/>
    <w:unhideWhenUsed/>
    <w:qFormat/>
    <w:rsid w:val="005C01F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en-US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7E5438"/>
    <w:pPr>
      <w:keepNext/>
      <w:keepLines/>
      <w:widowControl/>
      <w:autoSpaceDE/>
      <w:autoSpaceDN/>
      <w:spacing w:before="40" w:line="259" w:lineRule="auto"/>
      <w:outlineLvl w:val="4"/>
    </w:pPr>
    <w:rPr>
      <w:rFonts w:ascii="Calibri" w:eastAsia="MS Gothic" w:hAnsi="Calibri"/>
      <w:color w:val="243F6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7E5438"/>
    <w:pPr>
      <w:keepNext/>
      <w:keepLines/>
      <w:widowControl/>
      <w:autoSpaceDE/>
      <w:autoSpaceDN/>
      <w:spacing w:before="40" w:line="259" w:lineRule="auto"/>
      <w:outlineLvl w:val="5"/>
    </w:pPr>
    <w:rPr>
      <w:rFonts w:ascii="Calibri" w:eastAsia="MS Gothic" w:hAnsi="Calibri"/>
      <w:i/>
      <w:iCs/>
      <w:color w:val="243F6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7E5438"/>
    <w:pPr>
      <w:keepNext/>
      <w:keepLines/>
      <w:widowControl/>
      <w:autoSpaceDE/>
      <w:autoSpaceDN/>
      <w:spacing w:before="40" w:line="259" w:lineRule="auto"/>
      <w:outlineLvl w:val="6"/>
    </w:pPr>
    <w:rPr>
      <w:rFonts w:ascii="Calibri" w:eastAsia="MS Gothic" w:hAnsi="Calibri"/>
      <w:i/>
      <w:iCs/>
      <w:color w:val="40404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7E5438"/>
    <w:pPr>
      <w:keepNext/>
      <w:keepLines/>
      <w:widowControl/>
      <w:autoSpaceDE/>
      <w:autoSpaceDN/>
      <w:spacing w:before="40" w:line="259" w:lineRule="auto"/>
      <w:outlineLvl w:val="7"/>
    </w:pPr>
    <w:rPr>
      <w:rFonts w:ascii="Calibri" w:eastAsia="MS Gothic" w:hAnsi="Calibri"/>
      <w:color w:val="4F81BD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7E5438"/>
    <w:pPr>
      <w:keepNext/>
      <w:keepLines/>
      <w:widowControl/>
      <w:autoSpaceDE/>
      <w:autoSpaceDN/>
      <w:spacing w:before="40" w:line="259" w:lineRule="auto"/>
      <w:outlineLvl w:val="8"/>
    </w:pPr>
    <w:rPr>
      <w:rFonts w:ascii="Calibri" w:eastAsia="MS Gothic" w:hAnsi="Calibri"/>
      <w:i/>
      <w:iCs/>
      <w:color w:val="404040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"/>
    <w:basedOn w:val="a2"/>
    <w:link w:val="11"/>
    <w:uiPriority w:val="9"/>
    <w:rsid w:val="005C01F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2">
    <w:name w:val="Заголовок 2 Знак"/>
    <w:basedOn w:val="a2"/>
    <w:link w:val="20"/>
    <w:uiPriority w:val="9"/>
    <w:rsid w:val="005C01FD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32">
    <w:name w:val="Заголовок 3 Знак"/>
    <w:basedOn w:val="a2"/>
    <w:link w:val="30"/>
    <w:uiPriority w:val="9"/>
    <w:rsid w:val="005C01FD"/>
    <w:rPr>
      <w:rFonts w:ascii="Cambria" w:eastAsia="Times New Roman" w:hAnsi="Cambria" w:cs="Times New Roman"/>
      <w:b/>
      <w:bCs/>
      <w:color w:val="4F81BD"/>
      <w:lang w:val="en-US"/>
    </w:rPr>
  </w:style>
  <w:style w:type="character" w:customStyle="1" w:styleId="40">
    <w:name w:val="Заголовок 4 Знак"/>
    <w:basedOn w:val="a2"/>
    <w:link w:val="4"/>
    <w:uiPriority w:val="9"/>
    <w:rsid w:val="005C01FD"/>
    <w:rPr>
      <w:rFonts w:ascii="Cambria" w:eastAsia="Times New Roman" w:hAnsi="Cambria" w:cs="Times New Roman"/>
      <w:b/>
      <w:bCs/>
      <w:i/>
      <w:iCs/>
      <w:color w:val="4F81BD"/>
      <w:lang w:val="en-US"/>
    </w:rPr>
  </w:style>
  <w:style w:type="table" w:customStyle="1" w:styleId="TableNormal">
    <w:name w:val="Table Normal"/>
    <w:uiPriority w:val="2"/>
    <w:semiHidden/>
    <w:unhideWhenUsed/>
    <w:qFormat/>
    <w:rsid w:val="005C01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1"/>
    <w:link w:val="a6"/>
    <w:uiPriority w:val="99"/>
    <w:qFormat/>
    <w:rsid w:val="005C01FD"/>
    <w:rPr>
      <w:sz w:val="28"/>
      <w:szCs w:val="28"/>
    </w:rPr>
  </w:style>
  <w:style w:type="character" w:customStyle="1" w:styleId="a6">
    <w:name w:val="Основной текст Знак"/>
    <w:basedOn w:val="a2"/>
    <w:link w:val="a5"/>
    <w:uiPriority w:val="99"/>
    <w:rsid w:val="005C01FD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Title"/>
    <w:basedOn w:val="a1"/>
    <w:link w:val="a8"/>
    <w:uiPriority w:val="10"/>
    <w:qFormat/>
    <w:rsid w:val="005C01FD"/>
    <w:pPr>
      <w:ind w:left="860" w:right="1406"/>
      <w:jc w:val="center"/>
    </w:pPr>
    <w:rPr>
      <w:b/>
      <w:bCs/>
      <w:sz w:val="72"/>
      <w:szCs w:val="72"/>
    </w:rPr>
  </w:style>
  <w:style w:type="character" w:customStyle="1" w:styleId="a8">
    <w:name w:val="Название Знак"/>
    <w:basedOn w:val="a2"/>
    <w:link w:val="a7"/>
    <w:uiPriority w:val="10"/>
    <w:rsid w:val="005C01FD"/>
    <w:rPr>
      <w:rFonts w:ascii="Times New Roman" w:eastAsia="Times New Roman" w:hAnsi="Times New Roman" w:cs="Times New Roman"/>
      <w:b/>
      <w:bCs/>
      <w:sz w:val="72"/>
      <w:szCs w:val="72"/>
    </w:rPr>
  </w:style>
  <w:style w:type="paragraph" w:styleId="a9">
    <w:name w:val="List Paragraph"/>
    <w:basedOn w:val="a1"/>
    <w:uiPriority w:val="34"/>
    <w:qFormat/>
    <w:rsid w:val="005C01FD"/>
    <w:pPr>
      <w:ind w:left="946" w:hanging="360"/>
      <w:jc w:val="both"/>
    </w:pPr>
  </w:style>
  <w:style w:type="paragraph" w:customStyle="1" w:styleId="TableParagraph">
    <w:name w:val="Table Paragraph"/>
    <w:basedOn w:val="a1"/>
    <w:uiPriority w:val="1"/>
    <w:qFormat/>
    <w:rsid w:val="005C01FD"/>
    <w:rPr>
      <w:rFonts w:ascii="Cambria" w:eastAsia="Cambria" w:hAnsi="Cambria" w:cs="Cambria"/>
    </w:rPr>
  </w:style>
  <w:style w:type="paragraph" w:styleId="aa">
    <w:name w:val="header"/>
    <w:basedOn w:val="a1"/>
    <w:link w:val="ab"/>
    <w:uiPriority w:val="99"/>
    <w:unhideWhenUsed/>
    <w:rsid w:val="005C01F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uiPriority w:val="99"/>
    <w:rsid w:val="005C01FD"/>
    <w:rPr>
      <w:rFonts w:ascii="Times New Roman" w:eastAsia="Times New Roman" w:hAnsi="Times New Roman" w:cs="Times New Roman"/>
    </w:rPr>
  </w:style>
  <w:style w:type="paragraph" w:styleId="ac">
    <w:name w:val="footer"/>
    <w:basedOn w:val="a1"/>
    <w:link w:val="ad"/>
    <w:uiPriority w:val="99"/>
    <w:unhideWhenUsed/>
    <w:rsid w:val="005C01F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2"/>
    <w:link w:val="ac"/>
    <w:uiPriority w:val="99"/>
    <w:rsid w:val="005C01FD"/>
    <w:rPr>
      <w:rFonts w:ascii="Times New Roman" w:eastAsia="Times New Roman" w:hAnsi="Times New Roman" w:cs="Times New Roman"/>
    </w:rPr>
  </w:style>
  <w:style w:type="paragraph" w:styleId="13">
    <w:name w:val="toc 1"/>
    <w:basedOn w:val="a1"/>
    <w:uiPriority w:val="1"/>
    <w:qFormat/>
    <w:rsid w:val="005C01FD"/>
    <w:pPr>
      <w:spacing w:before="53"/>
      <w:ind w:left="150"/>
    </w:pPr>
    <w:rPr>
      <w:b/>
      <w:bCs/>
      <w:sz w:val="28"/>
      <w:szCs w:val="28"/>
    </w:rPr>
  </w:style>
  <w:style w:type="paragraph" w:styleId="23">
    <w:name w:val="toc 2"/>
    <w:basedOn w:val="a1"/>
    <w:uiPriority w:val="1"/>
    <w:qFormat/>
    <w:rsid w:val="005C01FD"/>
    <w:pPr>
      <w:spacing w:before="125"/>
      <w:ind w:left="576"/>
    </w:pPr>
    <w:rPr>
      <w:sz w:val="28"/>
      <w:szCs w:val="28"/>
    </w:rPr>
  </w:style>
  <w:style w:type="paragraph" w:styleId="33">
    <w:name w:val="toc 3"/>
    <w:basedOn w:val="a1"/>
    <w:uiPriority w:val="1"/>
    <w:qFormat/>
    <w:rsid w:val="005C01FD"/>
    <w:pPr>
      <w:spacing w:before="125"/>
      <w:ind w:left="1216" w:hanging="217"/>
    </w:pPr>
    <w:rPr>
      <w:sz w:val="28"/>
      <w:szCs w:val="28"/>
    </w:rPr>
  </w:style>
  <w:style w:type="paragraph" w:styleId="ae">
    <w:name w:val="Balloon Text"/>
    <w:basedOn w:val="a1"/>
    <w:link w:val="af"/>
    <w:uiPriority w:val="99"/>
    <w:semiHidden/>
    <w:unhideWhenUsed/>
    <w:rsid w:val="005C01F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semiHidden/>
    <w:rsid w:val="005C01FD"/>
    <w:rPr>
      <w:rFonts w:ascii="Tahoma" w:eastAsia="Times New Roman" w:hAnsi="Tahoma" w:cs="Tahoma"/>
      <w:sz w:val="16"/>
      <w:szCs w:val="16"/>
    </w:rPr>
  </w:style>
  <w:style w:type="numbering" w:customStyle="1" w:styleId="14">
    <w:name w:val="Нет списка1"/>
    <w:next w:val="a4"/>
    <w:uiPriority w:val="99"/>
    <w:semiHidden/>
    <w:unhideWhenUsed/>
    <w:rsid w:val="005C01FD"/>
  </w:style>
  <w:style w:type="table" w:customStyle="1" w:styleId="TableNormal1">
    <w:name w:val="Table Normal1"/>
    <w:uiPriority w:val="2"/>
    <w:semiHidden/>
    <w:unhideWhenUsed/>
    <w:qFormat/>
    <w:rsid w:val="005C01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5C01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1">
    <w:name w:val="Заголовок 21"/>
    <w:basedOn w:val="a1"/>
    <w:next w:val="a1"/>
    <w:uiPriority w:val="9"/>
    <w:unhideWhenUsed/>
    <w:qFormat/>
    <w:rsid w:val="005C01FD"/>
    <w:pPr>
      <w:keepNext/>
      <w:keepLines/>
      <w:widowControl/>
      <w:autoSpaceDE/>
      <w:autoSpaceDN/>
      <w:spacing w:before="200" w:after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en-US"/>
    </w:rPr>
  </w:style>
  <w:style w:type="paragraph" w:customStyle="1" w:styleId="311">
    <w:name w:val="Заголовок 31"/>
    <w:basedOn w:val="a1"/>
    <w:next w:val="a1"/>
    <w:uiPriority w:val="9"/>
    <w:unhideWhenUsed/>
    <w:qFormat/>
    <w:rsid w:val="005C01FD"/>
    <w:pPr>
      <w:keepNext/>
      <w:keepLines/>
      <w:widowControl/>
      <w:autoSpaceDE/>
      <w:autoSpaceDN/>
      <w:spacing w:before="200" w:after="200" w:line="276" w:lineRule="auto"/>
      <w:outlineLvl w:val="2"/>
    </w:pPr>
    <w:rPr>
      <w:rFonts w:ascii="Cambria" w:hAnsi="Cambria"/>
      <w:b/>
      <w:bCs/>
      <w:color w:val="4F81BD"/>
      <w:lang w:val="en-US"/>
    </w:rPr>
  </w:style>
  <w:style w:type="paragraph" w:customStyle="1" w:styleId="41">
    <w:name w:val="Заголовок 41"/>
    <w:basedOn w:val="a1"/>
    <w:next w:val="a1"/>
    <w:uiPriority w:val="9"/>
    <w:unhideWhenUsed/>
    <w:qFormat/>
    <w:rsid w:val="005C01FD"/>
    <w:pPr>
      <w:keepNext/>
      <w:keepLines/>
      <w:widowControl/>
      <w:autoSpaceDE/>
      <w:autoSpaceDN/>
      <w:spacing w:before="200" w:after="200" w:line="276" w:lineRule="auto"/>
      <w:outlineLvl w:val="3"/>
    </w:pPr>
    <w:rPr>
      <w:rFonts w:ascii="Cambria" w:hAnsi="Cambria"/>
      <w:b/>
      <w:bCs/>
      <w:i/>
      <w:iCs/>
      <w:color w:val="4F81BD"/>
      <w:lang w:val="en-US"/>
    </w:rPr>
  </w:style>
  <w:style w:type="numbering" w:customStyle="1" w:styleId="24">
    <w:name w:val="Нет списка2"/>
    <w:next w:val="a4"/>
    <w:uiPriority w:val="99"/>
    <w:semiHidden/>
    <w:unhideWhenUsed/>
    <w:rsid w:val="005C01FD"/>
  </w:style>
  <w:style w:type="paragraph" w:customStyle="1" w:styleId="15">
    <w:name w:val="Обычный отступ1"/>
    <w:basedOn w:val="a1"/>
    <w:next w:val="af0"/>
    <w:uiPriority w:val="99"/>
    <w:unhideWhenUsed/>
    <w:rsid w:val="005C01FD"/>
    <w:pPr>
      <w:widowControl/>
      <w:autoSpaceDE/>
      <w:autoSpaceDN/>
      <w:spacing w:after="200" w:line="276" w:lineRule="auto"/>
      <w:ind w:left="720"/>
    </w:pPr>
    <w:rPr>
      <w:rFonts w:ascii="Calibri" w:eastAsia="Calibri" w:hAnsi="Calibri"/>
      <w:lang w:val="en-US"/>
    </w:rPr>
  </w:style>
  <w:style w:type="paragraph" w:customStyle="1" w:styleId="16">
    <w:name w:val="Подзаголовок1"/>
    <w:basedOn w:val="a1"/>
    <w:next w:val="a1"/>
    <w:uiPriority w:val="11"/>
    <w:qFormat/>
    <w:rsid w:val="005C01FD"/>
    <w:pPr>
      <w:widowControl/>
      <w:numPr>
        <w:ilvl w:val="1"/>
      </w:numPr>
      <w:autoSpaceDE/>
      <w:autoSpaceDN/>
      <w:spacing w:after="200" w:line="276" w:lineRule="auto"/>
      <w:ind w:left="86"/>
    </w:pPr>
    <w:rPr>
      <w:rFonts w:ascii="Cambria" w:hAnsi="Cambria"/>
      <w:i/>
      <w:iCs/>
      <w:color w:val="4F81BD"/>
      <w:spacing w:val="15"/>
      <w:sz w:val="24"/>
      <w:szCs w:val="24"/>
      <w:lang w:val="en-US"/>
    </w:rPr>
  </w:style>
  <w:style w:type="character" w:customStyle="1" w:styleId="af1">
    <w:name w:val="Подзаголовок Знак"/>
    <w:basedOn w:val="a2"/>
    <w:link w:val="af2"/>
    <w:uiPriority w:val="11"/>
    <w:rsid w:val="005C01F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af3">
    <w:name w:val="Emphasis"/>
    <w:basedOn w:val="a2"/>
    <w:uiPriority w:val="20"/>
    <w:qFormat/>
    <w:rsid w:val="005C01FD"/>
    <w:rPr>
      <w:i/>
      <w:iCs/>
    </w:rPr>
  </w:style>
  <w:style w:type="character" w:customStyle="1" w:styleId="17">
    <w:name w:val="Гиперссылка1"/>
    <w:basedOn w:val="a2"/>
    <w:uiPriority w:val="99"/>
    <w:unhideWhenUsed/>
    <w:rsid w:val="005C01FD"/>
    <w:rPr>
      <w:color w:val="0000FF"/>
      <w:u w:val="single"/>
    </w:rPr>
  </w:style>
  <w:style w:type="table" w:customStyle="1" w:styleId="18">
    <w:name w:val="Сетка таблицы1"/>
    <w:basedOn w:val="a3"/>
    <w:next w:val="af4"/>
    <w:uiPriority w:val="59"/>
    <w:rsid w:val="005C01F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Название объекта1"/>
    <w:basedOn w:val="a1"/>
    <w:next w:val="a1"/>
    <w:uiPriority w:val="35"/>
    <w:semiHidden/>
    <w:unhideWhenUsed/>
    <w:qFormat/>
    <w:rsid w:val="005C01FD"/>
    <w:pPr>
      <w:widowControl/>
      <w:autoSpaceDE/>
      <w:autoSpaceDN/>
      <w:spacing w:after="200"/>
    </w:pPr>
    <w:rPr>
      <w:rFonts w:ascii="Calibri" w:eastAsia="Calibri" w:hAnsi="Calibri"/>
      <w:b/>
      <w:bCs/>
      <w:color w:val="4F81BD"/>
      <w:sz w:val="18"/>
      <w:szCs w:val="18"/>
      <w:lang w:val="en-US"/>
    </w:rPr>
  </w:style>
  <w:style w:type="character" w:customStyle="1" w:styleId="1a">
    <w:name w:val="Просмотренная гиперссылка1"/>
    <w:basedOn w:val="a2"/>
    <w:uiPriority w:val="99"/>
    <w:semiHidden/>
    <w:unhideWhenUsed/>
    <w:rsid w:val="005C01FD"/>
    <w:rPr>
      <w:color w:val="800080"/>
      <w:u w:val="single"/>
    </w:rPr>
  </w:style>
  <w:style w:type="character" w:customStyle="1" w:styleId="212">
    <w:name w:val="Заголовок 2 Знак1"/>
    <w:basedOn w:val="a2"/>
    <w:uiPriority w:val="9"/>
    <w:semiHidden/>
    <w:rsid w:val="005C01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12">
    <w:name w:val="Заголовок 3 Знак1"/>
    <w:basedOn w:val="a2"/>
    <w:uiPriority w:val="9"/>
    <w:semiHidden/>
    <w:rsid w:val="005C01FD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410">
    <w:name w:val="Заголовок 4 Знак1"/>
    <w:basedOn w:val="a2"/>
    <w:uiPriority w:val="9"/>
    <w:semiHidden/>
    <w:rsid w:val="005C01FD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paragraph" w:styleId="af0">
    <w:name w:val="Normal Indent"/>
    <w:basedOn w:val="a1"/>
    <w:uiPriority w:val="99"/>
    <w:unhideWhenUsed/>
    <w:rsid w:val="005C01FD"/>
    <w:pPr>
      <w:ind w:left="708"/>
    </w:pPr>
  </w:style>
  <w:style w:type="paragraph" w:styleId="af2">
    <w:name w:val="Subtitle"/>
    <w:basedOn w:val="a1"/>
    <w:next w:val="a1"/>
    <w:link w:val="af1"/>
    <w:uiPriority w:val="11"/>
    <w:qFormat/>
    <w:rsid w:val="005C01FD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1b">
    <w:name w:val="Подзаголовок Знак1"/>
    <w:basedOn w:val="a2"/>
    <w:uiPriority w:val="11"/>
    <w:rsid w:val="005C01F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5">
    <w:name w:val="Hyperlink"/>
    <w:basedOn w:val="a2"/>
    <w:uiPriority w:val="99"/>
    <w:unhideWhenUsed/>
    <w:rsid w:val="005C01FD"/>
    <w:rPr>
      <w:color w:val="0000FF" w:themeColor="hyperlink"/>
      <w:u w:val="single"/>
    </w:rPr>
  </w:style>
  <w:style w:type="table" w:styleId="af4">
    <w:name w:val="Table Grid"/>
    <w:basedOn w:val="a3"/>
    <w:uiPriority w:val="59"/>
    <w:rsid w:val="005C01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FollowedHyperlink"/>
    <w:basedOn w:val="a2"/>
    <w:uiPriority w:val="99"/>
    <w:semiHidden/>
    <w:unhideWhenUsed/>
    <w:rsid w:val="005C01FD"/>
    <w:rPr>
      <w:color w:val="800080" w:themeColor="followedHyperlink"/>
      <w:u w:val="single"/>
    </w:rPr>
  </w:style>
  <w:style w:type="paragraph" w:styleId="af7">
    <w:name w:val="caption"/>
    <w:basedOn w:val="a1"/>
    <w:next w:val="a1"/>
    <w:uiPriority w:val="35"/>
    <w:semiHidden/>
    <w:unhideWhenUsed/>
    <w:qFormat/>
    <w:rsid w:val="005C01FD"/>
    <w:pPr>
      <w:widowControl/>
      <w:autoSpaceDE/>
      <w:autoSpaceDN/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US"/>
    </w:rPr>
  </w:style>
  <w:style w:type="character" w:customStyle="1" w:styleId="50">
    <w:name w:val="Заголовок 5 Знак"/>
    <w:basedOn w:val="a2"/>
    <w:link w:val="5"/>
    <w:uiPriority w:val="9"/>
    <w:semiHidden/>
    <w:rsid w:val="007E5438"/>
    <w:rPr>
      <w:rFonts w:ascii="Calibri" w:eastAsia="MS Gothic" w:hAnsi="Calibri" w:cs="Times New Roman"/>
      <w:color w:val="243F60"/>
    </w:rPr>
  </w:style>
  <w:style w:type="character" w:customStyle="1" w:styleId="60">
    <w:name w:val="Заголовок 6 Знак"/>
    <w:basedOn w:val="a2"/>
    <w:link w:val="6"/>
    <w:uiPriority w:val="9"/>
    <w:semiHidden/>
    <w:rsid w:val="007E5438"/>
    <w:rPr>
      <w:rFonts w:ascii="Calibri" w:eastAsia="MS Gothic" w:hAnsi="Calibri" w:cs="Times New Roman"/>
      <w:i/>
      <w:iCs/>
      <w:color w:val="243F60"/>
    </w:rPr>
  </w:style>
  <w:style w:type="character" w:customStyle="1" w:styleId="70">
    <w:name w:val="Заголовок 7 Знак"/>
    <w:basedOn w:val="a2"/>
    <w:link w:val="7"/>
    <w:uiPriority w:val="9"/>
    <w:semiHidden/>
    <w:rsid w:val="007E5438"/>
    <w:rPr>
      <w:rFonts w:ascii="Calibri" w:eastAsia="MS Gothic" w:hAnsi="Calibri" w:cs="Times New Roman"/>
      <w:i/>
      <w:iCs/>
      <w:color w:val="404040"/>
    </w:rPr>
  </w:style>
  <w:style w:type="character" w:customStyle="1" w:styleId="80">
    <w:name w:val="Заголовок 8 Знак"/>
    <w:basedOn w:val="a2"/>
    <w:link w:val="8"/>
    <w:uiPriority w:val="9"/>
    <w:semiHidden/>
    <w:rsid w:val="007E5438"/>
    <w:rPr>
      <w:rFonts w:ascii="Calibri" w:eastAsia="MS Gothic" w:hAnsi="Calibri" w:cs="Times New Roman"/>
      <w:color w:val="4F81BD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7E5438"/>
    <w:rPr>
      <w:rFonts w:ascii="Calibri" w:eastAsia="MS Gothic" w:hAnsi="Calibri" w:cs="Times New Roman"/>
      <w:i/>
      <w:iCs/>
      <w:color w:val="404040"/>
      <w:sz w:val="20"/>
      <w:szCs w:val="20"/>
    </w:rPr>
  </w:style>
  <w:style w:type="numbering" w:customStyle="1" w:styleId="34">
    <w:name w:val="Нет списка3"/>
    <w:next w:val="a4"/>
    <w:uiPriority w:val="99"/>
    <w:semiHidden/>
    <w:unhideWhenUsed/>
    <w:rsid w:val="007E5438"/>
  </w:style>
  <w:style w:type="numbering" w:customStyle="1" w:styleId="110">
    <w:name w:val="Нет списка11"/>
    <w:next w:val="a4"/>
    <w:uiPriority w:val="99"/>
    <w:semiHidden/>
    <w:unhideWhenUsed/>
    <w:rsid w:val="007E5438"/>
  </w:style>
  <w:style w:type="paragraph" w:customStyle="1" w:styleId="111">
    <w:name w:val="Заголовок 11"/>
    <w:basedOn w:val="a1"/>
    <w:next w:val="a1"/>
    <w:uiPriority w:val="9"/>
    <w:qFormat/>
    <w:rsid w:val="007E5438"/>
    <w:pPr>
      <w:keepNext/>
      <w:keepLines/>
      <w:widowControl/>
      <w:autoSpaceDE/>
      <w:autoSpaceDN/>
      <w:spacing w:before="480" w:line="276" w:lineRule="auto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customStyle="1" w:styleId="51">
    <w:name w:val="Заголовок 51"/>
    <w:basedOn w:val="a1"/>
    <w:next w:val="a1"/>
    <w:uiPriority w:val="9"/>
    <w:semiHidden/>
    <w:unhideWhenUsed/>
    <w:qFormat/>
    <w:rsid w:val="007E5438"/>
    <w:pPr>
      <w:keepNext/>
      <w:keepLines/>
      <w:widowControl/>
      <w:autoSpaceDE/>
      <w:autoSpaceDN/>
      <w:spacing w:before="200" w:line="276" w:lineRule="auto"/>
      <w:outlineLvl w:val="4"/>
    </w:pPr>
    <w:rPr>
      <w:rFonts w:ascii="Calibri" w:eastAsia="MS Gothic" w:hAnsi="Calibri"/>
      <w:color w:val="243F60"/>
      <w:lang w:val="en-US"/>
    </w:rPr>
  </w:style>
  <w:style w:type="paragraph" w:customStyle="1" w:styleId="61">
    <w:name w:val="Заголовок 61"/>
    <w:basedOn w:val="a1"/>
    <w:next w:val="a1"/>
    <w:uiPriority w:val="9"/>
    <w:semiHidden/>
    <w:unhideWhenUsed/>
    <w:qFormat/>
    <w:rsid w:val="007E5438"/>
    <w:pPr>
      <w:keepNext/>
      <w:keepLines/>
      <w:widowControl/>
      <w:autoSpaceDE/>
      <w:autoSpaceDN/>
      <w:spacing w:before="200" w:line="276" w:lineRule="auto"/>
      <w:outlineLvl w:val="5"/>
    </w:pPr>
    <w:rPr>
      <w:rFonts w:ascii="Calibri" w:eastAsia="MS Gothic" w:hAnsi="Calibri"/>
      <w:i/>
      <w:iCs/>
      <w:color w:val="243F60"/>
      <w:lang w:val="en-US"/>
    </w:rPr>
  </w:style>
  <w:style w:type="paragraph" w:customStyle="1" w:styleId="71">
    <w:name w:val="Заголовок 71"/>
    <w:basedOn w:val="a1"/>
    <w:next w:val="a1"/>
    <w:uiPriority w:val="9"/>
    <w:semiHidden/>
    <w:unhideWhenUsed/>
    <w:qFormat/>
    <w:rsid w:val="007E5438"/>
    <w:pPr>
      <w:keepNext/>
      <w:keepLines/>
      <w:widowControl/>
      <w:autoSpaceDE/>
      <w:autoSpaceDN/>
      <w:spacing w:before="200" w:line="276" w:lineRule="auto"/>
      <w:outlineLvl w:val="6"/>
    </w:pPr>
    <w:rPr>
      <w:rFonts w:ascii="Calibri" w:eastAsia="MS Gothic" w:hAnsi="Calibri"/>
      <w:i/>
      <w:iCs/>
      <w:color w:val="404040"/>
      <w:lang w:val="en-US"/>
    </w:rPr>
  </w:style>
  <w:style w:type="paragraph" w:customStyle="1" w:styleId="81">
    <w:name w:val="Заголовок 81"/>
    <w:basedOn w:val="a1"/>
    <w:next w:val="a1"/>
    <w:uiPriority w:val="9"/>
    <w:semiHidden/>
    <w:unhideWhenUsed/>
    <w:qFormat/>
    <w:rsid w:val="007E5438"/>
    <w:pPr>
      <w:keepNext/>
      <w:keepLines/>
      <w:widowControl/>
      <w:autoSpaceDE/>
      <w:autoSpaceDN/>
      <w:spacing w:before="200" w:line="276" w:lineRule="auto"/>
      <w:outlineLvl w:val="7"/>
    </w:pPr>
    <w:rPr>
      <w:rFonts w:ascii="Calibri" w:eastAsia="MS Gothic" w:hAnsi="Calibri"/>
      <w:color w:val="4F81BD"/>
      <w:sz w:val="20"/>
      <w:szCs w:val="20"/>
      <w:lang w:val="en-US"/>
    </w:rPr>
  </w:style>
  <w:style w:type="paragraph" w:customStyle="1" w:styleId="91">
    <w:name w:val="Заголовок 91"/>
    <w:basedOn w:val="a1"/>
    <w:next w:val="a1"/>
    <w:uiPriority w:val="9"/>
    <w:semiHidden/>
    <w:unhideWhenUsed/>
    <w:qFormat/>
    <w:rsid w:val="007E5438"/>
    <w:pPr>
      <w:keepNext/>
      <w:keepLines/>
      <w:widowControl/>
      <w:autoSpaceDE/>
      <w:autoSpaceDN/>
      <w:spacing w:before="200" w:line="276" w:lineRule="auto"/>
      <w:outlineLvl w:val="8"/>
    </w:pPr>
    <w:rPr>
      <w:rFonts w:ascii="Calibri" w:eastAsia="MS Gothic" w:hAnsi="Calibri"/>
      <w:i/>
      <w:iCs/>
      <w:color w:val="404040"/>
      <w:sz w:val="20"/>
      <w:szCs w:val="20"/>
      <w:lang w:val="en-US"/>
    </w:rPr>
  </w:style>
  <w:style w:type="numbering" w:customStyle="1" w:styleId="1110">
    <w:name w:val="Нет списка111"/>
    <w:next w:val="a4"/>
    <w:uiPriority w:val="99"/>
    <w:semiHidden/>
    <w:unhideWhenUsed/>
    <w:rsid w:val="007E5438"/>
  </w:style>
  <w:style w:type="paragraph" w:customStyle="1" w:styleId="1c">
    <w:name w:val="Без интервала1"/>
    <w:next w:val="af8"/>
    <w:uiPriority w:val="1"/>
    <w:qFormat/>
    <w:rsid w:val="007E5438"/>
    <w:pPr>
      <w:spacing w:after="0" w:line="240" w:lineRule="auto"/>
    </w:pPr>
    <w:rPr>
      <w:rFonts w:eastAsia="MS Mincho"/>
      <w:lang w:val="en-US"/>
    </w:rPr>
  </w:style>
  <w:style w:type="paragraph" w:customStyle="1" w:styleId="1d">
    <w:name w:val="Название1"/>
    <w:basedOn w:val="a1"/>
    <w:next w:val="a1"/>
    <w:uiPriority w:val="10"/>
    <w:qFormat/>
    <w:rsid w:val="007E5438"/>
    <w:pPr>
      <w:widowControl/>
      <w:pBdr>
        <w:bottom w:val="single" w:sz="8" w:space="4" w:color="4F81BD"/>
      </w:pBdr>
      <w:autoSpaceDE/>
      <w:autoSpaceDN/>
      <w:spacing w:after="300"/>
      <w:contextualSpacing/>
    </w:pPr>
    <w:rPr>
      <w:rFonts w:ascii="Calibri" w:eastAsia="MS Gothic" w:hAnsi="Calibri"/>
      <w:color w:val="17365D"/>
      <w:spacing w:val="5"/>
      <w:kern w:val="28"/>
      <w:sz w:val="52"/>
      <w:szCs w:val="52"/>
      <w:lang w:val="en-US"/>
    </w:rPr>
  </w:style>
  <w:style w:type="paragraph" w:customStyle="1" w:styleId="213">
    <w:name w:val="Основной текст 21"/>
    <w:basedOn w:val="a1"/>
    <w:next w:val="25"/>
    <w:link w:val="26"/>
    <w:uiPriority w:val="99"/>
    <w:unhideWhenUsed/>
    <w:rsid w:val="007E5438"/>
    <w:pPr>
      <w:widowControl/>
      <w:autoSpaceDE/>
      <w:autoSpaceDN/>
      <w:spacing w:after="120" w:line="480" w:lineRule="auto"/>
    </w:pPr>
    <w:rPr>
      <w:rFonts w:asciiTheme="minorHAnsi" w:eastAsia="MS Mincho" w:hAnsiTheme="minorHAnsi" w:cstheme="minorBidi"/>
      <w:lang w:val="en-US"/>
    </w:rPr>
  </w:style>
  <w:style w:type="character" w:customStyle="1" w:styleId="26">
    <w:name w:val="Основной текст 2 Знак"/>
    <w:basedOn w:val="a2"/>
    <w:link w:val="213"/>
    <w:uiPriority w:val="99"/>
    <w:rsid w:val="007E5438"/>
    <w:rPr>
      <w:rFonts w:eastAsia="MS Mincho"/>
      <w:lang w:val="en-US"/>
    </w:rPr>
  </w:style>
  <w:style w:type="paragraph" w:customStyle="1" w:styleId="313">
    <w:name w:val="Основной текст 31"/>
    <w:basedOn w:val="a1"/>
    <w:next w:val="35"/>
    <w:link w:val="36"/>
    <w:uiPriority w:val="99"/>
    <w:unhideWhenUsed/>
    <w:rsid w:val="007E5438"/>
    <w:pPr>
      <w:widowControl/>
      <w:autoSpaceDE/>
      <w:autoSpaceDN/>
      <w:spacing w:after="120" w:line="276" w:lineRule="auto"/>
    </w:pPr>
    <w:rPr>
      <w:rFonts w:asciiTheme="minorHAnsi" w:eastAsia="MS Mincho" w:hAnsiTheme="minorHAnsi" w:cstheme="minorBidi"/>
      <w:sz w:val="16"/>
      <w:szCs w:val="16"/>
      <w:lang w:val="en-US"/>
    </w:rPr>
  </w:style>
  <w:style w:type="character" w:customStyle="1" w:styleId="36">
    <w:name w:val="Основной текст 3 Знак"/>
    <w:basedOn w:val="a2"/>
    <w:link w:val="313"/>
    <w:uiPriority w:val="99"/>
    <w:rsid w:val="007E5438"/>
    <w:rPr>
      <w:rFonts w:eastAsia="MS Mincho"/>
      <w:sz w:val="16"/>
      <w:szCs w:val="16"/>
      <w:lang w:val="en-US"/>
    </w:rPr>
  </w:style>
  <w:style w:type="paragraph" w:customStyle="1" w:styleId="1e">
    <w:name w:val="Список1"/>
    <w:basedOn w:val="a1"/>
    <w:next w:val="af9"/>
    <w:uiPriority w:val="99"/>
    <w:unhideWhenUsed/>
    <w:rsid w:val="007E5438"/>
    <w:pPr>
      <w:widowControl/>
      <w:autoSpaceDE/>
      <w:autoSpaceDN/>
      <w:spacing w:after="200" w:line="276" w:lineRule="auto"/>
      <w:ind w:left="360" w:hanging="360"/>
      <w:contextualSpacing/>
    </w:pPr>
    <w:rPr>
      <w:rFonts w:ascii="Calibri" w:eastAsia="MS Mincho" w:hAnsi="Calibri"/>
      <w:lang w:val="en-US"/>
    </w:rPr>
  </w:style>
  <w:style w:type="paragraph" w:customStyle="1" w:styleId="214">
    <w:name w:val="Список 21"/>
    <w:basedOn w:val="a1"/>
    <w:next w:val="27"/>
    <w:uiPriority w:val="99"/>
    <w:unhideWhenUsed/>
    <w:rsid w:val="007E5438"/>
    <w:pPr>
      <w:widowControl/>
      <w:autoSpaceDE/>
      <w:autoSpaceDN/>
      <w:spacing w:after="200" w:line="276" w:lineRule="auto"/>
      <w:ind w:left="720" w:hanging="360"/>
      <w:contextualSpacing/>
    </w:pPr>
    <w:rPr>
      <w:rFonts w:ascii="Calibri" w:eastAsia="MS Mincho" w:hAnsi="Calibri"/>
      <w:lang w:val="en-US"/>
    </w:rPr>
  </w:style>
  <w:style w:type="paragraph" w:customStyle="1" w:styleId="314">
    <w:name w:val="Список 31"/>
    <w:basedOn w:val="a1"/>
    <w:next w:val="37"/>
    <w:uiPriority w:val="99"/>
    <w:unhideWhenUsed/>
    <w:rsid w:val="007E5438"/>
    <w:pPr>
      <w:widowControl/>
      <w:autoSpaceDE/>
      <w:autoSpaceDN/>
      <w:spacing w:after="200" w:line="276" w:lineRule="auto"/>
      <w:ind w:left="1080" w:hanging="360"/>
      <w:contextualSpacing/>
    </w:pPr>
    <w:rPr>
      <w:rFonts w:ascii="Calibri" w:eastAsia="MS Mincho" w:hAnsi="Calibri"/>
      <w:lang w:val="en-US"/>
    </w:rPr>
  </w:style>
  <w:style w:type="paragraph" w:customStyle="1" w:styleId="10">
    <w:name w:val="Маркированный список1"/>
    <w:basedOn w:val="a1"/>
    <w:next w:val="a0"/>
    <w:uiPriority w:val="99"/>
    <w:unhideWhenUsed/>
    <w:rsid w:val="007E5438"/>
    <w:pPr>
      <w:widowControl/>
      <w:numPr>
        <w:numId w:val="35"/>
      </w:numPr>
      <w:tabs>
        <w:tab w:val="clear" w:pos="360"/>
      </w:tabs>
      <w:autoSpaceDE/>
      <w:autoSpaceDN/>
      <w:spacing w:after="200" w:line="276" w:lineRule="auto"/>
      <w:ind w:left="601"/>
      <w:contextualSpacing/>
    </w:pPr>
    <w:rPr>
      <w:rFonts w:ascii="Calibri" w:eastAsia="MS Mincho" w:hAnsi="Calibri"/>
      <w:lang w:val="en-US"/>
    </w:rPr>
  </w:style>
  <w:style w:type="paragraph" w:customStyle="1" w:styleId="210">
    <w:name w:val="Маркированный список 21"/>
    <w:basedOn w:val="a1"/>
    <w:next w:val="2"/>
    <w:uiPriority w:val="99"/>
    <w:unhideWhenUsed/>
    <w:rsid w:val="007E5438"/>
    <w:pPr>
      <w:widowControl/>
      <w:numPr>
        <w:numId w:val="36"/>
      </w:numPr>
      <w:tabs>
        <w:tab w:val="clear" w:pos="720"/>
      </w:tabs>
      <w:autoSpaceDE/>
      <w:autoSpaceDN/>
      <w:spacing w:after="200" w:line="276" w:lineRule="auto"/>
      <w:ind w:left="1215" w:hanging="423"/>
      <w:contextualSpacing/>
    </w:pPr>
    <w:rPr>
      <w:rFonts w:ascii="Calibri" w:eastAsia="MS Mincho" w:hAnsi="Calibri"/>
      <w:lang w:val="en-US"/>
    </w:rPr>
  </w:style>
  <w:style w:type="paragraph" w:customStyle="1" w:styleId="310">
    <w:name w:val="Маркированный список 31"/>
    <w:basedOn w:val="a1"/>
    <w:next w:val="3"/>
    <w:uiPriority w:val="99"/>
    <w:unhideWhenUsed/>
    <w:rsid w:val="007E5438"/>
    <w:pPr>
      <w:widowControl/>
      <w:numPr>
        <w:numId w:val="37"/>
      </w:numPr>
      <w:tabs>
        <w:tab w:val="clear" w:pos="1080"/>
      </w:tabs>
      <w:autoSpaceDE/>
      <w:autoSpaceDN/>
      <w:spacing w:after="200" w:line="276" w:lineRule="auto"/>
      <w:ind w:left="1158" w:hanging="212"/>
      <w:contextualSpacing/>
    </w:pPr>
    <w:rPr>
      <w:rFonts w:ascii="Calibri" w:eastAsia="MS Mincho" w:hAnsi="Calibri"/>
      <w:lang w:val="en-US"/>
    </w:rPr>
  </w:style>
  <w:style w:type="paragraph" w:customStyle="1" w:styleId="1">
    <w:name w:val="Нумерованный список1"/>
    <w:basedOn w:val="a1"/>
    <w:next w:val="a"/>
    <w:uiPriority w:val="99"/>
    <w:unhideWhenUsed/>
    <w:rsid w:val="007E5438"/>
    <w:pPr>
      <w:widowControl/>
      <w:numPr>
        <w:numId w:val="39"/>
      </w:numPr>
      <w:tabs>
        <w:tab w:val="clear" w:pos="360"/>
      </w:tabs>
      <w:autoSpaceDE/>
      <w:autoSpaceDN/>
      <w:spacing w:after="200" w:line="276" w:lineRule="auto"/>
      <w:ind w:left="438" w:hanging="212"/>
      <w:contextualSpacing/>
    </w:pPr>
    <w:rPr>
      <w:rFonts w:ascii="Calibri" w:eastAsia="MS Mincho" w:hAnsi="Calibri"/>
      <w:lang w:val="en-US"/>
    </w:rPr>
  </w:style>
  <w:style w:type="paragraph" w:customStyle="1" w:styleId="21">
    <w:name w:val="Нумерованный список 21"/>
    <w:basedOn w:val="a1"/>
    <w:next w:val="28"/>
    <w:uiPriority w:val="99"/>
    <w:unhideWhenUsed/>
    <w:rsid w:val="007E5438"/>
    <w:pPr>
      <w:widowControl/>
      <w:numPr>
        <w:numId w:val="40"/>
      </w:numPr>
      <w:tabs>
        <w:tab w:val="clear" w:pos="720"/>
      </w:tabs>
      <w:autoSpaceDE/>
      <w:autoSpaceDN/>
      <w:spacing w:after="200" w:line="276" w:lineRule="auto"/>
      <w:ind w:left="326" w:hanging="216"/>
      <w:contextualSpacing/>
    </w:pPr>
    <w:rPr>
      <w:rFonts w:ascii="Calibri" w:eastAsia="MS Mincho" w:hAnsi="Calibri"/>
      <w:lang w:val="en-US"/>
    </w:rPr>
  </w:style>
  <w:style w:type="paragraph" w:customStyle="1" w:styleId="31">
    <w:name w:val="Нумерованный список 31"/>
    <w:basedOn w:val="a1"/>
    <w:next w:val="38"/>
    <w:uiPriority w:val="99"/>
    <w:unhideWhenUsed/>
    <w:rsid w:val="007E5438"/>
    <w:pPr>
      <w:widowControl/>
      <w:numPr>
        <w:numId w:val="41"/>
      </w:numPr>
      <w:tabs>
        <w:tab w:val="clear" w:pos="1080"/>
      </w:tabs>
      <w:autoSpaceDE/>
      <w:autoSpaceDN/>
      <w:spacing w:after="200" w:line="276" w:lineRule="auto"/>
      <w:ind w:left="346" w:hanging="216"/>
      <w:contextualSpacing/>
    </w:pPr>
    <w:rPr>
      <w:rFonts w:ascii="Calibri" w:eastAsia="MS Mincho" w:hAnsi="Calibri"/>
      <w:lang w:val="en-US"/>
    </w:rPr>
  </w:style>
  <w:style w:type="paragraph" w:customStyle="1" w:styleId="1f">
    <w:name w:val="Продолжение списка1"/>
    <w:basedOn w:val="a1"/>
    <w:next w:val="afa"/>
    <w:uiPriority w:val="99"/>
    <w:unhideWhenUsed/>
    <w:rsid w:val="007E5438"/>
    <w:pPr>
      <w:widowControl/>
      <w:autoSpaceDE/>
      <w:autoSpaceDN/>
      <w:spacing w:after="120" w:line="276" w:lineRule="auto"/>
      <w:ind w:left="360"/>
      <w:contextualSpacing/>
    </w:pPr>
    <w:rPr>
      <w:rFonts w:ascii="Calibri" w:eastAsia="MS Mincho" w:hAnsi="Calibri"/>
      <w:lang w:val="en-US"/>
    </w:rPr>
  </w:style>
  <w:style w:type="paragraph" w:customStyle="1" w:styleId="215">
    <w:name w:val="Продолжение списка 21"/>
    <w:basedOn w:val="a1"/>
    <w:next w:val="29"/>
    <w:uiPriority w:val="99"/>
    <w:unhideWhenUsed/>
    <w:rsid w:val="007E5438"/>
    <w:pPr>
      <w:widowControl/>
      <w:autoSpaceDE/>
      <w:autoSpaceDN/>
      <w:spacing w:after="120" w:line="276" w:lineRule="auto"/>
      <w:ind w:left="720"/>
      <w:contextualSpacing/>
    </w:pPr>
    <w:rPr>
      <w:rFonts w:ascii="Calibri" w:eastAsia="MS Mincho" w:hAnsi="Calibri"/>
      <w:lang w:val="en-US"/>
    </w:rPr>
  </w:style>
  <w:style w:type="paragraph" w:customStyle="1" w:styleId="315">
    <w:name w:val="Продолжение списка 31"/>
    <w:basedOn w:val="a1"/>
    <w:next w:val="39"/>
    <w:uiPriority w:val="99"/>
    <w:unhideWhenUsed/>
    <w:rsid w:val="007E5438"/>
    <w:pPr>
      <w:widowControl/>
      <w:autoSpaceDE/>
      <w:autoSpaceDN/>
      <w:spacing w:after="120" w:line="276" w:lineRule="auto"/>
      <w:ind w:left="1080"/>
      <w:contextualSpacing/>
    </w:pPr>
    <w:rPr>
      <w:rFonts w:ascii="Calibri" w:eastAsia="MS Mincho" w:hAnsi="Calibri"/>
      <w:lang w:val="en-US"/>
    </w:rPr>
  </w:style>
  <w:style w:type="paragraph" w:customStyle="1" w:styleId="1f0">
    <w:name w:val="Текст макроса1"/>
    <w:next w:val="afb"/>
    <w:link w:val="afc"/>
    <w:uiPriority w:val="99"/>
    <w:unhideWhenUsed/>
    <w:rsid w:val="007E5438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eastAsia="MS Mincho" w:hAnsi="Courier"/>
      <w:sz w:val="20"/>
      <w:szCs w:val="20"/>
      <w:lang w:val="en-US"/>
    </w:rPr>
  </w:style>
  <w:style w:type="character" w:customStyle="1" w:styleId="afc">
    <w:name w:val="Текст макроса Знак"/>
    <w:basedOn w:val="a2"/>
    <w:link w:val="1f0"/>
    <w:uiPriority w:val="99"/>
    <w:rsid w:val="007E5438"/>
    <w:rPr>
      <w:rFonts w:ascii="Courier" w:eastAsia="MS Mincho" w:hAnsi="Courier"/>
      <w:sz w:val="20"/>
      <w:szCs w:val="20"/>
      <w:lang w:val="en-US"/>
    </w:rPr>
  </w:style>
  <w:style w:type="paragraph" w:customStyle="1" w:styleId="216">
    <w:name w:val="Цитата 21"/>
    <w:basedOn w:val="a1"/>
    <w:next w:val="a1"/>
    <w:uiPriority w:val="29"/>
    <w:qFormat/>
    <w:rsid w:val="007E5438"/>
    <w:pPr>
      <w:widowControl/>
      <w:autoSpaceDE/>
      <w:autoSpaceDN/>
      <w:spacing w:after="200" w:line="276" w:lineRule="auto"/>
    </w:pPr>
    <w:rPr>
      <w:rFonts w:ascii="Calibri" w:eastAsia="MS Mincho" w:hAnsi="Calibri"/>
      <w:i/>
      <w:iCs/>
      <w:color w:val="000000"/>
      <w:lang w:val="en-US"/>
    </w:rPr>
  </w:style>
  <w:style w:type="character" w:customStyle="1" w:styleId="2a">
    <w:name w:val="Цитата 2 Знак"/>
    <w:basedOn w:val="a2"/>
    <w:link w:val="2b"/>
    <w:uiPriority w:val="29"/>
    <w:rsid w:val="007E5438"/>
    <w:rPr>
      <w:i/>
      <w:iCs/>
      <w:color w:val="000000"/>
    </w:rPr>
  </w:style>
  <w:style w:type="character" w:styleId="afd">
    <w:name w:val="Strong"/>
    <w:basedOn w:val="a2"/>
    <w:uiPriority w:val="22"/>
    <w:qFormat/>
    <w:rsid w:val="007E5438"/>
    <w:rPr>
      <w:b/>
      <w:bCs/>
    </w:rPr>
  </w:style>
  <w:style w:type="paragraph" w:customStyle="1" w:styleId="1f1">
    <w:name w:val="Выделенная цитата1"/>
    <w:basedOn w:val="a1"/>
    <w:next w:val="a1"/>
    <w:uiPriority w:val="30"/>
    <w:qFormat/>
    <w:rsid w:val="007E5438"/>
    <w:pPr>
      <w:widowControl/>
      <w:pBdr>
        <w:bottom w:val="single" w:sz="4" w:space="4" w:color="4F81BD"/>
      </w:pBdr>
      <w:autoSpaceDE/>
      <w:autoSpaceDN/>
      <w:spacing w:before="200" w:after="280" w:line="276" w:lineRule="auto"/>
      <w:ind w:left="936" w:right="936"/>
    </w:pPr>
    <w:rPr>
      <w:rFonts w:ascii="Calibri" w:eastAsia="MS Mincho" w:hAnsi="Calibri"/>
      <w:b/>
      <w:bCs/>
      <w:i/>
      <w:iCs/>
      <w:color w:val="4F81BD"/>
      <w:lang w:val="en-US"/>
    </w:rPr>
  </w:style>
  <w:style w:type="character" w:customStyle="1" w:styleId="afe">
    <w:name w:val="Выделенная цитата Знак"/>
    <w:basedOn w:val="a2"/>
    <w:link w:val="aff"/>
    <w:uiPriority w:val="30"/>
    <w:rsid w:val="007E5438"/>
    <w:rPr>
      <w:b/>
      <w:bCs/>
      <w:i/>
      <w:iCs/>
      <w:color w:val="4F81BD"/>
    </w:rPr>
  </w:style>
  <w:style w:type="character" w:customStyle="1" w:styleId="1f2">
    <w:name w:val="Слабое выделение1"/>
    <w:basedOn w:val="a2"/>
    <w:uiPriority w:val="19"/>
    <w:qFormat/>
    <w:rsid w:val="007E5438"/>
    <w:rPr>
      <w:i/>
      <w:iCs/>
      <w:color w:val="808080"/>
    </w:rPr>
  </w:style>
  <w:style w:type="character" w:customStyle="1" w:styleId="1f3">
    <w:name w:val="Сильное выделение1"/>
    <w:basedOn w:val="a2"/>
    <w:uiPriority w:val="21"/>
    <w:qFormat/>
    <w:rsid w:val="007E5438"/>
    <w:rPr>
      <w:b/>
      <w:bCs/>
      <w:i/>
      <w:iCs/>
      <w:color w:val="4F81BD"/>
    </w:rPr>
  </w:style>
  <w:style w:type="character" w:customStyle="1" w:styleId="1f4">
    <w:name w:val="Слабая ссылка1"/>
    <w:basedOn w:val="a2"/>
    <w:uiPriority w:val="31"/>
    <w:qFormat/>
    <w:rsid w:val="007E5438"/>
    <w:rPr>
      <w:smallCaps/>
      <w:color w:val="C0504D"/>
      <w:u w:val="single"/>
    </w:rPr>
  </w:style>
  <w:style w:type="character" w:customStyle="1" w:styleId="1f5">
    <w:name w:val="Сильная ссылка1"/>
    <w:basedOn w:val="a2"/>
    <w:uiPriority w:val="32"/>
    <w:qFormat/>
    <w:rsid w:val="007E5438"/>
    <w:rPr>
      <w:b/>
      <w:bCs/>
      <w:smallCaps/>
      <w:color w:val="C0504D"/>
      <w:spacing w:val="5"/>
      <w:u w:val="single"/>
    </w:rPr>
  </w:style>
  <w:style w:type="character" w:styleId="aff0">
    <w:name w:val="Book Title"/>
    <w:basedOn w:val="a2"/>
    <w:uiPriority w:val="33"/>
    <w:qFormat/>
    <w:rsid w:val="007E5438"/>
    <w:rPr>
      <w:b/>
      <w:bCs/>
      <w:smallCaps/>
      <w:spacing w:val="5"/>
    </w:rPr>
  </w:style>
  <w:style w:type="character" w:customStyle="1" w:styleId="112">
    <w:name w:val="Заголовок 1 Знак1"/>
    <w:basedOn w:val="a2"/>
    <w:uiPriority w:val="9"/>
    <w:rsid w:val="007E5438"/>
    <w:rPr>
      <w:rFonts w:ascii="Calibri Light" w:eastAsia="Times New Roman" w:hAnsi="Calibri Light" w:cs="Times New Roman"/>
      <w:color w:val="2E74B5"/>
      <w:sz w:val="32"/>
      <w:szCs w:val="32"/>
    </w:rPr>
  </w:style>
  <w:style w:type="paragraph" w:customStyle="1" w:styleId="1f6">
    <w:name w:val="Заголовок оглавления1"/>
    <w:basedOn w:val="11"/>
    <w:next w:val="a1"/>
    <w:uiPriority w:val="39"/>
    <w:semiHidden/>
    <w:unhideWhenUsed/>
    <w:qFormat/>
    <w:rsid w:val="007E5438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="Calibri Light" w:hAnsi="Calibri Light"/>
      <w:color w:val="2E74B5"/>
      <w:lang w:val="en-US"/>
    </w:rPr>
  </w:style>
  <w:style w:type="table" w:customStyle="1" w:styleId="2c">
    <w:name w:val="Сетка таблицы2"/>
    <w:basedOn w:val="a3"/>
    <w:next w:val="af4"/>
    <w:uiPriority w:val="59"/>
    <w:rsid w:val="007E5438"/>
    <w:pPr>
      <w:spacing w:after="0" w:line="240" w:lineRule="auto"/>
    </w:pPr>
    <w:rPr>
      <w:rFonts w:eastAsia="MS Mincho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7">
    <w:name w:val="Светлая заливка1"/>
    <w:basedOn w:val="a3"/>
    <w:next w:val="aff1"/>
    <w:uiPriority w:val="60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1">
    <w:name w:val="Светлая заливка - Акцент 11"/>
    <w:basedOn w:val="a3"/>
    <w:next w:val="-1"/>
    <w:uiPriority w:val="60"/>
    <w:rsid w:val="007E5438"/>
    <w:pPr>
      <w:spacing w:after="0" w:line="240" w:lineRule="auto"/>
    </w:pPr>
    <w:rPr>
      <w:rFonts w:eastAsia="MS Mincho"/>
      <w:color w:val="365F91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-21">
    <w:name w:val="Светлая заливка - Акцент 21"/>
    <w:basedOn w:val="a3"/>
    <w:next w:val="-2"/>
    <w:uiPriority w:val="60"/>
    <w:rsid w:val="007E5438"/>
    <w:pPr>
      <w:spacing w:after="0" w:line="240" w:lineRule="auto"/>
    </w:pPr>
    <w:rPr>
      <w:rFonts w:eastAsia="MS Mincho"/>
      <w:color w:val="943634"/>
      <w:lang w:val="en-US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-31">
    <w:name w:val="Светлая заливка - Акцент 31"/>
    <w:basedOn w:val="a3"/>
    <w:next w:val="-3"/>
    <w:uiPriority w:val="60"/>
    <w:rsid w:val="007E5438"/>
    <w:pPr>
      <w:spacing w:after="0" w:line="240" w:lineRule="auto"/>
    </w:pPr>
    <w:rPr>
      <w:rFonts w:eastAsia="MS Mincho"/>
      <w:color w:val="76923C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-41">
    <w:name w:val="Светлая заливка - Акцент 41"/>
    <w:basedOn w:val="a3"/>
    <w:next w:val="-4"/>
    <w:uiPriority w:val="60"/>
    <w:rsid w:val="007E5438"/>
    <w:pPr>
      <w:spacing w:after="0" w:line="240" w:lineRule="auto"/>
    </w:pPr>
    <w:rPr>
      <w:rFonts w:eastAsia="MS Mincho"/>
      <w:color w:val="5F497A"/>
      <w:lang w:val="en-US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-51">
    <w:name w:val="Светлая заливка - Акцент 51"/>
    <w:basedOn w:val="a3"/>
    <w:next w:val="-5"/>
    <w:uiPriority w:val="60"/>
    <w:rsid w:val="007E5438"/>
    <w:pPr>
      <w:spacing w:after="0" w:line="240" w:lineRule="auto"/>
    </w:pPr>
    <w:rPr>
      <w:rFonts w:eastAsia="MS Mincho"/>
      <w:color w:val="31849B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-61">
    <w:name w:val="Светлая заливка - Акцент 61"/>
    <w:basedOn w:val="a3"/>
    <w:next w:val="-6"/>
    <w:uiPriority w:val="60"/>
    <w:rsid w:val="007E5438"/>
    <w:pPr>
      <w:spacing w:after="0" w:line="240" w:lineRule="auto"/>
    </w:pPr>
    <w:rPr>
      <w:rFonts w:eastAsia="MS Mincho"/>
      <w:color w:val="E36C0A"/>
      <w:lang w:val="en-US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1f8">
    <w:name w:val="Светлый список1"/>
    <w:basedOn w:val="a3"/>
    <w:next w:val="aff2"/>
    <w:uiPriority w:val="61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-110">
    <w:name w:val="Светлый список - Акцент 11"/>
    <w:basedOn w:val="a3"/>
    <w:next w:val="-10"/>
    <w:uiPriority w:val="61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210">
    <w:name w:val="Светлый список - Акцент 21"/>
    <w:basedOn w:val="a3"/>
    <w:next w:val="-20"/>
    <w:uiPriority w:val="61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-310">
    <w:name w:val="Светлый список - Акцент 31"/>
    <w:basedOn w:val="a3"/>
    <w:next w:val="-30"/>
    <w:uiPriority w:val="61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-410">
    <w:name w:val="Светлый список - Акцент 41"/>
    <w:basedOn w:val="a3"/>
    <w:next w:val="-40"/>
    <w:uiPriority w:val="61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-510">
    <w:name w:val="Светлый список - Акцент 51"/>
    <w:basedOn w:val="a3"/>
    <w:next w:val="-50"/>
    <w:uiPriority w:val="61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-610">
    <w:name w:val="Светлый список - Акцент 61"/>
    <w:basedOn w:val="a3"/>
    <w:next w:val="-60"/>
    <w:uiPriority w:val="61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1f9">
    <w:name w:val="Светлая сетка1"/>
    <w:basedOn w:val="a3"/>
    <w:next w:val="aff3"/>
    <w:uiPriority w:val="62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-111">
    <w:name w:val="Светлая сетка - Акцент 11"/>
    <w:basedOn w:val="a3"/>
    <w:next w:val="-12"/>
    <w:uiPriority w:val="62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-211">
    <w:name w:val="Светлая сетка - Акцент 21"/>
    <w:basedOn w:val="a3"/>
    <w:next w:val="-22"/>
    <w:uiPriority w:val="62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customStyle="1" w:styleId="-311">
    <w:name w:val="Светлая сетка - Акцент 31"/>
    <w:basedOn w:val="a3"/>
    <w:next w:val="-32"/>
    <w:uiPriority w:val="62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-411">
    <w:name w:val="Светлая сетка - Акцент 41"/>
    <w:basedOn w:val="a3"/>
    <w:next w:val="-42"/>
    <w:uiPriority w:val="62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customStyle="1" w:styleId="-511">
    <w:name w:val="Светлая сетка - Акцент 51"/>
    <w:basedOn w:val="a3"/>
    <w:next w:val="-52"/>
    <w:uiPriority w:val="62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-611">
    <w:name w:val="Светлая сетка - Акцент 61"/>
    <w:basedOn w:val="a3"/>
    <w:next w:val="-62"/>
    <w:uiPriority w:val="62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113">
    <w:name w:val="Средняя заливка 11"/>
    <w:basedOn w:val="a3"/>
    <w:next w:val="1fa"/>
    <w:uiPriority w:val="63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3"/>
    <w:next w:val="1-1"/>
    <w:uiPriority w:val="63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21">
    <w:name w:val="Средняя заливка 1 - Акцент 21"/>
    <w:basedOn w:val="a3"/>
    <w:next w:val="1-2"/>
    <w:uiPriority w:val="63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31">
    <w:name w:val="Средняя заливка 1 - Акцент 31"/>
    <w:basedOn w:val="a3"/>
    <w:next w:val="1-3"/>
    <w:uiPriority w:val="63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41">
    <w:name w:val="Средняя заливка 1 - Акцент 41"/>
    <w:basedOn w:val="a3"/>
    <w:next w:val="1-4"/>
    <w:uiPriority w:val="63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51">
    <w:name w:val="Средняя заливка 1 - Акцент 51"/>
    <w:basedOn w:val="a3"/>
    <w:next w:val="1-5"/>
    <w:uiPriority w:val="63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61">
    <w:name w:val="Средняя заливка 1 - Акцент 61"/>
    <w:basedOn w:val="a3"/>
    <w:next w:val="1-6"/>
    <w:uiPriority w:val="63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7">
    <w:name w:val="Средняя заливка 21"/>
    <w:basedOn w:val="a3"/>
    <w:next w:val="2d"/>
    <w:uiPriority w:val="64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Средняя заливка 2 - Акцент 11"/>
    <w:basedOn w:val="a3"/>
    <w:next w:val="2-1"/>
    <w:uiPriority w:val="64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21">
    <w:name w:val="Средняя заливка 2 - Акцент 21"/>
    <w:basedOn w:val="a3"/>
    <w:next w:val="2-2"/>
    <w:uiPriority w:val="64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31">
    <w:name w:val="Средняя заливка 2 - Акцент 31"/>
    <w:basedOn w:val="a3"/>
    <w:next w:val="2-3"/>
    <w:uiPriority w:val="64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41">
    <w:name w:val="Средняя заливка 2 - Акцент 41"/>
    <w:basedOn w:val="a3"/>
    <w:next w:val="2-4"/>
    <w:uiPriority w:val="64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51">
    <w:name w:val="Средняя заливка 2 - Акцент 51"/>
    <w:basedOn w:val="a3"/>
    <w:next w:val="2-5"/>
    <w:uiPriority w:val="64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61">
    <w:name w:val="Средняя заливка 2 - Акцент 61"/>
    <w:basedOn w:val="a3"/>
    <w:next w:val="2-6"/>
    <w:uiPriority w:val="64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4">
    <w:name w:val="Средний список 11"/>
    <w:basedOn w:val="a3"/>
    <w:next w:val="1fb"/>
    <w:uiPriority w:val="65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1-110">
    <w:name w:val="Средний список 1 - Акцент 11"/>
    <w:basedOn w:val="a3"/>
    <w:next w:val="1-10"/>
    <w:uiPriority w:val="65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1-210">
    <w:name w:val="Средний список 1 - Акцент 21"/>
    <w:basedOn w:val="a3"/>
    <w:next w:val="1-20"/>
    <w:uiPriority w:val="65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customStyle="1" w:styleId="1-310">
    <w:name w:val="Средний список 1 - Акцент 31"/>
    <w:basedOn w:val="a3"/>
    <w:next w:val="1-30"/>
    <w:uiPriority w:val="65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customStyle="1" w:styleId="1-410">
    <w:name w:val="Средний список 1 - Акцент 41"/>
    <w:basedOn w:val="a3"/>
    <w:next w:val="1-40"/>
    <w:uiPriority w:val="65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customStyle="1" w:styleId="1-510">
    <w:name w:val="Средний список 1 - Акцент 51"/>
    <w:basedOn w:val="a3"/>
    <w:next w:val="1-50"/>
    <w:uiPriority w:val="65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customStyle="1" w:styleId="1-610">
    <w:name w:val="Средний список 1 - Акцент 61"/>
    <w:basedOn w:val="a3"/>
    <w:next w:val="1-60"/>
    <w:uiPriority w:val="65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218">
    <w:name w:val="Средний список 21"/>
    <w:basedOn w:val="a3"/>
    <w:next w:val="2e"/>
    <w:uiPriority w:val="66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110">
    <w:name w:val="Средний список 2 - Акцент 11"/>
    <w:basedOn w:val="a3"/>
    <w:next w:val="2-10"/>
    <w:uiPriority w:val="66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210">
    <w:name w:val="Средний список 2 - Акцент 21"/>
    <w:basedOn w:val="a3"/>
    <w:next w:val="2-20"/>
    <w:uiPriority w:val="66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310">
    <w:name w:val="Средний список 2 - Акцент 31"/>
    <w:basedOn w:val="a3"/>
    <w:next w:val="2-30"/>
    <w:uiPriority w:val="66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410">
    <w:name w:val="Средний список 2 - Акцент 41"/>
    <w:basedOn w:val="a3"/>
    <w:next w:val="2-40"/>
    <w:uiPriority w:val="66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510">
    <w:name w:val="Средний список 2 - Акцент 51"/>
    <w:basedOn w:val="a3"/>
    <w:next w:val="2-50"/>
    <w:uiPriority w:val="66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610">
    <w:name w:val="Средний список 2 - Акцент 61"/>
    <w:basedOn w:val="a3"/>
    <w:next w:val="2-60"/>
    <w:uiPriority w:val="66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5">
    <w:name w:val="Средняя сетка 11"/>
    <w:basedOn w:val="a3"/>
    <w:next w:val="1fc"/>
    <w:uiPriority w:val="67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1-111">
    <w:name w:val="Средняя сетка 1 - Акцент 11"/>
    <w:basedOn w:val="a3"/>
    <w:next w:val="1-12"/>
    <w:uiPriority w:val="67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1-211">
    <w:name w:val="Средняя сетка 1 - Акцент 21"/>
    <w:basedOn w:val="a3"/>
    <w:next w:val="1-22"/>
    <w:uiPriority w:val="67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customStyle="1" w:styleId="1-311">
    <w:name w:val="Средняя сетка 1 - Акцент 31"/>
    <w:basedOn w:val="a3"/>
    <w:next w:val="1-32"/>
    <w:uiPriority w:val="67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customStyle="1" w:styleId="1-411">
    <w:name w:val="Средняя сетка 1 - Акцент 41"/>
    <w:basedOn w:val="a3"/>
    <w:next w:val="1-42"/>
    <w:uiPriority w:val="67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customStyle="1" w:styleId="1-511">
    <w:name w:val="Средняя сетка 1 - Акцент 51"/>
    <w:basedOn w:val="a3"/>
    <w:next w:val="1-52"/>
    <w:uiPriority w:val="67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1-611">
    <w:name w:val="Средняя сетка 1 - Акцент 61"/>
    <w:basedOn w:val="a3"/>
    <w:next w:val="1-62"/>
    <w:uiPriority w:val="67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219">
    <w:name w:val="Средняя сетка 21"/>
    <w:basedOn w:val="a3"/>
    <w:next w:val="2f"/>
    <w:uiPriority w:val="68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2-111">
    <w:name w:val="Средняя сетка 2 - Акцент 11"/>
    <w:basedOn w:val="a3"/>
    <w:next w:val="2-12"/>
    <w:uiPriority w:val="68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customStyle="1" w:styleId="2-211">
    <w:name w:val="Средняя сетка 2 - Акцент 21"/>
    <w:basedOn w:val="a3"/>
    <w:next w:val="2-22"/>
    <w:uiPriority w:val="68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customStyle="1" w:styleId="2-311">
    <w:name w:val="Средняя сетка 2 - Акцент 31"/>
    <w:basedOn w:val="a3"/>
    <w:next w:val="2-32"/>
    <w:uiPriority w:val="68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customStyle="1" w:styleId="2-411">
    <w:name w:val="Средняя сетка 2 - Акцент 41"/>
    <w:basedOn w:val="a3"/>
    <w:next w:val="2-42"/>
    <w:uiPriority w:val="68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customStyle="1" w:styleId="2-511">
    <w:name w:val="Средняя сетка 2 - Акцент 51"/>
    <w:basedOn w:val="a3"/>
    <w:next w:val="2-52"/>
    <w:uiPriority w:val="68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customStyle="1" w:styleId="2-611">
    <w:name w:val="Средняя сетка 2 - Акцент 61"/>
    <w:basedOn w:val="a3"/>
    <w:next w:val="2-62"/>
    <w:uiPriority w:val="68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customStyle="1" w:styleId="316">
    <w:name w:val="Средняя сетка 31"/>
    <w:basedOn w:val="a3"/>
    <w:next w:val="3a"/>
    <w:uiPriority w:val="69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3-11">
    <w:name w:val="Средняя сетка 3 - Акцент 11"/>
    <w:basedOn w:val="a3"/>
    <w:next w:val="3-1"/>
    <w:uiPriority w:val="69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3-21">
    <w:name w:val="Средняя сетка 3 - Акцент 21"/>
    <w:basedOn w:val="a3"/>
    <w:next w:val="3-2"/>
    <w:uiPriority w:val="69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customStyle="1" w:styleId="3-31">
    <w:name w:val="Средняя сетка 3 - Акцент 31"/>
    <w:basedOn w:val="a3"/>
    <w:next w:val="3-3"/>
    <w:uiPriority w:val="69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3-41">
    <w:name w:val="Средняя сетка 3 - Акцент 41"/>
    <w:basedOn w:val="a3"/>
    <w:next w:val="3-4"/>
    <w:uiPriority w:val="69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customStyle="1" w:styleId="3-51">
    <w:name w:val="Средняя сетка 3 - Акцент 51"/>
    <w:basedOn w:val="a3"/>
    <w:next w:val="3-5"/>
    <w:uiPriority w:val="69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3-61">
    <w:name w:val="Средняя сетка 3 - Акцент 61"/>
    <w:basedOn w:val="a3"/>
    <w:next w:val="3-6"/>
    <w:uiPriority w:val="69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customStyle="1" w:styleId="1fd">
    <w:name w:val="Темный список1"/>
    <w:basedOn w:val="a3"/>
    <w:next w:val="aff4"/>
    <w:uiPriority w:val="70"/>
    <w:rsid w:val="007E5438"/>
    <w:pPr>
      <w:spacing w:after="0" w:line="240" w:lineRule="auto"/>
    </w:pPr>
    <w:rPr>
      <w:rFonts w:eastAsia="MS Mincho"/>
      <w:color w:val="FFFFFF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-112">
    <w:name w:val="Темный список - Акцент 11"/>
    <w:basedOn w:val="a3"/>
    <w:next w:val="-13"/>
    <w:uiPriority w:val="70"/>
    <w:rsid w:val="007E5438"/>
    <w:pPr>
      <w:spacing w:after="0" w:line="240" w:lineRule="auto"/>
    </w:pPr>
    <w:rPr>
      <w:rFonts w:eastAsia="MS Mincho"/>
      <w:color w:val="FFFFFF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customStyle="1" w:styleId="-212">
    <w:name w:val="Темный список - Акцент 21"/>
    <w:basedOn w:val="a3"/>
    <w:next w:val="-23"/>
    <w:uiPriority w:val="70"/>
    <w:rsid w:val="007E5438"/>
    <w:pPr>
      <w:spacing w:after="0" w:line="240" w:lineRule="auto"/>
    </w:pPr>
    <w:rPr>
      <w:rFonts w:eastAsia="MS Mincho"/>
      <w:color w:val="FFFFFF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customStyle="1" w:styleId="-312">
    <w:name w:val="Темный список - Акцент 31"/>
    <w:basedOn w:val="a3"/>
    <w:next w:val="-33"/>
    <w:uiPriority w:val="70"/>
    <w:rsid w:val="007E5438"/>
    <w:pPr>
      <w:spacing w:after="0" w:line="240" w:lineRule="auto"/>
    </w:pPr>
    <w:rPr>
      <w:rFonts w:eastAsia="MS Mincho"/>
      <w:color w:val="FFFFFF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customStyle="1" w:styleId="-412">
    <w:name w:val="Темный список - Акцент 41"/>
    <w:basedOn w:val="a3"/>
    <w:next w:val="-43"/>
    <w:uiPriority w:val="70"/>
    <w:rsid w:val="007E5438"/>
    <w:pPr>
      <w:spacing w:after="0" w:line="240" w:lineRule="auto"/>
    </w:pPr>
    <w:rPr>
      <w:rFonts w:eastAsia="MS Mincho"/>
      <w:color w:val="FFFFFF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customStyle="1" w:styleId="-512">
    <w:name w:val="Темный список - Акцент 51"/>
    <w:basedOn w:val="a3"/>
    <w:next w:val="-53"/>
    <w:uiPriority w:val="70"/>
    <w:rsid w:val="007E5438"/>
    <w:pPr>
      <w:spacing w:after="0" w:line="240" w:lineRule="auto"/>
    </w:pPr>
    <w:rPr>
      <w:rFonts w:eastAsia="MS Mincho"/>
      <w:color w:val="FFFFFF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customStyle="1" w:styleId="-612">
    <w:name w:val="Темный список - Акцент 61"/>
    <w:basedOn w:val="a3"/>
    <w:next w:val="-63"/>
    <w:uiPriority w:val="70"/>
    <w:rsid w:val="007E5438"/>
    <w:pPr>
      <w:spacing w:after="0" w:line="240" w:lineRule="auto"/>
    </w:pPr>
    <w:rPr>
      <w:rFonts w:eastAsia="MS Mincho"/>
      <w:color w:val="FFFFFF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customStyle="1" w:styleId="1fe">
    <w:name w:val="Цветная заливка1"/>
    <w:basedOn w:val="a3"/>
    <w:next w:val="aff5"/>
    <w:uiPriority w:val="71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113">
    <w:name w:val="Цветная заливка - Акцент 11"/>
    <w:basedOn w:val="a3"/>
    <w:next w:val="-14"/>
    <w:uiPriority w:val="71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213">
    <w:name w:val="Цветная заливка - Акцент 21"/>
    <w:basedOn w:val="a3"/>
    <w:next w:val="-24"/>
    <w:uiPriority w:val="71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313">
    <w:name w:val="Цветная заливка - Акцент 31"/>
    <w:basedOn w:val="a3"/>
    <w:next w:val="-34"/>
    <w:uiPriority w:val="71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customStyle="1" w:styleId="-413">
    <w:name w:val="Цветная заливка - Акцент 41"/>
    <w:basedOn w:val="a3"/>
    <w:next w:val="-44"/>
    <w:uiPriority w:val="71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513">
    <w:name w:val="Цветная заливка - Акцент 51"/>
    <w:basedOn w:val="a3"/>
    <w:next w:val="-54"/>
    <w:uiPriority w:val="71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613">
    <w:name w:val="Цветная заливка - Акцент 61"/>
    <w:basedOn w:val="a3"/>
    <w:next w:val="-64"/>
    <w:uiPriority w:val="71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1ff">
    <w:name w:val="Цветной список1"/>
    <w:basedOn w:val="a3"/>
    <w:next w:val="aff6"/>
    <w:uiPriority w:val="72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-114">
    <w:name w:val="Цветной список - Акцент 11"/>
    <w:basedOn w:val="a3"/>
    <w:next w:val="-15"/>
    <w:uiPriority w:val="72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customStyle="1" w:styleId="-214">
    <w:name w:val="Цветной список - Акцент 21"/>
    <w:basedOn w:val="a3"/>
    <w:next w:val="-25"/>
    <w:uiPriority w:val="72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customStyle="1" w:styleId="-314">
    <w:name w:val="Цветной список - Акцент 31"/>
    <w:basedOn w:val="a3"/>
    <w:next w:val="-35"/>
    <w:uiPriority w:val="72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customStyle="1" w:styleId="-414">
    <w:name w:val="Цветной список - Акцент 41"/>
    <w:basedOn w:val="a3"/>
    <w:next w:val="-45"/>
    <w:uiPriority w:val="72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customStyle="1" w:styleId="-514">
    <w:name w:val="Цветной список - Акцент 51"/>
    <w:basedOn w:val="a3"/>
    <w:next w:val="-55"/>
    <w:uiPriority w:val="72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customStyle="1" w:styleId="-614">
    <w:name w:val="Цветной список - Акцент 61"/>
    <w:basedOn w:val="a3"/>
    <w:next w:val="-65"/>
    <w:uiPriority w:val="72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customStyle="1" w:styleId="1ff0">
    <w:name w:val="Цветная сетка1"/>
    <w:basedOn w:val="a3"/>
    <w:next w:val="aff7"/>
    <w:uiPriority w:val="73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-115">
    <w:name w:val="Цветная сетка - Акцент 11"/>
    <w:basedOn w:val="a3"/>
    <w:next w:val="-16"/>
    <w:uiPriority w:val="73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-215">
    <w:name w:val="Цветная сетка - Акцент 21"/>
    <w:basedOn w:val="a3"/>
    <w:next w:val="-26"/>
    <w:uiPriority w:val="73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customStyle="1" w:styleId="-315">
    <w:name w:val="Цветная сетка - Акцент 31"/>
    <w:basedOn w:val="a3"/>
    <w:next w:val="-36"/>
    <w:uiPriority w:val="73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customStyle="1" w:styleId="-415">
    <w:name w:val="Цветная сетка - Акцент 41"/>
    <w:basedOn w:val="a3"/>
    <w:next w:val="-46"/>
    <w:uiPriority w:val="73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customStyle="1" w:styleId="-515">
    <w:name w:val="Цветная сетка - Акцент 51"/>
    <w:basedOn w:val="a3"/>
    <w:next w:val="-56"/>
    <w:uiPriority w:val="73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615">
    <w:name w:val="Цветная сетка - Акцент 61"/>
    <w:basedOn w:val="a3"/>
    <w:next w:val="-66"/>
    <w:uiPriority w:val="73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customStyle="1" w:styleId="aff8">
    <w:name w:val="Заголовок Знак"/>
    <w:uiPriority w:val="10"/>
    <w:rsid w:val="007E5438"/>
    <w:rPr>
      <w:rFonts w:ascii="Calibri" w:eastAsia="MS Gothic" w:hAnsi="Calibri" w:cs="Times New Roman"/>
      <w:color w:val="17365D"/>
      <w:spacing w:val="5"/>
      <w:kern w:val="28"/>
      <w:sz w:val="52"/>
      <w:szCs w:val="52"/>
      <w:lang w:val="x-none" w:eastAsia="x-none"/>
    </w:rPr>
  </w:style>
  <w:style w:type="character" w:customStyle="1" w:styleId="1ff1">
    <w:name w:val="Название Знак1"/>
    <w:basedOn w:val="a2"/>
    <w:uiPriority w:val="10"/>
    <w:rsid w:val="007E5438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paragraph" w:customStyle="1" w:styleId="220">
    <w:name w:val="Цитата 22"/>
    <w:basedOn w:val="a1"/>
    <w:next w:val="a1"/>
    <w:uiPriority w:val="29"/>
    <w:qFormat/>
    <w:rsid w:val="007E5438"/>
    <w:pPr>
      <w:widowControl/>
      <w:autoSpaceDE/>
      <w:autoSpaceDN/>
      <w:spacing w:before="200" w:after="160" w:line="259" w:lineRule="auto"/>
      <w:ind w:left="864" w:right="864"/>
      <w:jc w:val="center"/>
    </w:pPr>
    <w:rPr>
      <w:rFonts w:ascii="Calibri" w:eastAsia="Calibri" w:hAnsi="Calibri"/>
      <w:i/>
      <w:iCs/>
      <w:color w:val="000000"/>
    </w:rPr>
  </w:style>
  <w:style w:type="character" w:customStyle="1" w:styleId="21a">
    <w:name w:val="Цитата 2 Знак1"/>
    <w:basedOn w:val="a2"/>
    <w:uiPriority w:val="29"/>
    <w:rsid w:val="007E5438"/>
    <w:rPr>
      <w:i/>
      <w:iCs/>
      <w:color w:val="000000"/>
    </w:rPr>
  </w:style>
  <w:style w:type="character" w:customStyle="1" w:styleId="510">
    <w:name w:val="Заголовок 5 Знак1"/>
    <w:basedOn w:val="a2"/>
    <w:uiPriority w:val="9"/>
    <w:semiHidden/>
    <w:rsid w:val="007E5438"/>
    <w:rPr>
      <w:rFonts w:ascii="Calibri Light" w:eastAsia="Times New Roman" w:hAnsi="Calibri Light" w:cs="Times New Roman"/>
      <w:color w:val="2E74B5"/>
    </w:rPr>
  </w:style>
  <w:style w:type="character" w:customStyle="1" w:styleId="610">
    <w:name w:val="Заголовок 6 Знак1"/>
    <w:basedOn w:val="a2"/>
    <w:uiPriority w:val="9"/>
    <w:semiHidden/>
    <w:rsid w:val="007E5438"/>
    <w:rPr>
      <w:rFonts w:ascii="Calibri Light" w:eastAsia="Times New Roman" w:hAnsi="Calibri Light" w:cs="Times New Roman"/>
      <w:color w:val="1F4D78"/>
    </w:rPr>
  </w:style>
  <w:style w:type="character" w:customStyle="1" w:styleId="710">
    <w:name w:val="Заголовок 7 Знак1"/>
    <w:basedOn w:val="a2"/>
    <w:uiPriority w:val="9"/>
    <w:semiHidden/>
    <w:rsid w:val="007E5438"/>
    <w:rPr>
      <w:rFonts w:ascii="Calibri Light" w:eastAsia="Times New Roman" w:hAnsi="Calibri Light" w:cs="Times New Roman"/>
      <w:i/>
      <w:iCs/>
      <w:color w:val="1F4D78"/>
    </w:rPr>
  </w:style>
  <w:style w:type="character" w:customStyle="1" w:styleId="810">
    <w:name w:val="Заголовок 8 Знак1"/>
    <w:basedOn w:val="a2"/>
    <w:uiPriority w:val="9"/>
    <w:semiHidden/>
    <w:rsid w:val="007E5438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910">
    <w:name w:val="Заголовок 9 Знак1"/>
    <w:basedOn w:val="a2"/>
    <w:uiPriority w:val="9"/>
    <w:semiHidden/>
    <w:rsid w:val="007E5438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customStyle="1" w:styleId="2f0">
    <w:name w:val="Выделенная цитата2"/>
    <w:basedOn w:val="a1"/>
    <w:next w:val="a1"/>
    <w:uiPriority w:val="30"/>
    <w:qFormat/>
    <w:rsid w:val="007E5438"/>
    <w:pPr>
      <w:widowControl/>
      <w:pBdr>
        <w:top w:val="single" w:sz="4" w:space="10" w:color="5B9BD5"/>
        <w:bottom w:val="single" w:sz="4" w:space="10" w:color="5B9BD5"/>
      </w:pBdr>
      <w:autoSpaceDE/>
      <w:autoSpaceDN/>
      <w:spacing w:before="360" w:after="360" w:line="259" w:lineRule="auto"/>
      <w:ind w:left="864" w:right="864"/>
      <w:jc w:val="center"/>
    </w:pPr>
    <w:rPr>
      <w:rFonts w:ascii="Calibri" w:eastAsia="Calibri" w:hAnsi="Calibri"/>
      <w:b/>
      <w:bCs/>
      <w:i/>
      <w:iCs/>
      <w:color w:val="4F81BD"/>
    </w:rPr>
  </w:style>
  <w:style w:type="character" w:customStyle="1" w:styleId="1ff2">
    <w:name w:val="Выделенная цитата Знак1"/>
    <w:basedOn w:val="a2"/>
    <w:uiPriority w:val="30"/>
    <w:rsid w:val="007E5438"/>
    <w:rPr>
      <w:b/>
      <w:bCs/>
      <w:i/>
      <w:iCs/>
      <w:color w:val="5B9BD5"/>
    </w:rPr>
  </w:style>
  <w:style w:type="character" w:customStyle="1" w:styleId="2f1">
    <w:name w:val="Слабое выделение2"/>
    <w:basedOn w:val="a2"/>
    <w:uiPriority w:val="19"/>
    <w:qFormat/>
    <w:rsid w:val="007E5438"/>
    <w:rPr>
      <w:i/>
      <w:iCs/>
      <w:color w:val="404040"/>
    </w:rPr>
  </w:style>
  <w:style w:type="character" w:customStyle="1" w:styleId="2f2">
    <w:name w:val="Сильное выделение2"/>
    <w:basedOn w:val="a2"/>
    <w:uiPriority w:val="21"/>
    <w:qFormat/>
    <w:rsid w:val="007E5438"/>
    <w:rPr>
      <w:i/>
      <w:iCs/>
      <w:color w:val="5B9BD5"/>
    </w:rPr>
  </w:style>
  <w:style w:type="character" w:customStyle="1" w:styleId="2f3">
    <w:name w:val="Слабая ссылка2"/>
    <w:basedOn w:val="a2"/>
    <w:uiPriority w:val="31"/>
    <w:qFormat/>
    <w:rsid w:val="007E5438"/>
    <w:rPr>
      <w:smallCaps/>
      <w:color w:val="5A5A5A"/>
    </w:rPr>
  </w:style>
  <w:style w:type="character" w:customStyle="1" w:styleId="2f4">
    <w:name w:val="Сильная ссылка2"/>
    <w:basedOn w:val="a2"/>
    <w:uiPriority w:val="32"/>
    <w:qFormat/>
    <w:rsid w:val="007E5438"/>
    <w:rPr>
      <w:b/>
      <w:bCs/>
      <w:smallCaps/>
      <w:color w:val="5B9BD5"/>
      <w:spacing w:val="5"/>
    </w:rPr>
  </w:style>
  <w:style w:type="table" w:customStyle="1" w:styleId="2f5">
    <w:name w:val="Светлая заливка2"/>
    <w:basedOn w:val="a3"/>
    <w:next w:val="aff1"/>
    <w:uiPriority w:val="60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20">
    <w:name w:val="Светлая заливка - Акцент 12"/>
    <w:basedOn w:val="a3"/>
    <w:next w:val="-1"/>
    <w:uiPriority w:val="60"/>
    <w:unhideWhenUsed/>
    <w:rsid w:val="007E5438"/>
    <w:pPr>
      <w:spacing w:after="0" w:line="240" w:lineRule="auto"/>
    </w:pPr>
    <w:rPr>
      <w:color w:val="2E74B5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-220">
    <w:name w:val="Светлая заливка - Акцент 22"/>
    <w:basedOn w:val="a3"/>
    <w:next w:val="-2"/>
    <w:uiPriority w:val="60"/>
    <w:unhideWhenUsed/>
    <w:rsid w:val="007E5438"/>
    <w:pPr>
      <w:spacing w:after="0" w:line="240" w:lineRule="auto"/>
    </w:pPr>
    <w:rPr>
      <w:color w:val="C45911"/>
    </w:rPr>
    <w:tblPr>
      <w:tblStyleRowBandSize w:val="1"/>
      <w:tblStyleColBandSize w:val="1"/>
      <w:tblInd w:w="0" w:type="dxa"/>
      <w:tblBorders>
        <w:top w:val="single" w:sz="8" w:space="0" w:color="ED7D31"/>
        <w:bottom w:val="single" w:sz="8" w:space="0" w:color="ED7D3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</w:style>
  <w:style w:type="table" w:customStyle="1" w:styleId="-320">
    <w:name w:val="Светлая заливка - Акцент 32"/>
    <w:basedOn w:val="a3"/>
    <w:next w:val="-3"/>
    <w:uiPriority w:val="60"/>
    <w:unhideWhenUsed/>
    <w:rsid w:val="007E5438"/>
    <w:pPr>
      <w:spacing w:after="0" w:line="240" w:lineRule="auto"/>
    </w:pPr>
    <w:rPr>
      <w:color w:val="7B7B7B"/>
    </w:rPr>
    <w:tblPr>
      <w:tblStyleRowBandSize w:val="1"/>
      <w:tblStyleColBandSize w:val="1"/>
      <w:tblInd w:w="0" w:type="dxa"/>
      <w:tblBorders>
        <w:top w:val="single" w:sz="8" w:space="0" w:color="A5A5A5"/>
        <w:bottom w:val="single" w:sz="8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</w:style>
  <w:style w:type="table" w:customStyle="1" w:styleId="-420">
    <w:name w:val="Светлая заливка - Акцент 42"/>
    <w:basedOn w:val="a3"/>
    <w:next w:val="-4"/>
    <w:uiPriority w:val="60"/>
    <w:unhideWhenUsed/>
    <w:rsid w:val="007E5438"/>
    <w:pPr>
      <w:spacing w:after="0" w:line="240" w:lineRule="auto"/>
    </w:pPr>
    <w:rPr>
      <w:color w:val="BF8F00"/>
    </w:rPr>
    <w:tblPr>
      <w:tblStyleRowBandSize w:val="1"/>
      <w:tblStyleColBandSize w:val="1"/>
      <w:tblInd w:w="0" w:type="dxa"/>
      <w:tblBorders>
        <w:top w:val="single" w:sz="8" w:space="0" w:color="FFC000"/>
        <w:bottom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</w:style>
  <w:style w:type="table" w:customStyle="1" w:styleId="-520">
    <w:name w:val="Светлая заливка - Акцент 52"/>
    <w:basedOn w:val="a3"/>
    <w:next w:val="-5"/>
    <w:uiPriority w:val="60"/>
    <w:unhideWhenUsed/>
    <w:rsid w:val="007E5438"/>
    <w:pPr>
      <w:spacing w:after="0" w:line="240" w:lineRule="auto"/>
    </w:pPr>
    <w:rPr>
      <w:color w:val="2F5496"/>
    </w:rPr>
    <w:tblPr>
      <w:tblStyleRowBandSize w:val="1"/>
      <w:tblStyleColBandSize w:val="1"/>
      <w:tblInd w:w="0" w:type="dxa"/>
      <w:tblBorders>
        <w:top w:val="single" w:sz="8" w:space="0" w:color="4472C4"/>
        <w:bottom w:val="single" w:sz="8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</w:style>
  <w:style w:type="table" w:customStyle="1" w:styleId="-620">
    <w:name w:val="Светлая заливка - Акцент 62"/>
    <w:basedOn w:val="a3"/>
    <w:next w:val="-6"/>
    <w:uiPriority w:val="60"/>
    <w:unhideWhenUsed/>
    <w:rsid w:val="007E5438"/>
    <w:pPr>
      <w:spacing w:after="0" w:line="240" w:lineRule="auto"/>
    </w:pPr>
    <w:rPr>
      <w:color w:val="538135"/>
    </w:rPr>
    <w:tblPr>
      <w:tblStyleRowBandSize w:val="1"/>
      <w:tblStyleColBandSize w:val="1"/>
      <w:tblInd w:w="0" w:type="dxa"/>
      <w:tblBorders>
        <w:top w:val="single" w:sz="8" w:space="0" w:color="70AD47"/>
        <w:bottom w:val="single" w:sz="8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/>
          <w:left w:val="nil"/>
          <w:bottom w:val="single" w:sz="8" w:space="0" w:color="70AD47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/>
          <w:left w:val="nil"/>
          <w:bottom w:val="single" w:sz="8" w:space="0" w:color="70AD47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</w:style>
  <w:style w:type="table" w:customStyle="1" w:styleId="2f6">
    <w:name w:val="Светлый список2"/>
    <w:basedOn w:val="a3"/>
    <w:next w:val="aff2"/>
    <w:uiPriority w:val="61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-121">
    <w:name w:val="Светлый список - Акцент 12"/>
    <w:basedOn w:val="a3"/>
    <w:next w:val="-10"/>
    <w:uiPriority w:val="61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-221">
    <w:name w:val="Светлый список - Акцент 22"/>
    <w:basedOn w:val="a3"/>
    <w:next w:val="-20"/>
    <w:uiPriority w:val="61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ED7D3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band1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</w:style>
  <w:style w:type="table" w:customStyle="1" w:styleId="-321">
    <w:name w:val="Светлый список - Акцент 32"/>
    <w:basedOn w:val="a3"/>
    <w:next w:val="-30"/>
    <w:uiPriority w:val="61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customStyle="1" w:styleId="-421">
    <w:name w:val="Светлый список - Акцент 42"/>
    <w:basedOn w:val="a3"/>
    <w:next w:val="-40"/>
    <w:uiPriority w:val="61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FC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</w:style>
  <w:style w:type="table" w:customStyle="1" w:styleId="-521">
    <w:name w:val="Светлый список - Акцент 52"/>
    <w:basedOn w:val="a3"/>
    <w:next w:val="-50"/>
    <w:uiPriority w:val="61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472C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</w:style>
  <w:style w:type="table" w:customStyle="1" w:styleId="-621">
    <w:name w:val="Светлый список - Акцент 62"/>
    <w:basedOn w:val="a3"/>
    <w:next w:val="-60"/>
    <w:uiPriority w:val="61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70AD47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</w:style>
  <w:style w:type="table" w:customStyle="1" w:styleId="2f7">
    <w:name w:val="Светлая сетка2"/>
    <w:basedOn w:val="a3"/>
    <w:next w:val="aff3"/>
    <w:uiPriority w:val="62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-122">
    <w:name w:val="Светлая сетка - Акцент 12"/>
    <w:basedOn w:val="a3"/>
    <w:next w:val="-12"/>
    <w:uiPriority w:val="62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customStyle="1" w:styleId="-222">
    <w:name w:val="Светлая сетка - Акцент 22"/>
    <w:basedOn w:val="a3"/>
    <w:next w:val="-22"/>
    <w:uiPriority w:val="62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  <w:insideH w:val="single" w:sz="8" w:space="0" w:color="ED7D31"/>
        <w:insideV w:val="single" w:sz="8" w:space="0" w:color="ED7D3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ED7D31"/>
          <w:left w:val="single" w:sz="8" w:space="0" w:color="ED7D31"/>
          <w:bottom w:val="single" w:sz="18" w:space="0" w:color="ED7D31"/>
          <w:right w:val="single" w:sz="8" w:space="0" w:color="ED7D31"/>
          <w:insideH w:val="nil"/>
          <w:insideV w:val="single" w:sz="8" w:space="0" w:color="ED7D31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ED7D31"/>
          <w:left w:val="single" w:sz="8" w:space="0" w:color="ED7D31"/>
          <w:bottom w:val="single" w:sz="8" w:space="0" w:color="ED7D31"/>
          <w:right w:val="single" w:sz="8" w:space="0" w:color="ED7D31"/>
          <w:insideH w:val="nil"/>
          <w:insideV w:val="single" w:sz="8" w:space="0" w:color="ED7D31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band1Vert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  <w:shd w:val="clear" w:color="auto" w:fill="FADECB"/>
      </w:tcPr>
    </w:tblStylePr>
    <w:tblStylePr w:type="band1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  <w:insideV w:val="single" w:sz="8" w:space="0" w:color="ED7D31"/>
        </w:tcBorders>
        <w:shd w:val="clear" w:color="auto" w:fill="FADECB"/>
      </w:tcPr>
    </w:tblStylePr>
    <w:tblStylePr w:type="band2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  <w:insideV w:val="single" w:sz="8" w:space="0" w:color="ED7D31"/>
        </w:tcBorders>
      </w:tcPr>
    </w:tblStylePr>
  </w:style>
  <w:style w:type="table" w:customStyle="1" w:styleId="-322">
    <w:name w:val="Светлая сетка - Акцент 32"/>
    <w:basedOn w:val="a3"/>
    <w:next w:val="-32"/>
    <w:uiPriority w:val="62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1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  <w:shd w:val="clear" w:color="auto" w:fill="E8E8E8"/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  <w:shd w:val="clear" w:color="auto" w:fill="E8E8E8"/>
      </w:tcPr>
    </w:tblStylePr>
    <w:tblStylePr w:type="band2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</w:tcPr>
    </w:tblStylePr>
  </w:style>
  <w:style w:type="table" w:customStyle="1" w:styleId="-422">
    <w:name w:val="Светлая сетка - Акцент 42"/>
    <w:basedOn w:val="a3"/>
    <w:next w:val="-42"/>
    <w:uiPriority w:val="62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  <w:insideH w:val="single" w:sz="8" w:space="0" w:color="FFC000"/>
        <w:insideV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FFC000"/>
          <w:left w:val="single" w:sz="8" w:space="0" w:color="FFC000"/>
          <w:bottom w:val="single" w:sz="18" w:space="0" w:color="FFC000"/>
          <w:right w:val="single" w:sz="8" w:space="0" w:color="FFC000"/>
          <w:insideH w:val="nil"/>
          <w:insideV w:val="single" w:sz="8" w:space="0" w:color="FFC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  <w:insideH w:val="nil"/>
          <w:insideV w:val="single" w:sz="8" w:space="0" w:color="FFC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  <w:shd w:val="clear" w:color="auto" w:fill="FFEFC0"/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  <w:insideV w:val="single" w:sz="8" w:space="0" w:color="FFC000"/>
        </w:tcBorders>
        <w:shd w:val="clear" w:color="auto" w:fill="FFEFC0"/>
      </w:tcPr>
    </w:tblStylePr>
    <w:tblStylePr w:type="band2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  <w:insideV w:val="single" w:sz="8" w:space="0" w:color="FFC000"/>
        </w:tcBorders>
      </w:tcPr>
    </w:tblStylePr>
  </w:style>
  <w:style w:type="table" w:customStyle="1" w:styleId="-522">
    <w:name w:val="Светлая сетка - Акцент 52"/>
    <w:basedOn w:val="a3"/>
    <w:next w:val="-52"/>
    <w:uiPriority w:val="62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customStyle="1" w:styleId="-622">
    <w:name w:val="Светлая сетка - Акцент 62"/>
    <w:basedOn w:val="a3"/>
    <w:next w:val="-62"/>
    <w:uiPriority w:val="62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table" w:customStyle="1" w:styleId="120">
    <w:name w:val="Средняя заливка 12"/>
    <w:basedOn w:val="a3"/>
    <w:next w:val="1fa"/>
    <w:uiPriority w:val="63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20">
    <w:name w:val="Средняя заливка 1 - Акцент 12"/>
    <w:basedOn w:val="a3"/>
    <w:next w:val="1-1"/>
    <w:uiPriority w:val="63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220">
    <w:name w:val="Средняя заливка 1 - Акцент 22"/>
    <w:basedOn w:val="a3"/>
    <w:next w:val="1-2"/>
    <w:uiPriority w:val="63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/>
        <w:left w:val="single" w:sz="8" w:space="0" w:color="F19D64"/>
        <w:bottom w:val="single" w:sz="8" w:space="0" w:color="F19D64"/>
        <w:right w:val="single" w:sz="8" w:space="0" w:color="F19D64"/>
        <w:insideH w:val="single" w:sz="8" w:space="0" w:color="F19D6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19D64"/>
          <w:left w:val="single" w:sz="8" w:space="0" w:color="F19D64"/>
          <w:bottom w:val="single" w:sz="8" w:space="0" w:color="F19D64"/>
          <w:right w:val="single" w:sz="8" w:space="0" w:color="F19D64"/>
          <w:insideH w:val="nil"/>
          <w:insideV w:val="nil"/>
        </w:tcBorders>
        <w:shd w:val="clear" w:color="auto" w:fill="ED7D3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/>
          <w:left w:val="single" w:sz="8" w:space="0" w:color="F19D64"/>
          <w:bottom w:val="single" w:sz="8" w:space="0" w:color="F19D64"/>
          <w:right w:val="single" w:sz="8" w:space="0" w:color="F19D6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320">
    <w:name w:val="Средняя заливка 1 - Акцент 32"/>
    <w:basedOn w:val="a3"/>
    <w:next w:val="1-3"/>
    <w:uiPriority w:val="63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BBBBB"/>
        <w:left w:val="single" w:sz="8" w:space="0" w:color="BBBBBB"/>
        <w:bottom w:val="single" w:sz="8" w:space="0" w:color="BBBBBB"/>
        <w:right w:val="single" w:sz="8" w:space="0" w:color="BBBBBB"/>
        <w:insideH w:val="single" w:sz="8" w:space="0" w:color="BBBB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420">
    <w:name w:val="Средняя заливка 1 - Акцент 42"/>
    <w:basedOn w:val="a3"/>
    <w:next w:val="1-4"/>
    <w:uiPriority w:val="63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FCF40"/>
          <w:left w:val="single" w:sz="8" w:space="0" w:color="FFCF40"/>
          <w:bottom w:val="single" w:sz="8" w:space="0" w:color="FFCF40"/>
          <w:right w:val="single" w:sz="8" w:space="0" w:color="FFCF40"/>
          <w:insideH w:val="nil"/>
          <w:insideV w:val="nil"/>
        </w:tcBorders>
        <w:shd w:val="clear" w:color="auto" w:fill="FFC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/>
          <w:left w:val="single" w:sz="8" w:space="0" w:color="FFCF40"/>
          <w:bottom w:val="single" w:sz="8" w:space="0" w:color="FFCF40"/>
          <w:right w:val="single" w:sz="8" w:space="0" w:color="FFCF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520">
    <w:name w:val="Средняя заливка 1 - Акцент 52"/>
    <w:basedOn w:val="a3"/>
    <w:next w:val="1-5"/>
    <w:uiPriority w:val="63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295D2"/>
        <w:left w:val="single" w:sz="8" w:space="0" w:color="7295D2"/>
        <w:bottom w:val="single" w:sz="8" w:space="0" w:color="7295D2"/>
        <w:right w:val="single" w:sz="8" w:space="0" w:color="7295D2"/>
        <w:insideH w:val="single" w:sz="8" w:space="0" w:color="7295D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295D2"/>
          <w:left w:val="single" w:sz="8" w:space="0" w:color="7295D2"/>
          <w:bottom w:val="single" w:sz="8" w:space="0" w:color="7295D2"/>
          <w:right w:val="single" w:sz="8" w:space="0" w:color="7295D2"/>
          <w:insideH w:val="nil"/>
          <w:insideV w:val="nil"/>
        </w:tcBorders>
        <w:shd w:val="clear" w:color="auto" w:fill="4472C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/>
          <w:left w:val="single" w:sz="8" w:space="0" w:color="7295D2"/>
          <w:bottom w:val="single" w:sz="8" w:space="0" w:color="7295D2"/>
          <w:right w:val="single" w:sz="8" w:space="0" w:color="7295D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620">
    <w:name w:val="Средняя заливка 1 - Акцент 62"/>
    <w:basedOn w:val="a3"/>
    <w:next w:val="1-6"/>
    <w:uiPriority w:val="63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3C571"/>
        <w:left w:val="single" w:sz="8" w:space="0" w:color="93C571"/>
        <w:bottom w:val="single" w:sz="8" w:space="0" w:color="93C571"/>
        <w:right w:val="single" w:sz="8" w:space="0" w:color="93C571"/>
        <w:insideH w:val="single" w:sz="8" w:space="0" w:color="93C5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3C571"/>
          <w:left w:val="single" w:sz="8" w:space="0" w:color="93C571"/>
          <w:bottom w:val="single" w:sz="8" w:space="0" w:color="93C571"/>
          <w:right w:val="single" w:sz="8" w:space="0" w:color="93C571"/>
          <w:insideH w:val="nil"/>
          <w:insideV w:val="nil"/>
        </w:tcBorders>
        <w:shd w:val="clear" w:color="auto" w:fill="70AD47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/>
          <w:left w:val="single" w:sz="8" w:space="0" w:color="93C571"/>
          <w:bottom w:val="single" w:sz="8" w:space="0" w:color="93C571"/>
          <w:right w:val="single" w:sz="8" w:space="0" w:color="93C57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21">
    <w:name w:val="Средняя заливка 22"/>
    <w:basedOn w:val="a3"/>
    <w:next w:val="2d"/>
    <w:uiPriority w:val="64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20">
    <w:name w:val="Средняя заливка 2 - Акцент 12"/>
    <w:basedOn w:val="a3"/>
    <w:next w:val="2-1"/>
    <w:uiPriority w:val="64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220">
    <w:name w:val="Средняя заливка 2 - Акцент 22"/>
    <w:basedOn w:val="a3"/>
    <w:next w:val="2-2"/>
    <w:uiPriority w:val="64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320">
    <w:name w:val="Средняя заливка 2 - Акцент 32"/>
    <w:basedOn w:val="a3"/>
    <w:next w:val="2-3"/>
    <w:uiPriority w:val="64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420">
    <w:name w:val="Средняя заливка 2 - Акцент 42"/>
    <w:basedOn w:val="a3"/>
    <w:next w:val="2-4"/>
    <w:uiPriority w:val="64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520">
    <w:name w:val="Средняя заливка 2 - Акцент 52"/>
    <w:basedOn w:val="a3"/>
    <w:next w:val="2-5"/>
    <w:uiPriority w:val="64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620">
    <w:name w:val="Средняя заливка 2 - Акцент 62"/>
    <w:basedOn w:val="a3"/>
    <w:next w:val="2-6"/>
    <w:uiPriority w:val="64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21">
    <w:name w:val="Средний список 12"/>
    <w:basedOn w:val="a3"/>
    <w:next w:val="1fb"/>
    <w:uiPriority w:val="65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1-121">
    <w:name w:val="Средний список 1 - Акцент 12"/>
    <w:basedOn w:val="a3"/>
    <w:next w:val="1-10"/>
    <w:uiPriority w:val="65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5B9BD5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5B9BD5"/>
          <w:bottom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/>
          <w:bottom w:val="single" w:sz="8" w:space="0" w:color="5B9BD5"/>
        </w:tcBorders>
      </w:tcPr>
    </w:tblStylePr>
    <w:tblStylePr w:type="band1Vert">
      <w:tblPr/>
      <w:tcPr>
        <w:shd w:val="clear" w:color="auto" w:fill="D6E6F4"/>
      </w:tcPr>
    </w:tblStylePr>
    <w:tblStylePr w:type="band1Horz">
      <w:tblPr/>
      <w:tcPr>
        <w:shd w:val="clear" w:color="auto" w:fill="D6E6F4"/>
      </w:tcPr>
    </w:tblStylePr>
  </w:style>
  <w:style w:type="table" w:customStyle="1" w:styleId="1-221">
    <w:name w:val="Средний список 1 - Акцент 22"/>
    <w:basedOn w:val="a3"/>
    <w:next w:val="1-20"/>
    <w:uiPriority w:val="65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ED7D31"/>
        <w:bottom w:val="single" w:sz="8" w:space="0" w:color="ED7D3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ED7D31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ED7D31"/>
          <w:bottom w:val="single" w:sz="8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/>
          <w:bottom w:val="single" w:sz="8" w:space="0" w:color="ED7D31"/>
        </w:tcBorders>
      </w:tcPr>
    </w:tblStylePr>
    <w:tblStylePr w:type="band1Vert">
      <w:tblPr/>
      <w:tcPr>
        <w:shd w:val="clear" w:color="auto" w:fill="FADECB"/>
      </w:tcPr>
    </w:tblStylePr>
    <w:tblStylePr w:type="band1Horz">
      <w:tblPr/>
      <w:tcPr>
        <w:shd w:val="clear" w:color="auto" w:fill="FADECB"/>
      </w:tcPr>
    </w:tblStylePr>
  </w:style>
  <w:style w:type="table" w:customStyle="1" w:styleId="1-321">
    <w:name w:val="Средний список 1 - Акцент 32"/>
    <w:basedOn w:val="a3"/>
    <w:next w:val="1-30"/>
    <w:uiPriority w:val="65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A5A5A5"/>
        <w:bottom w:val="single" w:sz="8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A5A5A5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A5A5A5"/>
          <w:bottom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/>
          <w:bottom w:val="single" w:sz="8" w:space="0" w:color="A5A5A5"/>
        </w:tcBorders>
      </w:tcPr>
    </w:tblStylePr>
    <w:tblStylePr w:type="band1Vert">
      <w:tblPr/>
      <w:tcPr>
        <w:shd w:val="clear" w:color="auto" w:fill="E8E8E8"/>
      </w:tcPr>
    </w:tblStylePr>
    <w:tblStylePr w:type="band1Horz">
      <w:tblPr/>
      <w:tcPr>
        <w:shd w:val="clear" w:color="auto" w:fill="E8E8E8"/>
      </w:tcPr>
    </w:tblStylePr>
  </w:style>
  <w:style w:type="table" w:customStyle="1" w:styleId="1-421">
    <w:name w:val="Средний список 1 - Акцент 42"/>
    <w:basedOn w:val="a3"/>
    <w:next w:val="1-40"/>
    <w:uiPriority w:val="65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FFC000"/>
        <w:bottom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FFC000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FFC000"/>
          <w:bottom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/>
          <w:bottom w:val="single" w:sz="8" w:space="0" w:color="FFC000"/>
        </w:tcBorders>
      </w:tcPr>
    </w:tblStylePr>
    <w:tblStylePr w:type="band1Vert">
      <w:tblPr/>
      <w:tcPr>
        <w:shd w:val="clear" w:color="auto" w:fill="FFEFC0"/>
      </w:tcPr>
    </w:tblStylePr>
    <w:tblStylePr w:type="band1Horz">
      <w:tblPr/>
      <w:tcPr>
        <w:shd w:val="clear" w:color="auto" w:fill="FFEFC0"/>
      </w:tcPr>
    </w:tblStylePr>
  </w:style>
  <w:style w:type="table" w:customStyle="1" w:styleId="1-521">
    <w:name w:val="Средний список 1 - Акцент 52"/>
    <w:basedOn w:val="a3"/>
    <w:next w:val="1-50"/>
    <w:uiPriority w:val="65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472C4"/>
        <w:bottom w:val="single" w:sz="8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472C4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4472C4"/>
          <w:bottom w:val="single" w:sz="8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/>
          <w:bottom w:val="single" w:sz="8" w:space="0" w:color="4472C4"/>
        </w:tcBorders>
      </w:tcPr>
    </w:tblStylePr>
    <w:tblStylePr w:type="band1Vert">
      <w:tblPr/>
      <w:tcPr>
        <w:shd w:val="clear" w:color="auto" w:fill="D0DBF0"/>
      </w:tcPr>
    </w:tblStylePr>
    <w:tblStylePr w:type="band1Horz">
      <w:tblPr/>
      <w:tcPr>
        <w:shd w:val="clear" w:color="auto" w:fill="D0DBF0"/>
      </w:tcPr>
    </w:tblStylePr>
  </w:style>
  <w:style w:type="table" w:customStyle="1" w:styleId="1-621">
    <w:name w:val="Средний список 1 - Акцент 62"/>
    <w:basedOn w:val="a3"/>
    <w:next w:val="1-60"/>
    <w:uiPriority w:val="65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70AD47"/>
        <w:bottom w:val="single" w:sz="8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70AD47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70AD47"/>
          <w:bottom w:val="single" w:sz="8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/>
          <w:bottom w:val="single" w:sz="8" w:space="0" w:color="70AD47"/>
        </w:tcBorders>
      </w:tcPr>
    </w:tblStylePr>
    <w:tblStylePr w:type="band1Vert">
      <w:tblPr/>
      <w:tcPr>
        <w:shd w:val="clear" w:color="auto" w:fill="DBEBD0"/>
      </w:tcPr>
    </w:tblStylePr>
    <w:tblStylePr w:type="band1Horz">
      <w:tblPr/>
      <w:tcPr>
        <w:shd w:val="clear" w:color="auto" w:fill="DBEBD0"/>
      </w:tcPr>
    </w:tblStylePr>
  </w:style>
  <w:style w:type="table" w:customStyle="1" w:styleId="222">
    <w:name w:val="Средний список 22"/>
    <w:basedOn w:val="a3"/>
    <w:next w:val="2e"/>
    <w:uiPriority w:val="66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121">
    <w:name w:val="Средний список 2 - Акцент 12"/>
    <w:basedOn w:val="a3"/>
    <w:next w:val="2-10"/>
    <w:uiPriority w:val="66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5B9BD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5B9BD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221">
    <w:name w:val="Средний список 2 - Акцент 22"/>
    <w:basedOn w:val="a3"/>
    <w:next w:val="2-20"/>
    <w:uiPriority w:val="66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ED7D3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ED7D31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321">
    <w:name w:val="Средний список 2 - Акцент 32"/>
    <w:basedOn w:val="a3"/>
    <w:next w:val="2-30"/>
    <w:uiPriority w:val="66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5A5A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A5A5A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421">
    <w:name w:val="Средний список 2 - Акцент 42"/>
    <w:basedOn w:val="a3"/>
    <w:next w:val="2-40"/>
    <w:uiPriority w:val="66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FC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FC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521">
    <w:name w:val="Средний список 2 - Акцент 52"/>
    <w:basedOn w:val="a3"/>
    <w:next w:val="2-50"/>
    <w:uiPriority w:val="66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472C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472C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621">
    <w:name w:val="Средний список 2 - Акцент 62"/>
    <w:basedOn w:val="a3"/>
    <w:next w:val="2-60"/>
    <w:uiPriority w:val="66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70AD47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70AD47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22">
    <w:name w:val="Средняя сетка 12"/>
    <w:basedOn w:val="a3"/>
    <w:next w:val="1fc"/>
    <w:uiPriority w:val="67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1-122">
    <w:name w:val="Средняя сетка 1 - Акцент 12"/>
    <w:basedOn w:val="a3"/>
    <w:next w:val="1-12"/>
    <w:uiPriority w:val="67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  <w:insideV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customStyle="1" w:styleId="1-222">
    <w:name w:val="Средняя сетка 1 - Акцент 22"/>
    <w:basedOn w:val="a3"/>
    <w:next w:val="1-22"/>
    <w:uiPriority w:val="67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/>
        <w:left w:val="single" w:sz="8" w:space="0" w:color="F19D64"/>
        <w:bottom w:val="single" w:sz="8" w:space="0" w:color="F19D64"/>
        <w:right w:val="single" w:sz="8" w:space="0" w:color="F19D64"/>
        <w:insideH w:val="single" w:sz="8" w:space="0" w:color="F19D64"/>
        <w:insideV w:val="single" w:sz="8" w:space="0" w:color="F19D6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/>
      </w:tcPr>
    </w:tblStylePr>
    <w:tblStylePr w:type="band1Horz">
      <w:tblPr/>
      <w:tcPr>
        <w:shd w:val="clear" w:color="auto" w:fill="F6BE98"/>
      </w:tcPr>
    </w:tblStylePr>
  </w:style>
  <w:style w:type="table" w:customStyle="1" w:styleId="1-322">
    <w:name w:val="Средняя сетка 1 - Акцент 32"/>
    <w:basedOn w:val="a3"/>
    <w:next w:val="1-32"/>
    <w:uiPriority w:val="67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BBBBB"/>
        <w:left w:val="single" w:sz="8" w:space="0" w:color="BBBBBB"/>
        <w:bottom w:val="single" w:sz="8" w:space="0" w:color="BBBBBB"/>
        <w:right w:val="single" w:sz="8" w:space="0" w:color="BBBBBB"/>
        <w:insideH w:val="single" w:sz="8" w:space="0" w:color="BBBBBB"/>
        <w:insideV w:val="single" w:sz="8" w:space="0" w:color="BBBBBB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/>
      </w:tcPr>
    </w:tblStylePr>
    <w:tblStylePr w:type="band1Horz">
      <w:tblPr/>
      <w:tcPr>
        <w:shd w:val="clear" w:color="auto" w:fill="D2D2D2"/>
      </w:tcPr>
    </w:tblStylePr>
  </w:style>
  <w:style w:type="table" w:customStyle="1" w:styleId="1-422">
    <w:name w:val="Средняя сетка 1 - Акцент 42"/>
    <w:basedOn w:val="a3"/>
    <w:next w:val="1-42"/>
    <w:uiPriority w:val="67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customStyle="1" w:styleId="1-522">
    <w:name w:val="Средняя сетка 1 - Акцент 52"/>
    <w:basedOn w:val="a3"/>
    <w:next w:val="1-52"/>
    <w:uiPriority w:val="67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295D2"/>
        <w:left w:val="single" w:sz="8" w:space="0" w:color="7295D2"/>
        <w:bottom w:val="single" w:sz="8" w:space="0" w:color="7295D2"/>
        <w:right w:val="single" w:sz="8" w:space="0" w:color="7295D2"/>
        <w:insideH w:val="single" w:sz="8" w:space="0" w:color="7295D2"/>
        <w:insideV w:val="single" w:sz="8" w:space="0" w:color="7295D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DBF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/>
      </w:tcPr>
    </w:tblStylePr>
    <w:tblStylePr w:type="band1Horz">
      <w:tblPr/>
      <w:tcPr>
        <w:shd w:val="clear" w:color="auto" w:fill="A1B8E1"/>
      </w:tcPr>
    </w:tblStylePr>
  </w:style>
  <w:style w:type="table" w:customStyle="1" w:styleId="1-622">
    <w:name w:val="Средняя сетка 1 - Акцент 62"/>
    <w:basedOn w:val="a3"/>
    <w:next w:val="1-62"/>
    <w:uiPriority w:val="67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3C571"/>
        <w:left w:val="single" w:sz="8" w:space="0" w:color="93C571"/>
        <w:bottom w:val="single" w:sz="8" w:space="0" w:color="93C571"/>
        <w:right w:val="single" w:sz="8" w:space="0" w:color="93C571"/>
        <w:insideH w:val="single" w:sz="8" w:space="0" w:color="93C571"/>
        <w:insideV w:val="single" w:sz="8" w:space="0" w:color="93C57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B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/>
      </w:tcPr>
    </w:tblStylePr>
    <w:tblStylePr w:type="band1Horz">
      <w:tblPr/>
      <w:tcPr>
        <w:shd w:val="clear" w:color="auto" w:fill="B7D8A0"/>
      </w:tcPr>
    </w:tblStylePr>
  </w:style>
  <w:style w:type="table" w:customStyle="1" w:styleId="223">
    <w:name w:val="Средняя сетка 22"/>
    <w:basedOn w:val="a3"/>
    <w:next w:val="2f"/>
    <w:uiPriority w:val="68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2-122">
    <w:name w:val="Средняя сетка 2 - Акцент 12"/>
    <w:basedOn w:val="a3"/>
    <w:next w:val="2-12"/>
    <w:uiPriority w:val="68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color w:val="000000"/>
      </w:rPr>
      <w:tblPr/>
      <w:tcPr>
        <w:shd w:val="clear" w:color="auto" w:fill="EEF5FB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tcBorders>
          <w:insideH w:val="single" w:sz="6" w:space="0" w:color="5B9BD5"/>
          <w:insideV w:val="single" w:sz="6" w:space="0" w:color="5B9BD5"/>
        </w:tcBorders>
        <w:shd w:val="clear" w:color="auto" w:fill="ADCCEA"/>
      </w:tcPr>
    </w:tblStylePr>
    <w:tblStylePr w:type="nwCell">
      <w:tblPr/>
      <w:tcPr>
        <w:shd w:val="clear" w:color="auto" w:fill="FFFFFF"/>
      </w:tcPr>
    </w:tblStylePr>
  </w:style>
  <w:style w:type="table" w:customStyle="1" w:styleId="2-222">
    <w:name w:val="Средняя сетка 2 - Акцент 22"/>
    <w:basedOn w:val="a3"/>
    <w:next w:val="2-22"/>
    <w:uiPriority w:val="68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  <w:insideH w:val="single" w:sz="8" w:space="0" w:color="ED7D31"/>
        <w:insideV w:val="single" w:sz="8" w:space="0" w:color="ED7D3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/>
    </w:tcPr>
    <w:tblStylePr w:type="firstRow">
      <w:rPr>
        <w:b/>
        <w:bCs/>
        <w:color w:val="000000"/>
      </w:rPr>
      <w:tblPr/>
      <w:tcPr>
        <w:shd w:val="clear" w:color="auto" w:fill="FDF2EA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/>
      </w:tcPr>
    </w:tblStylePr>
    <w:tblStylePr w:type="band1Vert">
      <w:tblPr/>
      <w:tcPr>
        <w:shd w:val="clear" w:color="auto" w:fill="F6BE98"/>
      </w:tcPr>
    </w:tblStylePr>
    <w:tblStylePr w:type="band1Horz">
      <w:tblPr/>
      <w:tcPr>
        <w:tcBorders>
          <w:insideH w:val="single" w:sz="6" w:space="0" w:color="ED7D31"/>
          <w:insideV w:val="single" w:sz="6" w:space="0" w:color="ED7D31"/>
        </w:tcBorders>
        <w:shd w:val="clear" w:color="auto" w:fill="F6BE98"/>
      </w:tcPr>
    </w:tblStylePr>
    <w:tblStylePr w:type="nwCell">
      <w:tblPr/>
      <w:tcPr>
        <w:shd w:val="clear" w:color="auto" w:fill="FFFFFF"/>
      </w:tcPr>
    </w:tblStylePr>
  </w:style>
  <w:style w:type="table" w:customStyle="1" w:styleId="2-322">
    <w:name w:val="Средняя сетка 2 - Акцент 32"/>
    <w:basedOn w:val="a3"/>
    <w:next w:val="2-32"/>
    <w:uiPriority w:val="68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8E8"/>
    </w:tcPr>
    <w:tblStylePr w:type="firstRow">
      <w:rPr>
        <w:b/>
        <w:bCs/>
        <w:color w:val="000000"/>
      </w:rPr>
      <w:tblPr/>
      <w:tcPr>
        <w:shd w:val="clear" w:color="auto" w:fill="F6F6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/>
      </w:tcPr>
    </w:tblStylePr>
    <w:tblStylePr w:type="band1Vert">
      <w:tblPr/>
      <w:tcPr>
        <w:shd w:val="clear" w:color="auto" w:fill="D2D2D2"/>
      </w:tcPr>
    </w:tblStylePr>
    <w:tblStylePr w:type="band1Horz">
      <w:tblPr/>
      <w:tcPr>
        <w:tcBorders>
          <w:insideH w:val="single" w:sz="6" w:space="0" w:color="A5A5A5"/>
          <w:insideV w:val="single" w:sz="6" w:space="0" w:color="A5A5A5"/>
        </w:tcBorders>
        <w:shd w:val="clear" w:color="auto" w:fill="D2D2D2"/>
      </w:tcPr>
    </w:tblStylePr>
    <w:tblStylePr w:type="nwCell">
      <w:tblPr/>
      <w:tcPr>
        <w:shd w:val="clear" w:color="auto" w:fill="FFFFFF"/>
      </w:tcPr>
    </w:tblStylePr>
  </w:style>
  <w:style w:type="table" w:customStyle="1" w:styleId="2-422">
    <w:name w:val="Средняя сетка 2 - Акцент 42"/>
    <w:basedOn w:val="a3"/>
    <w:next w:val="2-42"/>
    <w:uiPriority w:val="68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  <w:insideH w:val="single" w:sz="8" w:space="0" w:color="FFC000"/>
        <w:insideV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/>
    </w:tcPr>
    <w:tblStylePr w:type="firstRow">
      <w:rPr>
        <w:b/>
        <w:bCs/>
        <w:color w:val="000000"/>
      </w:rPr>
      <w:tblPr/>
      <w:tcPr>
        <w:shd w:val="clear" w:color="auto" w:fill="FFF8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/>
      </w:tcPr>
    </w:tblStylePr>
    <w:tblStylePr w:type="band1Vert">
      <w:tblPr/>
      <w:tcPr>
        <w:shd w:val="clear" w:color="auto" w:fill="FFDF80"/>
      </w:tcPr>
    </w:tblStylePr>
    <w:tblStylePr w:type="band1Horz">
      <w:tblPr/>
      <w:tcPr>
        <w:tcBorders>
          <w:insideH w:val="single" w:sz="6" w:space="0" w:color="FFC000"/>
          <w:insideV w:val="single" w:sz="6" w:space="0" w:color="FFC000"/>
        </w:tcBorders>
        <w:shd w:val="clear" w:color="auto" w:fill="FFDF80"/>
      </w:tcPr>
    </w:tblStylePr>
    <w:tblStylePr w:type="nwCell">
      <w:tblPr/>
      <w:tcPr>
        <w:shd w:val="clear" w:color="auto" w:fill="FFFFFF"/>
      </w:tcPr>
    </w:tblStylePr>
  </w:style>
  <w:style w:type="table" w:customStyle="1" w:styleId="2-522">
    <w:name w:val="Средняя сетка 2 - Акцент 52"/>
    <w:basedOn w:val="a3"/>
    <w:next w:val="2-52"/>
    <w:uiPriority w:val="68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DBF0"/>
    </w:tcPr>
    <w:tblStylePr w:type="firstRow">
      <w:rPr>
        <w:b/>
        <w:bCs/>
        <w:color w:val="000000"/>
      </w:rPr>
      <w:tblPr/>
      <w:tcPr>
        <w:shd w:val="clear" w:color="auto" w:fill="ECF1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/>
      </w:tcPr>
    </w:tblStylePr>
    <w:tblStylePr w:type="band1Vert">
      <w:tblPr/>
      <w:tcPr>
        <w:shd w:val="clear" w:color="auto" w:fill="A1B8E1"/>
      </w:tcPr>
    </w:tblStylePr>
    <w:tblStylePr w:type="band1Horz">
      <w:tblPr/>
      <w:tcPr>
        <w:tcBorders>
          <w:insideH w:val="single" w:sz="6" w:space="0" w:color="4472C4"/>
          <w:insideV w:val="single" w:sz="6" w:space="0" w:color="4472C4"/>
        </w:tcBorders>
        <w:shd w:val="clear" w:color="auto" w:fill="A1B8E1"/>
      </w:tcPr>
    </w:tblStylePr>
    <w:tblStylePr w:type="nwCell">
      <w:tblPr/>
      <w:tcPr>
        <w:shd w:val="clear" w:color="auto" w:fill="FFFFFF"/>
      </w:tcPr>
    </w:tblStylePr>
  </w:style>
  <w:style w:type="table" w:customStyle="1" w:styleId="2-622">
    <w:name w:val="Средняя сетка 2 - Акцент 62"/>
    <w:basedOn w:val="a3"/>
    <w:next w:val="2-62"/>
    <w:uiPriority w:val="68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BD0"/>
    </w:tcPr>
    <w:tblStylePr w:type="firstRow">
      <w:rPr>
        <w:b/>
        <w:bCs/>
        <w:color w:val="000000"/>
      </w:rPr>
      <w:tblPr/>
      <w:tcPr>
        <w:shd w:val="clear" w:color="auto" w:fill="F0F7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/>
      </w:tcPr>
    </w:tblStylePr>
    <w:tblStylePr w:type="band1Vert">
      <w:tblPr/>
      <w:tcPr>
        <w:shd w:val="clear" w:color="auto" w:fill="B7D8A0"/>
      </w:tcPr>
    </w:tblStylePr>
    <w:tblStylePr w:type="band1Horz">
      <w:tblPr/>
      <w:tcPr>
        <w:tcBorders>
          <w:insideH w:val="single" w:sz="6" w:space="0" w:color="70AD47"/>
          <w:insideV w:val="single" w:sz="6" w:space="0" w:color="70AD47"/>
        </w:tcBorders>
        <w:shd w:val="clear" w:color="auto" w:fill="B7D8A0"/>
      </w:tcPr>
    </w:tblStylePr>
    <w:tblStylePr w:type="nwCell">
      <w:tblPr/>
      <w:tcPr>
        <w:shd w:val="clear" w:color="auto" w:fill="FFFFFF"/>
      </w:tcPr>
    </w:tblStylePr>
  </w:style>
  <w:style w:type="table" w:customStyle="1" w:styleId="320">
    <w:name w:val="Средняя сетка 32"/>
    <w:basedOn w:val="a3"/>
    <w:next w:val="3a"/>
    <w:uiPriority w:val="69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3-12">
    <w:name w:val="Средняя сетка 3 - Акцент 12"/>
    <w:basedOn w:val="a3"/>
    <w:next w:val="3-1"/>
    <w:uiPriority w:val="69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3-22">
    <w:name w:val="Средняя сетка 3 - Акцент 22"/>
    <w:basedOn w:val="a3"/>
    <w:next w:val="3-2"/>
    <w:uiPriority w:val="69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ED7D3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ED7D31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6BE98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6BE98"/>
      </w:tcPr>
    </w:tblStylePr>
  </w:style>
  <w:style w:type="table" w:customStyle="1" w:styleId="3-32">
    <w:name w:val="Средняя сетка 3 - Акцент 32"/>
    <w:basedOn w:val="a3"/>
    <w:next w:val="3-3"/>
    <w:uiPriority w:val="69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5A5A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5A5A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A5A5A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A5A5A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2D2D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2D2D2"/>
      </w:tcPr>
    </w:tblStylePr>
  </w:style>
  <w:style w:type="table" w:customStyle="1" w:styleId="3-42">
    <w:name w:val="Средняя сетка 3 - Акцент 42"/>
    <w:basedOn w:val="a3"/>
    <w:next w:val="3-4"/>
    <w:uiPriority w:val="69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table" w:customStyle="1" w:styleId="3-52">
    <w:name w:val="Средняя сетка 3 - Акцент 52"/>
    <w:basedOn w:val="a3"/>
    <w:next w:val="3-5"/>
    <w:uiPriority w:val="69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DBF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472C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472C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1B8E1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1B8E1"/>
      </w:tcPr>
    </w:tblStylePr>
  </w:style>
  <w:style w:type="table" w:customStyle="1" w:styleId="3-62">
    <w:name w:val="Средняя сетка 3 - Акцент 62"/>
    <w:basedOn w:val="a3"/>
    <w:next w:val="3-6"/>
    <w:uiPriority w:val="69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B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7D8A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7D8A0"/>
      </w:tcPr>
    </w:tblStylePr>
  </w:style>
  <w:style w:type="table" w:customStyle="1" w:styleId="2f8">
    <w:name w:val="Темный список2"/>
    <w:basedOn w:val="a3"/>
    <w:next w:val="aff4"/>
    <w:uiPriority w:val="70"/>
    <w:unhideWhenUsed/>
    <w:rsid w:val="007E5438"/>
    <w:pPr>
      <w:spacing w:after="0" w:line="240" w:lineRule="auto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-123">
    <w:name w:val="Темный список - Акцент 12"/>
    <w:basedOn w:val="a3"/>
    <w:next w:val="-13"/>
    <w:uiPriority w:val="70"/>
    <w:unhideWhenUsed/>
    <w:rsid w:val="007E5438"/>
    <w:pPr>
      <w:spacing w:after="0" w:line="240" w:lineRule="auto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B9BD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1F4D7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2E74B5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2E74B5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/>
      </w:tcPr>
    </w:tblStylePr>
  </w:style>
  <w:style w:type="table" w:customStyle="1" w:styleId="-223">
    <w:name w:val="Темный список - Акцент 22"/>
    <w:basedOn w:val="a3"/>
    <w:next w:val="-23"/>
    <w:uiPriority w:val="70"/>
    <w:unhideWhenUsed/>
    <w:rsid w:val="007E5438"/>
    <w:pPr>
      <w:spacing w:after="0" w:line="240" w:lineRule="auto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7D3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823B0B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C4591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C4591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/>
      </w:tcPr>
    </w:tblStylePr>
  </w:style>
  <w:style w:type="table" w:customStyle="1" w:styleId="-323">
    <w:name w:val="Темный список - Акцент 32"/>
    <w:basedOn w:val="a3"/>
    <w:next w:val="-33"/>
    <w:uiPriority w:val="70"/>
    <w:unhideWhenUsed/>
    <w:rsid w:val="007E5438"/>
    <w:pPr>
      <w:spacing w:after="0" w:line="240" w:lineRule="auto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5A5A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525252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B7B7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</w:style>
  <w:style w:type="table" w:customStyle="1" w:styleId="-423">
    <w:name w:val="Темный список - Акцент 42"/>
    <w:basedOn w:val="a3"/>
    <w:next w:val="-43"/>
    <w:uiPriority w:val="70"/>
    <w:unhideWhenUsed/>
    <w:rsid w:val="007E5438"/>
    <w:pPr>
      <w:spacing w:after="0" w:line="240" w:lineRule="auto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C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7F5F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BF8F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BF8F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/>
      </w:tcPr>
    </w:tblStylePr>
  </w:style>
  <w:style w:type="table" w:customStyle="1" w:styleId="-523">
    <w:name w:val="Темный список - Акцент 52"/>
    <w:basedOn w:val="a3"/>
    <w:next w:val="-53"/>
    <w:uiPriority w:val="70"/>
    <w:unhideWhenUsed/>
    <w:rsid w:val="007E5438"/>
    <w:pPr>
      <w:spacing w:after="0" w:line="240" w:lineRule="auto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472C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1F376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2F5496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2F549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/>
      </w:tcPr>
    </w:tblStylePr>
  </w:style>
  <w:style w:type="table" w:customStyle="1" w:styleId="-623">
    <w:name w:val="Темный список - Акцент 62"/>
    <w:basedOn w:val="a3"/>
    <w:next w:val="-63"/>
    <w:uiPriority w:val="70"/>
    <w:unhideWhenUsed/>
    <w:rsid w:val="007E5438"/>
    <w:pPr>
      <w:spacing w:after="0" w:line="240" w:lineRule="auto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70AD47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756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38135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38135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/>
      </w:tcPr>
    </w:tblStylePr>
  </w:style>
  <w:style w:type="table" w:customStyle="1" w:styleId="2f9">
    <w:name w:val="Цветная заливка2"/>
    <w:basedOn w:val="a3"/>
    <w:next w:val="aff5"/>
    <w:uiPriority w:val="71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ED7D31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124">
    <w:name w:val="Цветная заливка - Акцент 12"/>
    <w:basedOn w:val="a3"/>
    <w:next w:val="-14"/>
    <w:uiPriority w:val="71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ED7D31"/>
        <w:left w:val="single" w:sz="4" w:space="0" w:color="5B9BD5"/>
        <w:bottom w:val="single" w:sz="4" w:space="0" w:color="5B9BD5"/>
        <w:right w:val="single" w:sz="4" w:space="0" w:color="5B9BD5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55D91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55D91"/>
          <w:insideV w:val="nil"/>
        </w:tcBorders>
        <w:shd w:val="clear" w:color="auto" w:fill="255D91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ADCCE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224">
    <w:name w:val="Цветная заливка - Акцент 22"/>
    <w:basedOn w:val="a3"/>
    <w:next w:val="-24"/>
    <w:uiPriority w:val="71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ED7D31"/>
        <w:left w:val="single" w:sz="4" w:space="0" w:color="ED7D31"/>
        <w:bottom w:val="single" w:sz="4" w:space="0" w:color="ED7D31"/>
        <w:right w:val="single" w:sz="4" w:space="0" w:color="ED7D31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F2EA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9D470D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9D470D"/>
          <w:insideV w:val="nil"/>
        </w:tcBorders>
        <w:shd w:val="clear" w:color="auto" w:fill="9D470D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6BE98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324">
    <w:name w:val="Цветная заливка - Акцент 32"/>
    <w:basedOn w:val="a3"/>
    <w:next w:val="-34"/>
    <w:uiPriority w:val="71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FFC000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F6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636363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636363"/>
          <w:insideV w:val="nil"/>
        </w:tcBorders>
        <w:shd w:val="clear" w:color="auto" w:fill="636363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2D2D2"/>
      </w:tcPr>
    </w:tblStylePr>
  </w:style>
  <w:style w:type="table" w:customStyle="1" w:styleId="-424">
    <w:name w:val="Цветная заливка - Акцент 42"/>
    <w:basedOn w:val="a3"/>
    <w:next w:val="-44"/>
    <w:uiPriority w:val="71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A5A5A5"/>
        <w:left w:val="single" w:sz="4" w:space="0" w:color="FFC000"/>
        <w:bottom w:val="single" w:sz="4" w:space="0" w:color="FFC000"/>
        <w:right w:val="single" w:sz="4" w:space="0" w:color="FFC000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9973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997300"/>
          <w:insideV w:val="nil"/>
        </w:tcBorders>
        <w:shd w:val="clear" w:color="auto" w:fill="9973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DF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524">
    <w:name w:val="Цветная заливка - Акцент 52"/>
    <w:basedOn w:val="a3"/>
    <w:next w:val="-54"/>
    <w:uiPriority w:val="71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70AD47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1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6437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64378"/>
          <w:insideV w:val="nil"/>
        </w:tcBorders>
        <w:shd w:val="clear" w:color="auto" w:fill="26437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A1B8E1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624">
    <w:name w:val="Цветная заливка - Акцент 62"/>
    <w:basedOn w:val="a3"/>
    <w:next w:val="-64"/>
    <w:uiPriority w:val="71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4472C4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7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367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3672A"/>
          <w:insideV w:val="nil"/>
        </w:tcBorders>
        <w:shd w:val="clear" w:color="auto" w:fill="4367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/>
      </w:tcPr>
    </w:tblStylePr>
    <w:tblStylePr w:type="band1Vert">
      <w:tblPr/>
      <w:tcPr>
        <w:shd w:val="clear" w:color="auto" w:fill="C5E0B3"/>
      </w:tcPr>
    </w:tblStylePr>
    <w:tblStylePr w:type="band1Horz">
      <w:tblPr/>
      <w:tcPr>
        <w:shd w:val="clear" w:color="auto" w:fill="B7D8A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2fa">
    <w:name w:val="Цветной список2"/>
    <w:basedOn w:val="a3"/>
    <w:next w:val="aff6"/>
    <w:uiPriority w:val="72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rPr>
        <w:b/>
        <w:bCs/>
        <w:color w:val="D25F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-125">
    <w:name w:val="Цветной список - Акцент 12"/>
    <w:basedOn w:val="a3"/>
    <w:next w:val="-15"/>
    <w:uiPriority w:val="72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rPr>
        <w:b/>
        <w:bCs/>
        <w:color w:val="D25F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customStyle="1" w:styleId="-225">
    <w:name w:val="Цветной список - Акцент 22"/>
    <w:basedOn w:val="a3"/>
    <w:next w:val="-25"/>
    <w:uiPriority w:val="72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F2EA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rPr>
        <w:b/>
        <w:bCs/>
        <w:color w:val="D25F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shd w:val="clear" w:color="auto" w:fill="FBE4D5"/>
      </w:tcPr>
    </w:tblStylePr>
  </w:style>
  <w:style w:type="table" w:customStyle="1" w:styleId="-325">
    <w:name w:val="Цветной список - Акцент 32"/>
    <w:basedOn w:val="a3"/>
    <w:next w:val="-35"/>
    <w:uiPriority w:val="72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F6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CC9900"/>
      </w:tcPr>
    </w:tblStylePr>
    <w:tblStylePr w:type="lastRow">
      <w:rPr>
        <w:b/>
        <w:bCs/>
        <w:color w:val="CC990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shd w:val="clear" w:color="auto" w:fill="EDEDED"/>
      </w:tcPr>
    </w:tblStylePr>
  </w:style>
  <w:style w:type="table" w:customStyle="1" w:styleId="-425">
    <w:name w:val="Цветной список - Акцент 42"/>
    <w:basedOn w:val="a3"/>
    <w:next w:val="-45"/>
    <w:uiPriority w:val="72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848484"/>
      </w:tcPr>
    </w:tblStylePr>
    <w:tblStylePr w:type="lastRow">
      <w:rPr>
        <w:b/>
        <w:bCs/>
        <w:color w:val="8484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shd w:val="clear" w:color="auto" w:fill="FFF2CC"/>
      </w:tcPr>
    </w:tblStylePr>
  </w:style>
  <w:style w:type="table" w:customStyle="1" w:styleId="-525">
    <w:name w:val="Цветной список - Акцент 52"/>
    <w:basedOn w:val="a3"/>
    <w:next w:val="-55"/>
    <w:uiPriority w:val="72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1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598A38"/>
      </w:tcPr>
    </w:tblStylePr>
    <w:tblStylePr w:type="lastRow">
      <w:rPr>
        <w:b/>
        <w:bCs/>
        <w:color w:val="598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table" w:customStyle="1" w:styleId="-625">
    <w:name w:val="Цветной список - Акцент 62"/>
    <w:basedOn w:val="a3"/>
    <w:next w:val="-65"/>
    <w:uiPriority w:val="72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7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259A0"/>
      </w:tcPr>
    </w:tblStylePr>
    <w:tblStylePr w:type="lastRow">
      <w:rPr>
        <w:b/>
        <w:bCs/>
        <w:color w:val="3259A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/>
      </w:tcPr>
    </w:tblStylePr>
    <w:tblStylePr w:type="band1Horz">
      <w:tblPr/>
      <w:tcPr>
        <w:shd w:val="clear" w:color="auto" w:fill="E2EFD9"/>
      </w:tcPr>
    </w:tblStylePr>
  </w:style>
  <w:style w:type="table" w:customStyle="1" w:styleId="2fb">
    <w:name w:val="Цветная сетка2"/>
    <w:basedOn w:val="a3"/>
    <w:next w:val="aff7"/>
    <w:uiPriority w:val="73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-126">
    <w:name w:val="Цветная сетка - Акцент 12"/>
    <w:basedOn w:val="a3"/>
    <w:next w:val="-16"/>
    <w:uiPriority w:val="73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/>
    </w:tcPr>
    <w:tblStylePr w:type="firstRow">
      <w:rPr>
        <w:b/>
        <w:bCs/>
      </w:rPr>
      <w:tblPr/>
      <w:tcPr>
        <w:shd w:val="clear" w:color="auto" w:fill="BDD6EE"/>
      </w:tcPr>
    </w:tblStylePr>
    <w:tblStylePr w:type="lastRow">
      <w:rPr>
        <w:b/>
        <w:bCs/>
        <w:color w:val="000000"/>
      </w:rPr>
      <w:tblPr/>
      <w:tcPr>
        <w:shd w:val="clear" w:color="auto" w:fill="BDD6EE"/>
      </w:tcPr>
    </w:tblStylePr>
    <w:tblStylePr w:type="firstCol">
      <w:rPr>
        <w:color w:val="FFFFFF"/>
      </w:rPr>
      <w:tblPr/>
      <w:tcPr>
        <w:shd w:val="clear" w:color="auto" w:fill="2E74B5"/>
      </w:tcPr>
    </w:tblStylePr>
    <w:tblStylePr w:type="lastCol">
      <w:rPr>
        <w:color w:val="FFFFFF"/>
      </w:rPr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customStyle="1" w:styleId="-226">
    <w:name w:val="Цветная сетка - Акцент 22"/>
    <w:basedOn w:val="a3"/>
    <w:next w:val="-26"/>
    <w:uiPriority w:val="73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/>
    </w:tcPr>
    <w:tblStylePr w:type="firstRow">
      <w:rPr>
        <w:b/>
        <w:bCs/>
      </w:rPr>
      <w:tblPr/>
      <w:tcPr>
        <w:shd w:val="clear" w:color="auto" w:fill="F7CAAC"/>
      </w:tcPr>
    </w:tblStylePr>
    <w:tblStylePr w:type="lastRow">
      <w:rPr>
        <w:b/>
        <w:bCs/>
        <w:color w:val="000000"/>
      </w:rPr>
      <w:tblPr/>
      <w:tcPr>
        <w:shd w:val="clear" w:color="auto" w:fill="F7CAAC"/>
      </w:tcPr>
    </w:tblStylePr>
    <w:tblStylePr w:type="firstCol">
      <w:rPr>
        <w:color w:val="FFFFFF"/>
      </w:rPr>
      <w:tblPr/>
      <w:tcPr>
        <w:shd w:val="clear" w:color="auto" w:fill="C45911"/>
      </w:tcPr>
    </w:tblStylePr>
    <w:tblStylePr w:type="lastCol">
      <w:rPr>
        <w:color w:val="FFFFFF"/>
      </w:rPr>
      <w:tblPr/>
      <w:tcPr>
        <w:shd w:val="clear" w:color="auto" w:fill="C45911"/>
      </w:tcPr>
    </w:tblStylePr>
    <w:tblStylePr w:type="band1Vert">
      <w:tblPr/>
      <w:tcPr>
        <w:shd w:val="clear" w:color="auto" w:fill="F6BE98"/>
      </w:tcPr>
    </w:tblStylePr>
    <w:tblStylePr w:type="band1Horz">
      <w:tblPr/>
      <w:tcPr>
        <w:shd w:val="clear" w:color="auto" w:fill="F6BE98"/>
      </w:tcPr>
    </w:tblStylePr>
  </w:style>
  <w:style w:type="table" w:customStyle="1" w:styleId="-326">
    <w:name w:val="Цветная сетка - Акцент 32"/>
    <w:basedOn w:val="a3"/>
    <w:next w:val="-36"/>
    <w:uiPriority w:val="73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</w:rPr>
      <w:tblPr/>
      <w:tcPr>
        <w:shd w:val="clear" w:color="auto" w:fill="DBDBDB"/>
      </w:tcPr>
    </w:tblStylePr>
    <w:tblStylePr w:type="lastRow">
      <w:rPr>
        <w:b/>
        <w:bCs/>
        <w:color w:val="000000"/>
      </w:rPr>
      <w:tblPr/>
      <w:tcPr>
        <w:shd w:val="clear" w:color="auto" w:fill="DBDBDB"/>
      </w:tcPr>
    </w:tblStylePr>
    <w:tblStylePr w:type="firstCol">
      <w:rPr>
        <w:color w:val="FFFFFF"/>
      </w:rPr>
      <w:tblPr/>
      <w:tcPr>
        <w:shd w:val="clear" w:color="auto" w:fill="7B7B7B"/>
      </w:tcPr>
    </w:tblStylePr>
    <w:tblStylePr w:type="lastCol">
      <w:rPr>
        <w:color w:val="FFFFFF"/>
      </w:rPr>
      <w:tblPr/>
      <w:tcPr>
        <w:shd w:val="clear" w:color="auto" w:fill="7B7B7B"/>
      </w:tcPr>
    </w:tblStylePr>
    <w:tblStylePr w:type="band1Vert">
      <w:tblPr/>
      <w:tcPr>
        <w:shd w:val="clear" w:color="auto" w:fill="D2D2D2"/>
      </w:tcPr>
    </w:tblStylePr>
    <w:tblStylePr w:type="band1Horz">
      <w:tblPr/>
      <w:tcPr>
        <w:shd w:val="clear" w:color="auto" w:fill="D2D2D2"/>
      </w:tcPr>
    </w:tblStylePr>
  </w:style>
  <w:style w:type="table" w:customStyle="1" w:styleId="-426">
    <w:name w:val="Цветная сетка - Акцент 42"/>
    <w:basedOn w:val="a3"/>
    <w:next w:val="-46"/>
    <w:uiPriority w:val="73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/>
    </w:tcPr>
    <w:tblStylePr w:type="firstRow">
      <w:rPr>
        <w:b/>
        <w:bCs/>
      </w:rPr>
      <w:tblPr/>
      <w:tcPr>
        <w:shd w:val="clear" w:color="auto" w:fill="FFE599"/>
      </w:tcPr>
    </w:tblStylePr>
    <w:tblStylePr w:type="lastRow">
      <w:rPr>
        <w:b/>
        <w:bCs/>
        <w:color w:val="000000"/>
      </w:rPr>
      <w:tblPr/>
      <w:tcPr>
        <w:shd w:val="clear" w:color="auto" w:fill="FFE599"/>
      </w:tcPr>
    </w:tblStylePr>
    <w:tblStylePr w:type="firstCol">
      <w:rPr>
        <w:color w:val="FFFFFF"/>
      </w:rPr>
      <w:tblPr/>
      <w:tcPr>
        <w:shd w:val="clear" w:color="auto" w:fill="BF8F00"/>
      </w:tcPr>
    </w:tblStylePr>
    <w:tblStylePr w:type="lastCol">
      <w:rPr>
        <w:color w:val="FFFFFF"/>
      </w:rPr>
      <w:tblPr/>
      <w:tcPr>
        <w:shd w:val="clear" w:color="auto" w:fill="BF8F00"/>
      </w:tc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customStyle="1" w:styleId="-526">
    <w:name w:val="Цветная сетка - Акцент 52"/>
    <w:basedOn w:val="a3"/>
    <w:next w:val="-56"/>
    <w:uiPriority w:val="73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/>
    </w:tcPr>
    <w:tblStylePr w:type="firstRow">
      <w:rPr>
        <w:b/>
        <w:bCs/>
      </w:rPr>
      <w:tblPr/>
      <w:tcPr>
        <w:shd w:val="clear" w:color="auto" w:fill="B4C6E7"/>
      </w:tcPr>
    </w:tblStylePr>
    <w:tblStylePr w:type="lastRow">
      <w:rPr>
        <w:b/>
        <w:bCs/>
        <w:color w:val="000000"/>
      </w:rPr>
      <w:tblPr/>
      <w:tcPr>
        <w:shd w:val="clear" w:color="auto" w:fill="B4C6E7"/>
      </w:tcPr>
    </w:tblStylePr>
    <w:tblStylePr w:type="firstCol">
      <w:rPr>
        <w:color w:val="FFFFFF"/>
      </w:rPr>
      <w:tblPr/>
      <w:tcPr>
        <w:shd w:val="clear" w:color="auto" w:fill="2F5496"/>
      </w:tcPr>
    </w:tblStylePr>
    <w:tblStylePr w:type="lastCol">
      <w:rPr>
        <w:color w:val="FFFFFF"/>
      </w:rPr>
      <w:tblPr/>
      <w:tcPr>
        <w:shd w:val="clear" w:color="auto" w:fill="2F5496"/>
      </w:tcPr>
    </w:tblStylePr>
    <w:tblStylePr w:type="band1Vert">
      <w:tblPr/>
      <w:tcPr>
        <w:shd w:val="clear" w:color="auto" w:fill="A1B8E1"/>
      </w:tcPr>
    </w:tblStylePr>
    <w:tblStylePr w:type="band1Horz">
      <w:tblPr/>
      <w:tcPr>
        <w:shd w:val="clear" w:color="auto" w:fill="A1B8E1"/>
      </w:tcPr>
    </w:tblStylePr>
  </w:style>
  <w:style w:type="table" w:customStyle="1" w:styleId="-626">
    <w:name w:val="Цветная сетка - Акцент 62"/>
    <w:basedOn w:val="a3"/>
    <w:next w:val="-66"/>
    <w:uiPriority w:val="73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/>
    </w:tcPr>
    <w:tblStylePr w:type="firstRow">
      <w:rPr>
        <w:b/>
        <w:bCs/>
      </w:rPr>
      <w:tblPr/>
      <w:tcPr>
        <w:shd w:val="clear" w:color="auto" w:fill="C5E0B3"/>
      </w:tcPr>
    </w:tblStylePr>
    <w:tblStylePr w:type="lastRow">
      <w:rPr>
        <w:b/>
        <w:bCs/>
        <w:color w:val="000000"/>
      </w:rPr>
      <w:tblPr/>
      <w:tcPr>
        <w:shd w:val="clear" w:color="auto" w:fill="C5E0B3"/>
      </w:tcPr>
    </w:tblStylePr>
    <w:tblStylePr w:type="firstCol">
      <w:rPr>
        <w:color w:val="FFFFFF"/>
      </w:rPr>
      <w:tblPr/>
      <w:tcPr>
        <w:shd w:val="clear" w:color="auto" w:fill="538135"/>
      </w:tcPr>
    </w:tblStylePr>
    <w:tblStylePr w:type="lastCol">
      <w:rPr>
        <w:color w:val="FFFFFF"/>
      </w:rPr>
      <w:tblPr/>
      <w:tcPr>
        <w:shd w:val="clear" w:color="auto" w:fill="538135"/>
      </w:tcPr>
    </w:tblStylePr>
    <w:tblStylePr w:type="band1Vert">
      <w:tblPr/>
      <w:tcPr>
        <w:shd w:val="clear" w:color="auto" w:fill="B7D8A0"/>
      </w:tcPr>
    </w:tblStylePr>
    <w:tblStylePr w:type="band1Horz">
      <w:tblPr/>
      <w:tcPr>
        <w:shd w:val="clear" w:color="auto" w:fill="B7D8A0"/>
      </w:tcPr>
    </w:tblStylePr>
  </w:style>
  <w:style w:type="table" w:customStyle="1" w:styleId="116">
    <w:name w:val="Сетка таблицы11"/>
    <w:basedOn w:val="a3"/>
    <w:next w:val="af4"/>
    <w:uiPriority w:val="59"/>
    <w:rsid w:val="007E5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f3">
    <w:name w:val="Сетка таблицы светлая1"/>
    <w:basedOn w:val="a3"/>
    <w:next w:val="GridTableLight"/>
    <w:uiPriority w:val="40"/>
    <w:rsid w:val="007E543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3"/>
    <w:uiPriority w:val="40"/>
    <w:rsid w:val="007E543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9">
    <w:name w:val="Normal (Web)"/>
    <w:basedOn w:val="a1"/>
    <w:uiPriority w:val="99"/>
    <w:semiHidden/>
    <w:unhideWhenUsed/>
    <w:rsid w:val="007E543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widgetinline">
    <w:name w:val="_widgetinline"/>
    <w:basedOn w:val="a2"/>
    <w:rsid w:val="007E5438"/>
  </w:style>
  <w:style w:type="paragraph" w:styleId="af8">
    <w:name w:val="No Spacing"/>
    <w:uiPriority w:val="1"/>
    <w:qFormat/>
    <w:rsid w:val="007E54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5">
    <w:name w:val="Body Text 2"/>
    <w:basedOn w:val="a1"/>
    <w:link w:val="21b"/>
    <w:uiPriority w:val="99"/>
    <w:unhideWhenUsed/>
    <w:rsid w:val="007E5438"/>
    <w:pPr>
      <w:spacing w:after="120" w:line="480" w:lineRule="auto"/>
    </w:pPr>
  </w:style>
  <w:style w:type="character" w:customStyle="1" w:styleId="21b">
    <w:name w:val="Основной текст 2 Знак1"/>
    <w:basedOn w:val="a2"/>
    <w:link w:val="25"/>
    <w:uiPriority w:val="99"/>
    <w:semiHidden/>
    <w:rsid w:val="007E5438"/>
    <w:rPr>
      <w:rFonts w:ascii="Times New Roman" w:eastAsia="Times New Roman" w:hAnsi="Times New Roman" w:cs="Times New Roman"/>
    </w:rPr>
  </w:style>
  <w:style w:type="paragraph" w:styleId="35">
    <w:name w:val="Body Text 3"/>
    <w:basedOn w:val="a1"/>
    <w:link w:val="317"/>
    <w:uiPriority w:val="99"/>
    <w:unhideWhenUsed/>
    <w:rsid w:val="007E5438"/>
    <w:pPr>
      <w:spacing w:after="120"/>
    </w:pPr>
    <w:rPr>
      <w:sz w:val="16"/>
      <w:szCs w:val="16"/>
    </w:rPr>
  </w:style>
  <w:style w:type="character" w:customStyle="1" w:styleId="317">
    <w:name w:val="Основной текст 3 Знак1"/>
    <w:basedOn w:val="a2"/>
    <w:link w:val="35"/>
    <w:uiPriority w:val="99"/>
    <w:semiHidden/>
    <w:rsid w:val="007E5438"/>
    <w:rPr>
      <w:rFonts w:ascii="Times New Roman" w:eastAsia="Times New Roman" w:hAnsi="Times New Roman" w:cs="Times New Roman"/>
      <w:sz w:val="16"/>
      <w:szCs w:val="16"/>
    </w:rPr>
  </w:style>
  <w:style w:type="paragraph" w:styleId="af9">
    <w:name w:val="List"/>
    <w:basedOn w:val="a1"/>
    <w:uiPriority w:val="99"/>
    <w:unhideWhenUsed/>
    <w:rsid w:val="007E5438"/>
    <w:pPr>
      <w:ind w:left="283" w:hanging="283"/>
      <w:contextualSpacing/>
    </w:pPr>
  </w:style>
  <w:style w:type="paragraph" w:styleId="27">
    <w:name w:val="List 2"/>
    <w:basedOn w:val="a1"/>
    <w:uiPriority w:val="99"/>
    <w:unhideWhenUsed/>
    <w:rsid w:val="007E5438"/>
    <w:pPr>
      <w:ind w:left="566" w:hanging="283"/>
      <w:contextualSpacing/>
    </w:pPr>
  </w:style>
  <w:style w:type="paragraph" w:styleId="37">
    <w:name w:val="List 3"/>
    <w:basedOn w:val="a1"/>
    <w:uiPriority w:val="99"/>
    <w:unhideWhenUsed/>
    <w:rsid w:val="007E5438"/>
    <w:pPr>
      <w:ind w:left="849" w:hanging="283"/>
      <w:contextualSpacing/>
    </w:pPr>
  </w:style>
  <w:style w:type="paragraph" w:styleId="a0">
    <w:name w:val="List Bullet"/>
    <w:basedOn w:val="a1"/>
    <w:uiPriority w:val="99"/>
    <w:unhideWhenUsed/>
    <w:rsid w:val="007E5438"/>
    <w:pPr>
      <w:numPr>
        <w:numId w:val="31"/>
      </w:numPr>
      <w:contextualSpacing/>
    </w:pPr>
  </w:style>
  <w:style w:type="paragraph" w:styleId="2">
    <w:name w:val="List Bullet 2"/>
    <w:basedOn w:val="a1"/>
    <w:uiPriority w:val="99"/>
    <w:unhideWhenUsed/>
    <w:rsid w:val="007E5438"/>
    <w:pPr>
      <w:numPr>
        <w:numId w:val="32"/>
      </w:numPr>
      <w:contextualSpacing/>
    </w:pPr>
  </w:style>
  <w:style w:type="paragraph" w:styleId="3">
    <w:name w:val="List Bullet 3"/>
    <w:basedOn w:val="a1"/>
    <w:uiPriority w:val="99"/>
    <w:unhideWhenUsed/>
    <w:rsid w:val="007E5438"/>
    <w:pPr>
      <w:numPr>
        <w:numId w:val="33"/>
      </w:numPr>
      <w:contextualSpacing/>
    </w:pPr>
  </w:style>
  <w:style w:type="paragraph" w:styleId="a">
    <w:name w:val="List Number"/>
    <w:basedOn w:val="a1"/>
    <w:uiPriority w:val="99"/>
    <w:unhideWhenUsed/>
    <w:rsid w:val="007E5438"/>
    <w:pPr>
      <w:numPr>
        <w:numId w:val="34"/>
      </w:numPr>
      <w:contextualSpacing/>
    </w:pPr>
  </w:style>
  <w:style w:type="paragraph" w:styleId="28">
    <w:name w:val="List Number 2"/>
    <w:basedOn w:val="a1"/>
    <w:uiPriority w:val="99"/>
    <w:unhideWhenUsed/>
    <w:rsid w:val="007E5438"/>
    <w:pPr>
      <w:tabs>
        <w:tab w:val="num" w:pos="360"/>
      </w:tabs>
      <w:ind w:left="360" w:hanging="360"/>
      <w:contextualSpacing/>
    </w:pPr>
  </w:style>
  <w:style w:type="paragraph" w:styleId="38">
    <w:name w:val="List Number 3"/>
    <w:basedOn w:val="a1"/>
    <w:uiPriority w:val="99"/>
    <w:unhideWhenUsed/>
    <w:rsid w:val="007E5438"/>
    <w:pPr>
      <w:tabs>
        <w:tab w:val="num" w:pos="720"/>
      </w:tabs>
      <w:ind w:left="720" w:hanging="360"/>
      <w:contextualSpacing/>
    </w:pPr>
  </w:style>
  <w:style w:type="paragraph" w:styleId="afa">
    <w:name w:val="List Continue"/>
    <w:basedOn w:val="a1"/>
    <w:uiPriority w:val="99"/>
    <w:unhideWhenUsed/>
    <w:rsid w:val="007E5438"/>
    <w:pPr>
      <w:spacing w:after="120"/>
      <w:ind w:left="283"/>
      <w:contextualSpacing/>
    </w:pPr>
  </w:style>
  <w:style w:type="paragraph" w:styleId="29">
    <w:name w:val="List Continue 2"/>
    <w:basedOn w:val="a1"/>
    <w:uiPriority w:val="99"/>
    <w:unhideWhenUsed/>
    <w:rsid w:val="007E5438"/>
    <w:pPr>
      <w:spacing w:after="120"/>
      <w:ind w:left="566"/>
      <w:contextualSpacing/>
    </w:pPr>
  </w:style>
  <w:style w:type="paragraph" w:styleId="39">
    <w:name w:val="List Continue 3"/>
    <w:basedOn w:val="a1"/>
    <w:uiPriority w:val="99"/>
    <w:unhideWhenUsed/>
    <w:rsid w:val="007E5438"/>
    <w:pPr>
      <w:spacing w:after="120"/>
      <w:ind w:left="849"/>
      <w:contextualSpacing/>
    </w:pPr>
  </w:style>
  <w:style w:type="paragraph" w:styleId="afb">
    <w:name w:val="macro"/>
    <w:link w:val="1ff4"/>
    <w:uiPriority w:val="99"/>
    <w:unhideWhenUsed/>
    <w:rsid w:val="007E5438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  <w:spacing w:after="0" w:line="240" w:lineRule="auto"/>
    </w:pPr>
    <w:rPr>
      <w:rFonts w:ascii="Consolas" w:eastAsia="Times New Roman" w:hAnsi="Consolas" w:cs="Times New Roman"/>
      <w:sz w:val="20"/>
      <w:szCs w:val="20"/>
    </w:rPr>
  </w:style>
  <w:style w:type="character" w:customStyle="1" w:styleId="1ff4">
    <w:name w:val="Текст макроса Знак1"/>
    <w:basedOn w:val="a2"/>
    <w:link w:val="afb"/>
    <w:uiPriority w:val="99"/>
    <w:semiHidden/>
    <w:rsid w:val="007E5438"/>
    <w:rPr>
      <w:rFonts w:ascii="Consolas" w:eastAsia="Times New Roman" w:hAnsi="Consolas" w:cs="Times New Roman"/>
      <w:sz w:val="20"/>
      <w:szCs w:val="20"/>
    </w:rPr>
  </w:style>
  <w:style w:type="paragraph" w:styleId="2b">
    <w:name w:val="Quote"/>
    <w:basedOn w:val="a1"/>
    <w:next w:val="a1"/>
    <w:link w:val="2a"/>
    <w:uiPriority w:val="29"/>
    <w:qFormat/>
    <w:rsid w:val="007E5438"/>
    <w:rPr>
      <w:rFonts w:asciiTheme="minorHAnsi" w:eastAsiaTheme="minorHAnsi" w:hAnsiTheme="minorHAnsi" w:cstheme="minorBidi"/>
      <w:i/>
      <w:iCs/>
      <w:color w:val="000000"/>
    </w:rPr>
  </w:style>
  <w:style w:type="character" w:customStyle="1" w:styleId="224">
    <w:name w:val="Цитата 2 Знак2"/>
    <w:basedOn w:val="a2"/>
    <w:uiPriority w:val="29"/>
    <w:rsid w:val="007E5438"/>
    <w:rPr>
      <w:rFonts w:ascii="Times New Roman" w:eastAsia="Times New Roman" w:hAnsi="Times New Roman" w:cs="Times New Roman"/>
      <w:i/>
      <w:iCs/>
      <w:color w:val="000000" w:themeColor="text1"/>
    </w:rPr>
  </w:style>
  <w:style w:type="paragraph" w:styleId="aff">
    <w:name w:val="Intense Quote"/>
    <w:basedOn w:val="a1"/>
    <w:next w:val="a1"/>
    <w:link w:val="afe"/>
    <w:uiPriority w:val="30"/>
    <w:qFormat/>
    <w:rsid w:val="007E5438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HAnsi" w:hAnsiTheme="minorHAnsi" w:cstheme="minorBidi"/>
      <w:b/>
      <w:bCs/>
      <w:i/>
      <w:iCs/>
      <w:color w:val="4F81BD"/>
    </w:rPr>
  </w:style>
  <w:style w:type="character" w:customStyle="1" w:styleId="2fc">
    <w:name w:val="Выделенная цитата Знак2"/>
    <w:basedOn w:val="a2"/>
    <w:uiPriority w:val="30"/>
    <w:rsid w:val="007E5438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table" w:styleId="aff1">
    <w:name w:val="Light Shading"/>
    <w:basedOn w:val="a3"/>
    <w:uiPriority w:val="60"/>
    <w:rsid w:val="007E543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7E543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7E543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7E543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7E5438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7E543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7E5438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2">
    <w:name w:val="Light Grid Accent 1"/>
    <w:basedOn w:val="a3"/>
    <w:uiPriority w:val="62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2">
    <w:name w:val="Light Grid Accent 2"/>
    <w:basedOn w:val="a3"/>
    <w:uiPriority w:val="62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2">
    <w:name w:val="Light Grid Accent 3"/>
    <w:basedOn w:val="a3"/>
    <w:uiPriority w:val="62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2">
    <w:name w:val="Light Grid Accent 4"/>
    <w:basedOn w:val="a3"/>
    <w:uiPriority w:val="62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2">
    <w:name w:val="Light Grid Accent 5"/>
    <w:basedOn w:val="a3"/>
    <w:uiPriority w:val="62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2">
    <w:name w:val="Light Grid Accent 6"/>
    <w:basedOn w:val="a3"/>
    <w:uiPriority w:val="62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fa">
    <w:name w:val="Medium Shading 1"/>
    <w:basedOn w:val="a3"/>
    <w:uiPriority w:val="63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d">
    <w:name w:val="Medium Shading 2"/>
    <w:basedOn w:val="a3"/>
    <w:uiPriority w:val="64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fb">
    <w:name w:val="Medium List 1"/>
    <w:basedOn w:val="a3"/>
    <w:uiPriority w:val="65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e">
    <w:name w:val="Medium List 2"/>
    <w:basedOn w:val="a3"/>
    <w:uiPriority w:val="66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fc">
    <w:name w:val="Medium Grid 1"/>
    <w:basedOn w:val="a3"/>
    <w:uiPriority w:val="67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2">
    <w:name w:val="Medium Grid 1 Accent 1"/>
    <w:basedOn w:val="a3"/>
    <w:uiPriority w:val="67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2">
    <w:name w:val="Medium Grid 1 Accent 2"/>
    <w:basedOn w:val="a3"/>
    <w:uiPriority w:val="67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2">
    <w:name w:val="Medium Grid 1 Accent 3"/>
    <w:basedOn w:val="a3"/>
    <w:uiPriority w:val="67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2">
    <w:name w:val="Medium Grid 1 Accent 4"/>
    <w:basedOn w:val="a3"/>
    <w:uiPriority w:val="67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2">
    <w:name w:val="Medium Grid 1 Accent 5"/>
    <w:basedOn w:val="a3"/>
    <w:uiPriority w:val="67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2">
    <w:name w:val="Medium Grid 1 Accent 6"/>
    <w:basedOn w:val="a3"/>
    <w:uiPriority w:val="67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f">
    <w:name w:val="Medium Grid 2"/>
    <w:basedOn w:val="a3"/>
    <w:uiPriority w:val="68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2">
    <w:name w:val="Medium Grid 2 Accent 1"/>
    <w:basedOn w:val="a3"/>
    <w:uiPriority w:val="68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2">
    <w:name w:val="Medium Grid 2 Accent 2"/>
    <w:basedOn w:val="a3"/>
    <w:uiPriority w:val="68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2">
    <w:name w:val="Medium Grid 2 Accent 3"/>
    <w:basedOn w:val="a3"/>
    <w:uiPriority w:val="68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2">
    <w:name w:val="Medium Grid 2 Accent 4"/>
    <w:basedOn w:val="a3"/>
    <w:uiPriority w:val="68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2">
    <w:name w:val="Medium Grid 2 Accent 5"/>
    <w:basedOn w:val="a3"/>
    <w:uiPriority w:val="68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2">
    <w:name w:val="Medium Grid 2 Accent 6"/>
    <w:basedOn w:val="a3"/>
    <w:uiPriority w:val="68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7E543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3">
    <w:name w:val="Dark List Accent 1"/>
    <w:basedOn w:val="a3"/>
    <w:uiPriority w:val="70"/>
    <w:rsid w:val="007E543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3">
    <w:name w:val="Dark List Accent 2"/>
    <w:basedOn w:val="a3"/>
    <w:uiPriority w:val="70"/>
    <w:rsid w:val="007E543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3">
    <w:name w:val="Dark List Accent 3"/>
    <w:basedOn w:val="a3"/>
    <w:uiPriority w:val="70"/>
    <w:rsid w:val="007E543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3">
    <w:name w:val="Dark List Accent 4"/>
    <w:basedOn w:val="a3"/>
    <w:uiPriority w:val="70"/>
    <w:rsid w:val="007E543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3">
    <w:name w:val="Dark List Accent 5"/>
    <w:basedOn w:val="a3"/>
    <w:uiPriority w:val="70"/>
    <w:rsid w:val="007E543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3">
    <w:name w:val="Dark List Accent 6"/>
    <w:basedOn w:val="a3"/>
    <w:uiPriority w:val="70"/>
    <w:rsid w:val="007E543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4">
    <w:name w:val="Colorful Shading Accent 1"/>
    <w:basedOn w:val="a3"/>
    <w:uiPriority w:val="71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4">
    <w:name w:val="Colorful Shading Accent 2"/>
    <w:basedOn w:val="a3"/>
    <w:uiPriority w:val="71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4">
    <w:name w:val="Colorful Shading Accent 3"/>
    <w:basedOn w:val="a3"/>
    <w:uiPriority w:val="71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4">
    <w:name w:val="Colorful Shading Accent 4"/>
    <w:basedOn w:val="a3"/>
    <w:uiPriority w:val="71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4">
    <w:name w:val="Colorful Shading Accent 5"/>
    <w:basedOn w:val="a3"/>
    <w:uiPriority w:val="71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4">
    <w:name w:val="Colorful Shading Accent 6"/>
    <w:basedOn w:val="a3"/>
    <w:uiPriority w:val="71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5">
    <w:name w:val="Colorful List Accent 1"/>
    <w:basedOn w:val="a3"/>
    <w:uiPriority w:val="72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5">
    <w:name w:val="Colorful List Accent 2"/>
    <w:basedOn w:val="a3"/>
    <w:uiPriority w:val="72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5">
    <w:name w:val="Colorful List Accent 3"/>
    <w:basedOn w:val="a3"/>
    <w:uiPriority w:val="72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5">
    <w:name w:val="Colorful List Accent 4"/>
    <w:basedOn w:val="a3"/>
    <w:uiPriority w:val="72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5">
    <w:name w:val="Colorful List Accent 5"/>
    <w:basedOn w:val="a3"/>
    <w:uiPriority w:val="72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5">
    <w:name w:val="Colorful List Accent 6"/>
    <w:basedOn w:val="a3"/>
    <w:uiPriority w:val="72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6">
    <w:name w:val="Colorful Grid Accent 1"/>
    <w:basedOn w:val="a3"/>
    <w:uiPriority w:val="73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6">
    <w:name w:val="Colorful Grid Accent 2"/>
    <w:basedOn w:val="a3"/>
    <w:uiPriority w:val="73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6">
    <w:name w:val="Colorful Grid Accent 3"/>
    <w:basedOn w:val="a3"/>
    <w:uiPriority w:val="73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6">
    <w:name w:val="Colorful Grid Accent 4"/>
    <w:basedOn w:val="a3"/>
    <w:uiPriority w:val="73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6">
    <w:name w:val="Colorful Grid Accent 5"/>
    <w:basedOn w:val="a3"/>
    <w:uiPriority w:val="73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6">
    <w:name w:val="Colorful Grid Accent 6"/>
    <w:basedOn w:val="a3"/>
    <w:uiPriority w:val="73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a">
    <w:name w:val="Subtle Emphasis"/>
    <w:basedOn w:val="a2"/>
    <w:uiPriority w:val="19"/>
    <w:qFormat/>
    <w:rsid w:val="007E5438"/>
    <w:rPr>
      <w:i/>
      <w:iCs/>
      <w:color w:val="808080" w:themeColor="text1" w:themeTint="7F"/>
    </w:rPr>
  </w:style>
  <w:style w:type="character" w:styleId="affb">
    <w:name w:val="Intense Emphasis"/>
    <w:basedOn w:val="a2"/>
    <w:uiPriority w:val="21"/>
    <w:qFormat/>
    <w:rsid w:val="007E5438"/>
    <w:rPr>
      <w:b/>
      <w:bCs/>
      <w:i/>
      <w:iCs/>
      <w:color w:val="4F81BD" w:themeColor="accent1"/>
    </w:rPr>
  </w:style>
  <w:style w:type="character" w:styleId="affc">
    <w:name w:val="Subtle Reference"/>
    <w:basedOn w:val="a2"/>
    <w:uiPriority w:val="31"/>
    <w:qFormat/>
    <w:rsid w:val="007E5438"/>
    <w:rPr>
      <w:smallCaps/>
      <w:color w:val="C0504D" w:themeColor="accent2"/>
      <w:u w:val="single"/>
    </w:rPr>
  </w:style>
  <w:style w:type="character" w:styleId="affd">
    <w:name w:val="Intense Reference"/>
    <w:basedOn w:val="a2"/>
    <w:uiPriority w:val="32"/>
    <w:qFormat/>
    <w:rsid w:val="007E5438"/>
    <w:rPr>
      <w:b/>
      <w:bCs/>
      <w:smallCaps/>
      <w:color w:val="C0504D" w:themeColor="accent2"/>
      <w:spacing w:val="5"/>
      <w:u w:val="single"/>
    </w:rPr>
  </w:style>
  <w:style w:type="paragraph" w:styleId="affe">
    <w:name w:val="TOC Heading"/>
    <w:basedOn w:val="11"/>
    <w:next w:val="a1"/>
    <w:uiPriority w:val="39"/>
    <w:semiHidden/>
    <w:unhideWhenUsed/>
    <w:qFormat/>
    <w:rsid w:val="00DA41B8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uiPriority w:val="1"/>
    <w:qFormat/>
    <w:rsid w:val="005C01F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1">
    <w:name w:val="heading 1"/>
    <w:basedOn w:val="a1"/>
    <w:link w:val="12"/>
    <w:uiPriority w:val="9"/>
    <w:qFormat/>
    <w:rsid w:val="005C01FD"/>
    <w:pPr>
      <w:ind w:left="946"/>
      <w:outlineLvl w:val="0"/>
    </w:pPr>
    <w:rPr>
      <w:b/>
      <w:bCs/>
      <w:sz w:val="28"/>
      <w:szCs w:val="28"/>
    </w:rPr>
  </w:style>
  <w:style w:type="paragraph" w:styleId="20">
    <w:name w:val="heading 2"/>
    <w:basedOn w:val="a1"/>
    <w:next w:val="a1"/>
    <w:link w:val="22"/>
    <w:uiPriority w:val="9"/>
    <w:unhideWhenUsed/>
    <w:qFormat/>
    <w:rsid w:val="005C01F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en-US"/>
    </w:rPr>
  </w:style>
  <w:style w:type="paragraph" w:styleId="30">
    <w:name w:val="heading 3"/>
    <w:basedOn w:val="a1"/>
    <w:next w:val="a1"/>
    <w:link w:val="32"/>
    <w:uiPriority w:val="9"/>
    <w:unhideWhenUsed/>
    <w:qFormat/>
    <w:rsid w:val="005C01FD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en-US"/>
    </w:rPr>
  </w:style>
  <w:style w:type="paragraph" w:styleId="4">
    <w:name w:val="heading 4"/>
    <w:basedOn w:val="a1"/>
    <w:next w:val="a1"/>
    <w:link w:val="40"/>
    <w:uiPriority w:val="9"/>
    <w:unhideWhenUsed/>
    <w:qFormat/>
    <w:rsid w:val="005C01F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en-US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7E5438"/>
    <w:pPr>
      <w:keepNext/>
      <w:keepLines/>
      <w:widowControl/>
      <w:autoSpaceDE/>
      <w:autoSpaceDN/>
      <w:spacing w:before="40" w:line="259" w:lineRule="auto"/>
      <w:outlineLvl w:val="4"/>
    </w:pPr>
    <w:rPr>
      <w:rFonts w:ascii="Calibri" w:eastAsia="MS Gothic" w:hAnsi="Calibri"/>
      <w:color w:val="243F6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7E5438"/>
    <w:pPr>
      <w:keepNext/>
      <w:keepLines/>
      <w:widowControl/>
      <w:autoSpaceDE/>
      <w:autoSpaceDN/>
      <w:spacing w:before="40" w:line="259" w:lineRule="auto"/>
      <w:outlineLvl w:val="5"/>
    </w:pPr>
    <w:rPr>
      <w:rFonts w:ascii="Calibri" w:eastAsia="MS Gothic" w:hAnsi="Calibri"/>
      <w:i/>
      <w:iCs/>
      <w:color w:val="243F6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7E5438"/>
    <w:pPr>
      <w:keepNext/>
      <w:keepLines/>
      <w:widowControl/>
      <w:autoSpaceDE/>
      <w:autoSpaceDN/>
      <w:spacing w:before="40" w:line="259" w:lineRule="auto"/>
      <w:outlineLvl w:val="6"/>
    </w:pPr>
    <w:rPr>
      <w:rFonts w:ascii="Calibri" w:eastAsia="MS Gothic" w:hAnsi="Calibri"/>
      <w:i/>
      <w:iCs/>
      <w:color w:val="40404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7E5438"/>
    <w:pPr>
      <w:keepNext/>
      <w:keepLines/>
      <w:widowControl/>
      <w:autoSpaceDE/>
      <w:autoSpaceDN/>
      <w:spacing w:before="40" w:line="259" w:lineRule="auto"/>
      <w:outlineLvl w:val="7"/>
    </w:pPr>
    <w:rPr>
      <w:rFonts w:ascii="Calibri" w:eastAsia="MS Gothic" w:hAnsi="Calibri"/>
      <w:color w:val="4F81BD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7E5438"/>
    <w:pPr>
      <w:keepNext/>
      <w:keepLines/>
      <w:widowControl/>
      <w:autoSpaceDE/>
      <w:autoSpaceDN/>
      <w:spacing w:before="40" w:line="259" w:lineRule="auto"/>
      <w:outlineLvl w:val="8"/>
    </w:pPr>
    <w:rPr>
      <w:rFonts w:ascii="Calibri" w:eastAsia="MS Gothic" w:hAnsi="Calibri"/>
      <w:i/>
      <w:iCs/>
      <w:color w:val="404040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2">
    <w:name w:val="Заголовок 1 Знак"/>
    <w:basedOn w:val="a2"/>
    <w:link w:val="11"/>
    <w:uiPriority w:val="9"/>
    <w:rsid w:val="005C01F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2">
    <w:name w:val="Заголовок 2 Знак"/>
    <w:basedOn w:val="a2"/>
    <w:link w:val="20"/>
    <w:uiPriority w:val="9"/>
    <w:rsid w:val="005C01FD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32">
    <w:name w:val="Заголовок 3 Знак"/>
    <w:basedOn w:val="a2"/>
    <w:link w:val="30"/>
    <w:uiPriority w:val="9"/>
    <w:rsid w:val="005C01FD"/>
    <w:rPr>
      <w:rFonts w:ascii="Cambria" w:eastAsia="Times New Roman" w:hAnsi="Cambria" w:cs="Times New Roman"/>
      <w:b/>
      <w:bCs/>
      <w:color w:val="4F81BD"/>
      <w:lang w:val="en-US"/>
    </w:rPr>
  </w:style>
  <w:style w:type="character" w:customStyle="1" w:styleId="40">
    <w:name w:val="Заголовок 4 Знак"/>
    <w:basedOn w:val="a2"/>
    <w:link w:val="4"/>
    <w:uiPriority w:val="9"/>
    <w:rsid w:val="005C01FD"/>
    <w:rPr>
      <w:rFonts w:ascii="Cambria" w:eastAsia="Times New Roman" w:hAnsi="Cambria" w:cs="Times New Roman"/>
      <w:b/>
      <w:bCs/>
      <w:i/>
      <w:iCs/>
      <w:color w:val="4F81BD"/>
      <w:lang w:val="en-US"/>
    </w:rPr>
  </w:style>
  <w:style w:type="table" w:customStyle="1" w:styleId="TableNormal">
    <w:name w:val="Table Normal"/>
    <w:uiPriority w:val="2"/>
    <w:semiHidden/>
    <w:unhideWhenUsed/>
    <w:qFormat/>
    <w:rsid w:val="005C01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1"/>
    <w:link w:val="a6"/>
    <w:uiPriority w:val="99"/>
    <w:qFormat/>
    <w:rsid w:val="005C01FD"/>
    <w:rPr>
      <w:sz w:val="28"/>
      <w:szCs w:val="28"/>
    </w:rPr>
  </w:style>
  <w:style w:type="character" w:customStyle="1" w:styleId="a6">
    <w:name w:val="Основной текст Знак"/>
    <w:basedOn w:val="a2"/>
    <w:link w:val="a5"/>
    <w:uiPriority w:val="99"/>
    <w:rsid w:val="005C01FD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Title"/>
    <w:basedOn w:val="a1"/>
    <w:link w:val="a8"/>
    <w:uiPriority w:val="10"/>
    <w:qFormat/>
    <w:rsid w:val="005C01FD"/>
    <w:pPr>
      <w:ind w:left="860" w:right="1406"/>
      <w:jc w:val="center"/>
    </w:pPr>
    <w:rPr>
      <w:b/>
      <w:bCs/>
      <w:sz w:val="72"/>
      <w:szCs w:val="72"/>
    </w:rPr>
  </w:style>
  <w:style w:type="character" w:customStyle="1" w:styleId="a8">
    <w:name w:val="Название Знак"/>
    <w:basedOn w:val="a2"/>
    <w:link w:val="a7"/>
    <w:uiPriority w:val="10"/>
    <w:rsid w:val="005C01FD"/>
    <w:rPr>
      <w:rFonts w:ascii="Times New Roman" w:eastAsia="Times New Roman" w:hAnsi="Times New Roman" w:cs="Times New Roman"/>
      <w:b/>
      <w:bCs/>
      <w:sz w:val="72"/>
      <w:szCs w:val="72"/>
    </w:rPr>
  </w:style>
  <w:style w:type="paragraph" w:styleId="a9">
    <w:name w:val="List Paragraph"/>
    <w:basedOn w:val="a1"/>
    <w:uiPriority w:val="34"/>
    <w:qFormat/>
    <w:rsid w:val="005C01FD"/>
    <w:pPr>
      <w:ind w:left="946" w:hanging="360"/>
      <w:jc w:val="both"/>
    </w:pPr>
  </w:style>
  <w:style w:type="paragraph" w:customStyle="1" w:styleId="TableParagraph">
    <w:name w:val="Table Paragraph"/>
    <w:basedOn w:val="a1"/>
    <w:uiPriority w:val="1"/>
    <w:qFormat/>
    <w:rsid w:val="005C01FD"/>
    <w:rPr>
      <w:rFonts w:ascii="Cambria" w:eastAsia="Cambria" w:hAnsi="Cambria" w:cs="Cambria"/>
    </w:rPr>
  </w:style>
  <w:style w:type="paragraph" w:styleId="aa">
    <w:name w:val="header"/>
    <w:basedOn w:val="a1"/>
    <w:link w:val="ab"/>
    <w:uiPriority w:val="99"/>
    <w:unhideWhenUsed/>
    <w:rsid w:val="005C01F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uiPriority w:val="99"/>
    <w:rsid w:val="005C01FD"/>
    <w:rPr>
      <w:rFonts w:ascii="Times New Roman" w:eastAsia="Times New Roman" w:hAnsi="Times New Roman" w:cs="Times New Roman"/>
    </w:rPr>
  </w:style>
  <w:style w:type="paragraph" w:styleId="ac">
    <w:name w:val="footer"/>
    <w:basedOn w:val="a1"/>
    <w:link w:val="ad"/>
    <w:uiPriority w:val="99"/>
    <w:unhideWhenUsed/>
    <w:rsid w:val="005C01F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2"/>
    <w:link w:val="ac"/>
    <w:uiPriority w:val="99"/>
    <w:rsid w:val="005C01FD"/>
    <w:rPr>
      <w:rFonts w:ascii="Times New Roman" w:eastAsia="Times New Roman" w:hAnsi="Times New Roman" w:cs="Times New Roman"/>
    </w:rPr>
  </w:style>
  <w:style w:type="paragraph" w:styleId="13">
    <w:name w:val="toc 1"/>
    <w:basedOn w:val="a1"/>
    <w:uiPriority w:val="1"/>
    <w:qFormat/>
    <w:rsid w:val="005C01FD"/>
    <w:pPr>
      <w:spacing w:before="53"/>
      <w:ind w:left="150"/>
    </w:pPr>
    <w:rPr>
      <w:b/>
      <w:bCs/>
      <w:sz w:val="28"/>
      <w:szCs w:val="28"/>
    </w:rPr>
  </w:style>
  <w:style w:type="paragraph" w:styleId="23">
    <w:name w:val="toc 2"/>
    <w:basedOn w:val="a1"/>
    <w:uiPriority w:val="1"/>
    <w:qFormat/>
    <w:rsid w:val="005C01FD"/>
    <w:pPr>
      <w:spacing w:before="125"/>
      <w:ind w:left="576"/>
    </w:pPr>
    <w:rPr>
      <w:sz w:val="28"/>
      <w:szCs w:val="28"/>
    </w:rPr>
  </w:style>
  <w:style w:type="paragraph" w:styleId="33">
    <w:name w:val="toc 3"/>
    <w:basedOn w:val="a1"/>
    <w:uiPriority w:val="1"/>
    <w:qFormat/>
    <w:rsid w:val="005C01FD"/>
    <w:pPr>
      <w:spacing w:before="125"/>
      <w:ind w:left="1216" w:hanging="217"/>
    </w:pPr>
    <w:rPr>
      <w:sz w:val="28"/>
      <w:szCs w:val="28"/>
    </w:rPr>
  </w:style>
  <w:style w:type="paragraph" w:styleId="ae">
    <w:name w:val="Balloon Text"/>
    <w:basedOn w:val="a1"/>
    <w:link w:val="af"/>
    <w:uiPriority w:val="99"/>
    <w:semiHidden/>
    <w:unhideWhenUsed/>
    <w:rsid w:val="005C01F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semiHidden/>
    <w:rsid w:val="005C01FD"/>
    <w:rPr>
      <w:rFonts w:ascii="Tahoma" w:eastAsia="Times New Roman" w:hAnsi="Tahoma" w:cs="Tahoma"/>
      <w:sz w:val="16"/>
      <w:szCs w:val="16"/>
    </w:rPr>
  </w:style>
  <w:style w:type="numbering" w:customStyle="1" w:styleId="14">
    <w:name w:val="Нет списка1"/>
    <w:next w:val="a4"/>
    <w:uiPriority w:val="99"/>
    <w:semiHidden/>
    <w:unhideWhenUsed/>
    <w:rsid w:val="005C01FD"/>
  </w:style>
  <w:style w:type="table" w:customStyle="1" w:styleId="TableNormal1">
    <w:name w:val="Table Normal1"/>
    <w:uiPriority w:val="2"/>
    <w:semiHidden/>
    <w:unhideWhenUsed/>
    <w:qFormat/>
    <w:rsid w:val="005C01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5C01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1">
    <w:name w:val="Заголовок 21"/>
    <w:basedOn w:val="a1"/>
    <w:next w:val="a1"/>
    <w:uiPriority w:val="9"/>
    <w:unhideWhenUsed/>
    <w:qFormat/>
    <w:rsid w:val="005C01FD"/>
    <w:pPr>
      <w:keepNext/>
      <w:keepLines/>
      <w:widowControl/>
      <w:autoSpaceDE/>
      <w:autoSpaceDN/>
      <w:spacing w:before="200" w:after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en-US"/>
    </w:rPr>
  </w:style>
  <w:style w:type="paragraph" w:customStyle="1" w:styleId="311">
    <w:name w:val="Заголовок 31"/>
    <w:basedOn w:val="a1"/>
    <w:next w:val="a1"/>
    <w:uiPriority w:val="9"/>
    <w:unhideWhenUsed/>
    <w:qFormat/>
    <w:rsid w:val="005C01FD"/>
    <w:pPr>
      <w:keepNext/>
      <w:keepLines/>
      <w:widowControl/>
      <w:autoSpaceDE/>
      <w:autoSpaceDN/>
      <w:spacing w:before="200" w:after="200" w:line="276" w:lineRule="auto"/>
      <w:outlineLvl w:val="2"/>
    </w:pPr>
    <w:rPr>
      <w:rFonts w:ascii="Cambria" w:hAnsi="Cambria"/>
      <w:b/>
      <w:bCs/>
      <w:color w:val="4F81BD"/>
      <w:lang w:val="en-US"/>
    </w:rPr>
  </w:style>
  <w:style w:type="paragraph" w:customStyle="1" w:styleId="41">
    <w:name w:val="Заголовок 41"/>
    <w:basedOn w:val="a1"/>
    <w:next w:val="a1"/>
    <w:uiPriority w:val="9"/>
    <w:unhideWhenUsed/>
    <w:qFormat/>
    <w:rsid w:val="005C01FD"/>
    <w:pPr>
      <w:keepNext/>
      <w:keepLines/>
      <w:widowControl/>
      <w:autoSpaceDE/>
      <w:autoSpaceDN/>
      <w:spacing w:before="200" w:after="200" w:line="276" w:lineRule="auto"/>
      <w:outlineLvl w:val="3"/>
    </w:pPr>
    <w:rPr>
      <w:rFonts w:ascii="Cambria" w:hAnsi="Cambria"/>
      <w:b/>
      <w:bCs/>
      <w:i/>
      <w:iCs/>
      <w:color w:val="4F81BD"/>
      <w:lang w:val="en-US"/>
    </w:rPr>
  </w:style>
  <w:style w:type="numbering" w:customStyle="1" w:styleId="24">
    <w:name w:val="Нет списка2"/>
    <w:next w:val="a4"/>
    <w:uiPriority w:val="99"/>
    <w:semiHidden/>
    <w:unhideWhenUsed/>
    <w:rsid w:val="005C01FD"/>
  </w:style>
  <w:style w:type="paragraph" w:customStyle="1" w:styleId="15">
    <w:name w:val="Обычный отступ1"/>
    <w:basedOn w:val="a1"/>
    <w:next w:val="af0"/>
    <w:uiPriority w:val="99"/>
    <w:unhideWhenUsed/>
    <w:rsid w:val="005C01FD"/>
    <w:pPr>
      <w:widowControl/>
      <w:autoSpaceDE/>
      <w:autoSpaceDN/>
      <w:spacing w:after="200" w:line="276" w:lineRule="auto"/>
      <w:ind w:left="720"/>
    </w:pPr>
    <w:rPr>
      <w:rFonts w:ascii="Calibri" w:eastAsia="Calibri" w:hAnsi="Calibri"/>
      <w:lang w:val="en-US"/>
    </w:rPr>
  </w:style>
  <w:style w:type="paragraph" w:customStyle="1" w:styleId="16">
    <w:name w:val="Подзаголовок1"/>
    <w:basedOn w:val="a1"/>
    <w:next w:val="a1"/>
    <w:uiPriority w:val="11"/>
    <w:qFormat/>
    <w:rsid w:val="005C01FD"/>
    <w:pPr>
      <w:widowControl/>
      <w:numPr>
        <w:ilvl w:val="1"/>
      </w:numPr>
      <w:autoSpaceDE/>
      <w:autoSpaceDN/>
      <w:spacing w:after="200" w:line="276" w:lineRule="auto"/>
      <w:ind w:left="86"/>
    </w:pPr>
    <w:rPr>
      <w:rFonts w:ascii="Cambria" w:hAnsi="Cambria"/>
      <w:i/>
      <w:iCs/>
      <w:color w:val="4F81BD"/>
      <w:spacing w:val="15"/>
      <w:sz w:val="24"/>
      <w:szCs w:val="24"/>
      <w:lang w:val="en-US"/>
    </w:rPr>
  </w:style>
  <w:style w:type="character" w:customStyle="1" w:styleId="af1">
    <w:name w:val="Подзаголовок Знак"/>
    <w:basedOn w:val="a2"/>
    <w:link w:val="af2"/>
    <w:uiPriority w:val="11"/>
    <w:rsid w:val="005C01F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af3">
    <w:name w:val="Emphasis"/>
    <w:basedOn w:val="a2"/>
    <w:uiPriority w:val="20"/>
    <w:qFormat/>
    <w:rsid w:val="005C01FD"/>
    <w:rPr>
      <w:i/>
      <w:iCs/>
    </w:rPr>
  </w:style>
  <w:style w:type="character" w:customStyle="1" w:styleId="17">
    <w:name w:val="Гиперссылка1"/>
    <w:basedOn w:val="a2"/>
    <w:uiPriority w:val="99"/>
    <w:unhideWhenUsed/>
    <w:rsid w:val="005C01FD"/>
    <w:rPr>
      <w:color w:val="0000FF"/>
      <w:u w:val="single"/>
    </w:rPr>
  </w:style>
  <w:style w:type="table" w:customStyle="1" w:styleId="18">
    <w:name w:val="Сетка таблицы1"/>
    <w:basedOn w:val="a3"/>
    <w:next w:val="af4"/>
    <w:uiPriority w:val="59"/>
    <w:rsid w:val="005C01F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Название объекта1"/>
    <w:basedOn w:val="a1"/>
    <w:next w:val="a1"/>
    <w:uiPriority w:val="35"/>
    <w:semiHidden/>
    <w:unhideWhenUsed/>
    <w:qFormat/>
    <w:rsid w:val="005C01FD"/>
    <w:pPr>
      <w:widowControl/>
      <w:autoSpaceDE/>
      <w:autoSpaceDN/>
      <w:spacing w:after="200"/>
    </w:pPr>
    <w:rPr>
      <w:rFonts w:ascii="Calibri" w:eastAsia="Calibri" w:hAnsi="Calibri"/>
      <w:b/>
      <w:bCs/>
      <w:color w:val="4F81BD"/>
      <w:sz w:val="18"/>
      <w:szCs w:val="18"/>
      <w:lang w:val="en-US"/>
    </w:rPr>
  </w:style>
  <w:style w:type="character" w:customStyle="1" w:styleId="1a">
    <w:name w:val="Просмотренная гиперссылка1"/>
    <w:basedOn w:val="a2"/>
    <w:uiPriority w:val="99"/>
    <w:semiHidden/>
    <w:unhideWhenUsed/>
    <w:rsid w:val="005C01FD"/>
    <w:rPr>
      <w:color w:val="800080"/>
      <w:u w:val="single"/>
    </w:rPr>
  </w:style>
  <w:style w:type="character" w:customStyle="1" w:styleId="212">
    <w:name w:val="Заголовок 2 Знак1"/>
    <w:basedOn w:val="a2"/>
    <w:uiPriority w:val="9"/>
    <w:semiHidden/>
    <w:rsid w:val="005C01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12">
    <w:name w:val="Заголовок 3 Знак1"/>
    <w:basedOn w:val="a2"/>
    <w:uiPriority w:val="9"/>
    <w:semiHidden/>
    <w:rsid w:val="005C01FD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410">
    <w:name w:val="Заголовок 4 Знак1"/>
    <w:basedOn w:val="a2"/>
    <w:uiPriority w:val="9"/>
    <w:semiHidden/>
    <w:rsid w:val="005C01FD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paragraph" w:styleId="af0">
    <w:name w:val="Normal Indent"/>
    <w:basedOn w:val="a1"/>
    <w:uiPriority w:val="99"/>
    <w:unhideWhenUsed/>
    <w:rsid w:val="005C01FD"/>
    <w:pPr>
      <w:ind w:left="708"/>
    </w:pPr>
  </w:style>
  <w:style w:type="paragraph" w:styleId="af2">
    <w:name w:val="Subtitle"/>
    <w:basedOn w:val="a1"/>
    <w:next w:val="a1"/>
    <w:link w:val="af1"/>
    <w:uiPriority w:val="11"/>
    <w:qFormat/>
    <w:rsid w:val="005C01FD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1b">
    <w:name w:val="Подзаголовок Знак1"/>
    <w:basedOn w:val="a2"/>
    <w:uiPriority w:val="11"/>
    <w:rsid w:val="005C01F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5">
    <w:name w:val="Hyperlink"/>
    <w:basedOn w:val="a2"/>
    <w:uiPriority w:val="99"/>
    <w:unhideWhenUsed/>
    <w:rsid w:val="005C01FD"/>
    <w:rPr>
      <w:color w:val="0000FF" w:themeColor="hyperlink"/>
      <w:u w:val="single"/>
    </w:rPr>
  </w:style>
  <w:style w:type="table" w:styleId="af4">
    <w:name w:val="Table Grid"/>
    <w:basedOn w:val="a3"/>
    <w:uiPriority w:val="59"/>
    <w:rsid w:val="005C01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FollowedHyperlink"/>
    <w:basedOn w:val="a2"/>
    <w:uiPriority w:val="99"/>
    <w:semiHidden/>
    <w:unhideWhenUsed/>
    <w:rsid w:val="005C01FD"/>
    <w:rPr>
      <w:color w:val="800080" w:themeColor="followedHyperlink"/>
      <w:u w:val="single"/>
    </w:rPr>
  </w:style>
  <w:style w:type="paragraph" w:styleId="af7">
    <w:name w:val="caption"/>
    <w:basedOn w:val="a1"/>
    <w:next w:val="a1"/>
    <w:uiPriority w:val="35"/>
    <w:semiHidden/>
    <w:unhideWhenUsed/>
    <w:qFormat/>
    <w:rsid w:val="005C01FD"/>
    <w:pPr>
      <w:widowControl/>
      <w:autoSpaceDE/>
      <w:autoSpaceDN/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US"/>
    </w:rPr>
  </w:style>
  <w:style w:type="character" w:customStyle="1" w:styleId="50">
    <w:name w:val="Заголовок 5 Знак"/>
    <w:basedOn w:val="a2"/>
    <w:link w:val="5"/>
    <w:uiPriority w:val="9"/>
    <w:semiHidden/>
    <w:rsid w:val="007E5438"/>
    <w:rPr>
      <w:rFonts w:ascii="Calibri" w:eastAsia="MS Gothic" w:hAnsi="Calibri" w:cs="Times New Roman"/>
      <w:color w:val="243F60"/>
    </w:rPr>
  </w:style>
  <w:style w:type="character" w:customStyle="1" w:styleId="60">
    <w:name w:val="Заголовок 6 Знак"/>
    <w:basedOn w:val="a2"/>
    <w:link w:val="6"/>
    <w:uiPriority w:val="9"/>
    <w:semiHidden/>
    <w:rsid w:val="007E5438"/>
    <w:rPr>
      <w:rFonts w:ascii="Calibri" w:eastAsia="MS Gothic" w:hAnsi="Calibri" w:cs="Times New Roman"/>
      <w:i/>
      <w:iCs/>
      <w:color w:val="243F60"/>
    </w:rPr>
  </w:style>
  <w:style w:type="character" w:customStyle="1" w:styleId="70">
    <w:name w:val="Заголовок 7 Знак"/>
    <w:basedOn w:val="a2"/>
    <w:link w:val="7"/>
    <w:uiPriority w:val="9"/>
    <w:semiHidden/>
    <w:rsid w:val="007E5438"/>
    <w:rPr>
      <w:rFonts w:ascii="Calibri" w:eastAsia="MS Gothic" w:hAnsi="Calibri" w:cs="Times New Roman"/>
      <w:i/>
      <w:iCs/>
      <w:color w:val="404040"/>
    </w:rPr>
  </w:style>
  <w:style w:type="character" w:customStyle="1" w:styleId="80">
    <w:name w:val="Заголовок 8 Знак"/>
    <w:basedOn w:val="a2"/>
    <w:link w:val="8"/>
    <w:uiPriority w:val="9"/>
    <w:semiHidden/>
    <w:rsid w:val="007E5438"/>
    <w:rPr>
      <w:rFonts w:ascii="Calibri" w:eastAsia="MS Gothic" w:hAnsi="Calibri" w:cs="Times New Roman"/>
      <w:color w:val="4F81BD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7E5438"/>
    <w:rPr>
      <w:rFonts w:ascii="Calibri" w:eastAsia="MS Gothic" w:hAnsi="Calibri" w:cs="Times New Roman"/>
      <w:i/>
      <w:iCs/>
      <w:color w:val="404040"/>
      <w:sz w:val="20"/>
      <w:szCs w:val="20"/>
    </w:rPr>
  </w:style>
  <w:style w:type="numbering" w:customStyle="1" w:styleId="34">
    <w:name w:val="Нет списка3"/>
    <w:next w:val="a4"/>
    <w:uiPriority w:val="99"/>
    <w:semiHidden/>
    <w:unhideWhenUsed/>
    <w:rsid w:val="007E5438"/>
  </w:style>
  <w:style w:type="numbering" w:customStyle="1" w:styleId="110">
    <w:name w:val="Нет списка11"/>
    <w:next w:val="a4"/>
    <w:uiPriority w:val="99"/>
    <w:semiHidden/>
    <w:unhideWhenUsed/>
    <w:rsid w:val="007E5438"/>
  </w:style>
  <w:style w:type="paragraph" w:customStyle="1" w:styleId="111">
    <w:name w:val="Заголовок 11"/>
    <w:basedOn w:val="a1"/>
    <w:next w:val="a1"/>
    <w:uiPriority w:val="9"/>
    <w:qFormat/>
    <w:rsid w:val="007E5438"/>
    <w:pPr>
      <w:keepNext/>
      <w:keepLines/>
      <w:widowControl/>
      <w:autoSpaceDE/>
      <w:autoSpaceDN/>
      <w:spacing w:before="480" w:line="276" w:lineRule="auto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customStyle="1" w:styleId="51">
    <w:name w:val="Заголовок 51"/>
    <w:basedOn w:val="a1"/>
    <w:next w:val="a1"/>
    <w:uiPriority w:val="9"/>
    <w:semiHidden/>
    <w:unhideWhenUsed/>
    <w:qFormat/>
    <w:rsid w:val="007E5438"/>
    <w:pPr>
      <w:keepNext/>
      <w:keepLines/>
      <w:widowControl/>
      <w:autoSpaceDE/>
      <w:autoSpaceDN/>
      <w:spacing w:before="200" w:line="276" w:lineRule="auto"/>
      <w:outlineLvl w:val="4"/>
    </w:pPr>
    <w:rPr>
      <w:rFonts w:ascii="Calibri" w:eastAsia="MS Gothic" w:hAnsi="Calibri"/>
      <w:color w:val="243F60"/>
      <w:lang w:val="en-US"/>
    </w:rPr>
  </w:style>
  <w:style w:type="paragraph" w:customStyle="1" w:styleId="61">
    <w:name w:val="Заголовок 61"/>
    <w:basedOn w:val="a1"/>
    <w:next w:val="a1"/>
    <w:uiPriority w:val="9"/>
    <w:semiHidden/>
    <w:unhideWhenUsed/>
    <w:qFormat/>
    <w:rsid w:val="007E5438"/>
    <w:pPr>
      <w:keepNext/>
      <w:keepLines/>
      <w:widowControl/>
      <w:autoSpaceDE/>
      <w:autoSpaceDN/>
      <w:spacing w:before="200" w:line="276" w:lineRule="auto"/>
      <w:outlineLvl w:val="5"/>
    </w:pPr>
    <w:rPr>
      <w:rFonts w:ascii="Calibri" w:eastAsia="MS Gothic" w:hAnsi="Calibri"/>
      <w:i/>
      <w:iCs/>
      <w:color w:val="243F60"/>
      <w:lang w:val="en-US"/>
    </w:rPr>
  </w:style>
  <w:style w:type="paragraph" w:customStyle="1" w:styleId="71">
    <w:name w:val="Заголовок 71"/>
    <w:basedOn w:val="a1"/>
    <w:next w:val="a1"/>
    <w:uiPriority w:val="9"/>
    <w:semiHidden/>
    <w:unhideWhenUsed/>
    <w:qFormat/>
    <w:rsid w:val="007E5438"/>
    <w:pPr>
      <w:keepNext/>
      <w:keepLines/>
      <w:widowControl/>
      <w:autoSpaceDE/>
      <w:autoSpaceDN/>
      <w:spacing w:before="200" w:line="276" w:lineRule="auto"/>
      <w:outlineLvl w:val="6"/>
    </w:pPr>
    <w:rPr>
      <w:rFonts w:ascii="Calibri" w:eastAsia="MS Gothic" w:hAnsi="Calibri"/>
      <w:i/>
      <w:iCs/>
      <w:color w:val="404040"/>
      <w:lang w:val="en-US"/>
    </w:rPr>
  </w:style>
  <w:style w:type="paragraph" w:customStyle="1" w:styleId="81">
    <w:name w:val="Заголовок 81"/>
    <w:basedOn w:val="a1"/>
    <w:next w:val="a1"/>
    <w:uiPriority w:val="9"/>
    <w:semiHidden/>
    <w:unhideWhenUsed/>
    <w:qFormat/>
    <w:rsid w:val="007E5438"/>
    <w:pPr>
      <w:keepNext/>
      <w:keepLines/>
      <w:widowControl/>
      <w:autoSpaceDE/>
      <w:autoSpaceDN/>
      <w:spacing w:before="200" w:line="276" w:lineRule="auto"/>
      <w:outlineLvl w:val="7"/>
    </w:pPr>
    <w:rPr>
      <w:rFonts w:ascii="Calibri" w:eastAsia="MS Gothic" w:hAnsi="Calibri"/>
      <w:color w:val="4F81BD"/>
      <w:sz w:val="20"/>
      <w:szCs w:val="20"/>
      <w:lang w:val="en-US"/>
    </w:rPr>
  </w:style>
  <w:style w:type="paragraph" w:customStyle="1" w:styleId="91">
    <w:name w:val="Заголовок 91"/>
    <w:basedOn w:val="a1"/>
    <w:next w:val="a1"/>
    <w:uiPriority w:val="9"/>
    <w:semiHidden/>
    <w:unhideWhenUsed/>
    <w:qFormat/>
    <w:rsid w:val="007E5438"/>
    <w:pPr>
      <w:keepNext/>
      <w:keepLines/>
      <w:widowControl/>
      <w:autoSpaceDE/>
      <w:autoSpaceDN/>
      <w:spacing w:before="200" w:line="276" w:lineRule="auto"/>
      <w:outlineLvl w:val="8"/>
    </w:pPr>
    <w:rPr>
      <w:rFonts w:ascii="Calibri" w:eastAsia="MS Gothic" w:hAnsi="Calibri"/>
      <w:i/>
      <w:iCs/>
      <w:color w:val="404040"/>
      <w:sz w:val="20"/>
      <w:szCs w:val="20"/>
      <w:lang w:val="en-US"/>
    </w:rPr>
  </w:style>
  <w:style w:type="numbering" w:customStyle="1" w:styleId="1110">
    <w:name w:val="Нет списка111"/>
    <w:next w:val="a4"/>
    <w:uiPriority w:val="99"/>
    <w:semiHidden/>
    <w:unhideWhenUsed/>
    <w:rsid w:val="007E5438"/>
  </w:style>
  <w:style w:type="paragraph" w:customStyle="1" w:styleId="1c">
    <w:name w:val="Без интервала1"/>
    <w:next w:val="af8"/>
    <w:uiPriority w:val="1"/>
    <w:qFormat/>
    <w:rsid w:val="007E5438"/>
    <w:pPr>
      <w:spacing w:after="0" w:line="240" w:lineRule="auto"/>
    </w:pPr>
    <w:rPr>
      <w:rFonts w:eastAsia="MS Mincho"/>
      <w:lang w:val="en-US"/>
    </w:rPr>
  </w:style>
  <w:style w:type="paragraph" w:customStyle="1" w:styleId="1d">
    <w:name w:val="Название1"/>
    <w:basedOn w:val="a1"/>
    <w:next w:val="a1"/>
    <w:uiPriority w:val="10"/>
    <w:qFormat/>
    <w:rsid w:val="007E5438"/>
    <w:pPr>
      <w:widowControl/>
      <w:pBdr>
        <w:bottom w:val="single" w:sz="8" w:space="4" w:color="4F81BD"/>
      </w:pBdr>
      <w:autoSpaceDE/>
      <w:autoSpaceDN/>
      <w:spacing w:after="300"/>
      <w:contextualSpacing/>
    </w:pPr>
    <w:rPr>
      <w:rFonts w:ascii="Calibri" w:eastAsia="MS Gothic" w:hAnsi="Calibri"/>
      <w:color w:val="17365D"/>
      <w:spacing w:val="5"/>
      <w:kern w:val="28"/>
      <w:sz w:val="52"/>
      <w:szCs w:val="52"/>
      <w:lang w:val="en-US"/>
    </w:rPr>
  </w:style>
  <w:style w:type="paragraph" w:customStyle="1" w:styleId="213">
    <w:name w:val="Основной текст 21"/>
    <w:basedOn w:val="a1"/>
    <w:next w:val="25"/>
    <w:link w:val="26"/>
    <w:uiPriority w:val="99"/>
    <w:unhideWhenUsed/>
    <w:rsid w:val="007E5438"/>
    <w:pPr>
      <w:widowControl/>
      <w:autoSpaceDE/>
      <w:autoSpaceDN/>
      <w:spacing w:after="120" w:line="480" w:lineRule="auto"/>
    </w:pPr>
    <w:rPr>
      <w:rFonts w:asciiTheme="minorHAnsi" w:eastAsia="MS Mincho" w:hAnsiTheme="minorHAnsi" w:cstheme="minorBidi"/>
      <w:lang w:val="en-US"/>
    </w:rPr>
  </w:style>
  <w:style w:type="character" w:customStyle="1" w:styleId="26">
    <w:name w:val="Основной текст 2 Знак"/>
    <w:basedOn w:val="a2"/>
    <w:link w:val="213"/>
    <w:uiPriority w:val="99"/>
    <w:rsid w:val="007E5438"/>
    <w:rPr>
      <w:rFonts w:eastAsia="MS Mincho"/>
      <w:lang w:val="en-US"/>
    </w:rPr>
  </w:style>
  <w:style w:type="paragraph" w:customStyle="1" w:styleId="313">
    <w:name w:val="Основной текст 31"/>
    <w:basedOn w:val="a1"/>
    <w:next w:val="35"/>
    <w:link w:val="36"/>
    <w:uiPriority w:val="99"/>
    <w:unhideWhenUsed/>
    <w:rsid w:val="007E5438"/>
    <w:pPr>
      <w:widowControl/>
      <w:autoSpaceDE/>
      <w:autoSpaceDN/>
      <w:spacing w:after="120" w:line="276" w:lineRule="auto"/>
    </w:pPr>
    <w:rPr>
      <w:rFonts w:asciiTheme="minorHAnsi" w:eastAsia="MS Mincho" w:hAnsiTheme="minorHAnsi" w:cstheme="minorBidi"/>
      <w:sz w:val="16"/>
      <w:szCs w:val="16"/>
      <w:lang w:val="en-US"/>
    </w:rPr>
  </w:style>
  <w:style w:type="character" w:customStyle="1" w:styleId="36">
    <w:name w:val="Основной текст 3 Знак"/>
    <w:basedOn w:val="a2"/>
    <w:link w:val="313"/>
    <w:uiPriority w:val="99"/>
    <w:rsid w:val="007E5438"/>
    <w:rPr>
      <w:rFonts w:eastAsia="MS Mincho"/>
      <w:sz w:val="16"/>
      <w:szCs w:val="16"/>
      <w:lang w:val="en-US"/>
    </w:rPr>
  </w:style>
  <w:style w:type="paragraph" w:customStyle="1" w:styleId="1e">
    <w:name w:val="Список1"/>
    <w:basedOn w:val="a1"/>
    <w:next w:val="af9"/>
    <w:uiPriority w:val="99"/>
    <w:unhideWhenUsed/>
    <w:rsid w:val="007E5438"/>
    <w:pPr>
      <w:widowControl/>
      <w:autoSpaceDE/>
      <w:autoSpaceDN/>
      <w:spacing w:after="200" w:line="276" w:lineRule="auto"/>
      <w:ind w:left="360" w:hanging="360"/>
      <w:contextualSpacing/>
    </w:pPr>
    <w:rPr>
      <w:rFonts w:ascii="Calibri" w:eastAsia="MS Mincho" w:hAnsi="Calibri"/>
      <w:lang w:val="en-US"/>
    </w:rPr>
  </w:style>
  <w:style w:type="paragraph" w:customStyle="1" w:styleId="214">
    <w:name w:val="Список 21"/>
    <w:basedOn w:val="a1"/>
    <w:next w:val="27"/>
    <w:uiPriority w:val="99"/>
    <w:unhideWhenUsed/>
    <w:rsid w:val="007E5438"/>
    <w:pPr>
      <w:widowControl/>
      <w:autoSpaceDE/>
      <w:autoSpaceDN/>
      <w:spacing w:after="200" w:line="276" w:lineRule="auto"/>
      <w:ind w:left="720" w:hanging="360"/>
      <w:contextualSpacing/>
    </w:pPr>
    <w:rPr>
      <w:rFonts w:ascii="Calibri" w:eastAsia="MS Mincho" w:hAnsi="Calibri"/>
      <w:lang w:val="en-US"/>
    </w:rPr>
  </w:style>
  <w:style w:type="paragraph" w:customStyle="1" w:styleId="314">
    <w:name w:val="Список 31"/>
    <w:basedOn w:val="a1"/>
    <w:next w:val="37"/>
    <w:uiPriority w:val="99"/>
    <w:unhideWhenUsed/>
    <w:rsid w:val="007E5438"/>
    <w:pPr>
      <w:widowControl/>
      <w:autoSpaceDE/>
      <w:autoSpaceDN/>
      <w:spacing w:after="200" w:line="276" w:lineRule="auto"/>
      <w:ind w:left="1080" w:hanging="360"/>
      <w:contextualSpacing/>
    </w:pPr>
    <w:rPr>
      <w:rFonts w:ascii="Calibri" w:eastAsia="MS Mincho" w:hAnsi="Calibri"/>
      <w:lang w:val="en-US"/>
    </w:rPr>
  </w:style>
  <w:style w:type="paragraph" w:customStyle="1" w:styleId="10">
    <w:name w:val="Маркированный список1"/>
    <w:basedOn w:val="a1"/>
    <w:next w:val="a0"/>
    <w:uiPriority w:val="99"/>
    <w:unhideWhenUsed/>
    <w:rsid w:val="007E5438"/>
    <w:pPr>
      <w:widowControl/>
      <w:numPr>
        <w:numId w:val="35"/>
      </w:numPr>
      <w:tabs>
        <w:tab w:val="clear" w:pos="360"/>
      </w:tabs>
      <w:autoSpaceDE/>
      <w:autoSpaceDN/>
      <w:spacing w:after="200" w:line="276" w:lineRule="auto"/>
      <w:ind w:left="601"/>
      <w:contextualSpacing/>
    </w:pPr>
    <w:rPr>
      <w:rFonts w:ascii="Calibri" w:eastAsia="MS Mincho" w:hAnsi="Calibri"/>
      <w:lang w:val="en-US"/>
    </w:rPr>
  </w:style>
  <w:style w:type="paragraph" w:customStyle="1" w:styleId="210">
    <w:name w:val="Маркированный список 21"/>
    <w:basedOn w:val="a1"/>
    <w:next w:val="2"/>
    <w:uiPriority w:val="99"/>
    <w:unhideWhenUsed/>
    <w:rsid w:val="007E5438"/>
    <w:pPr>
      <w:widowControl/>
      <w:numPr>
        <w:numId w:val="36"/>
      </w:numPr>
      <w:tabs>
        <w:tab w:val="clear" w:pos="720"/>
      </w:tabs>
      <w:autoSpaceDE/>
      <w:autoSpaceDN/>
      <w:spacing w:after="200" w:line="276" w:lineRule="auto"/>
      <w:ind w:left="1215" w:hanging="423"/>
      <w:contextualSpacing/>
    </w:pPr>
    <w:rPr>
      <w:rFonts w:ascii="Calibri" w:eastAsia="MS Mincho" w:hAnsi="Calibri"/>
      <w:lang w:val="en-US"/>
    </w:rPr>
  </w:style>
  <w:style w:type="paragraph" w:customStyle="1" w:styleId="310">
    <w:name w:val="Маркированный список 31"/>
    <w:basedOn w:val="a1"/>
    <w:next w:val="3"/>
    <w:uiPriority w:val="99"/>
    <w:unhideWhenUsed/>
    <w:rsid w:val="007E5438"/>
    <w:pPr>
      <w:widowControl/>
      <w:numPr>
        <w:numId w:val="37"/>
      </w:numPr>
      <w:tabs>
        <w:tab w:val="clear" w:pos="1080"/>
      </w:tabs>
      <w:autoSpaceDE/>
      <w:autoSpaceDN/>
      <w:spacing w:after="200" w:line="276" w:lineRule="auto"/>
      <w:ind w:left="1158" w:hanging="212"/>
      <w:contextualSpacing/>
    </w:pPr>
    <w:rPr>
      <w:rFonts w:ascii="Calibri" w:eastAsia="MS Mincho" w:hAnsi="Calibri"/>
      <w:lang w:val="en-US"/>
    </w:rPr>
  </w:style>
  <w:style w:type="paragraph" w:customStyle="1" w:styleId="1">
    <w:name w:val="Нумерованный список1"/>
    <w:basedOn w:val="a1"/>
    <w:next w:val="a"/>
    <w:uiPriority w:val="99"/>
    <w:unhideWhenUsed/>
    <w:rsid w:val="007E5438"/>
    <w:pPr>
      <w:widowControl/>
      <w:numPr>
        <w:numId w:val="39"/>
      </w:numPr>
      <w:tabs>
        <w:tab w:val="clear" w:pos="360"/>
      </w:tabs>
      <w:autoSpaceDE/>
      <w:autoSpaceDN/>
      <w:spacing w:after="200" w:line="276" w:lineRule="auto"/>
      <w:ind w:left="438" w:hanging="212"/>
      <w:contextualSpacing/>
    </w:pPr>
    <w:rPr>
      <w:rFonts w:ascii="Calibri" w:eastAsia="MS Mincho" w:hAnsi="Calibri"/>
      <w:lang w:val="en-US"/>
    </w:rPr>
  </w:style>
  <w:style w:type="paragraph" w:customStyle="1" w:styleId="21">
    <w:name w:val="Нумерованный список 21"/>
    <w:basedOn w:val="a1"/>
    <w:next w:val="28"/>
    <w:uiPriority w:val="99"/>
    <w:unhideWhenUsed/>
    <w:rsid w:val="007E5438"/>
    <w:pPr>
      <w:widowControl/>
      <w:numPr>
        <w:numId w:val="40"/>
      </w:numPr>
      <w:tabs>
        <w:tab w:val="clear" w:pos="720"/>
      </w:tabs>
      <w:autoSpaceDE/>
      <w:autoSpaceDN/>
      <w:spacing w:after="200" w:line="276" w:lineRule="auto"/>
      <w:ind w:left="326" w:hanging="216"/>
      <w:contextualSpacing/>
    </w:pPr>
    <w:rPr>
      <w:rFonts w:ascii="Calibri" w:eastAsia="MS Mincho" w:hAnsi="Calibri"/>
      <w:lang w:val="en-US"/>
    </w:rPr>
  </w:style>
  <w:style w:type="paragraph" w:customStyle="1" w:styleId="31">
    <w:name w:val="Нумерованный список 31"/>
    <w:basedOn w:val="a1"/>
    <w:next w:val="38"/>
    <w:uiPriority w:val="99"/>
    <w:unhideWhenUsed/>
    <w:rsid w:val="007E5438"/>
    <w:pPr>
      <w:widowControl/>
      <w:numPr>
        <w:numId w:val="41"/>
      </w:numPr>
      <w:tabs>
        <w:tab w:val="clear" w:pos="1080"/>
      </w:tabs>
      <w:autoSpaceDE/>
      <w:autoSpaceDN/>
      <w:spacing w:after="200" w:line="276" w:lineRule="auto"/>
      <w:ind w:left="346" w:hanging="216"/>
      <w:contextualSpacing/>
    </w:pPr>
    <w:rPr>
      <w:rFonts w:ascii="Calibri" w:eastAsia="MS Mincho" w:hAnsi="Calibri"/>
      <w:lang w:val="en-US"/>
    </w:rPr>
  </w:style>
  <w:style w:type="paragraph" w:customStyle="1" w:styleId="1f">
    <w:name w:val="Продолжение списка1"/>
    <w:basedOn w:val="a1"/>
    <w:next w:val="afa"/>
    <w:uiPriority w:val="99"/>
    <w:unhideWhenUsed/>
    <w:rsid w:val="007E5438"/>
    <w:pPr>
      <w:widowControl/>
      <w:autoSpaceDE/>
      <w:autoSpaceDN/>
      <w:spacing w:after="120" w:line="276" w:lineRule="auto"/>
      <w:ind w:left="360"/>
      <w:contextualSpacing/>
    </w:pPr>
    <w:rPr>
      <w:rFonts w:ascii="Calibri" w:eastAsia="MS Mincho" w:hAnsi="Calibri"/>
      <w:lang w:val="en-US"/>
    </w:rPr>
  </w:style>
  <w:style w:type="paragraph" w:customStyle="1" w:styleId="215">
    <w:name w:val="Продолжение списка 21"/>
    <w:basedOn w:val="a1"/>
    <w:next w:val="29"/>
    <w:uiPriority w:val="99"/>
    <w:unhideWhenUsed/>
    <w:rsid w:val="007E5438"/>
    <w:pPr>
      <w:widowControl/>
      <w:autoSpaceDE/>
      <w:autoSpaceDN/>
      <w:spacing w:after="120" w:line="276" w:lineRule="auto"/>
      <w:ind w:left="720"/>
      <w:contextualSpacing/>
    </w:pPr>
    <w:rPr>
      <w:rFonts w:ascii="Calibri" w:eastAsia="MS Mincho" w:hAnsi="Calibri"/>
      <w:lang w:val="en-US"/>
    </w:rPr>
  </w:style>
  <w:style w:type="paragraph" w:customStyle="1" w:styleId="315">
    <w:name w:val="Продолжение списка 31"/>
    <w:basedOn w:val="a1"/>
    <w:next w:val="39"/>
    <w:uiPriority w:val="99"/>
    <w:unhideWhenUsed/>
    <w:rsid w:val="007E5438"/>
    <w:pPr>
      <w:widowControl/>
      <w:autoSpaceDE/>
      <w:autoSpaceDN/>
      <w:spacing w:after="120" w:line="276" w:lineRule="auto"/>
      <w:ind w:left="1080"/>
      <w:contextualSpacing/>
    </w:pPr>
    <w:rPr>
      <w:rFonts w:ascii="Calibri" w:eastAsia="MS Mincho" w:hAnsi="Calibri"/>
      <w:lang w:val="en-US"/>
    </w:rPr>
  </w:style>
  <w:style w:type="paragraph" w:customStyle="1" w:styleId="1f0">
    <w:name w:val="Текст макроса1"/>
    <w:next w:val="afb"/>
    <w:link w:val="afc"/>
    <w:uiPriority w:val="99"/>
    <w:unhideWhenUsed/>
    <w:rsid w:val="007E5438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eastAsia="MS Mincho" w:hAnsi="Courier"/>
      <w:sz w:val="20"/>
      <w:szCs w:val="20"/>
      <w:lang w:val="en-US"/>
    </w:rPr>
  </w:style>
  <w:style w:type="character" w:customStyle="1" w:styleId="afc">
    <w:name w:val="Текст макроса Знак"/>
    <w:basedOn w:val="a2"/>
    <w:link w:val="1f0"/>
    <w:uiPriority w:val="99"/>
    <w:rsid w:val="007E5438"/>
    <w:rPr>
      <w:rFonts w:ascii="Courier" w:eastAsia="MS Mincho" w:hAnsi="Courier"/>
      <w:sz w:val="20"/>
      <w:szCs w:val="20"/>
      <w:lang w:val="en-US"/>
    </w:rPr>
  </w:style>
  <w:style w:type="paragraph" w:customStyle="1" w:styleId="216">
    <w:name w:val="Цитата 21"/>
    <w:basedOn w:val="a1"/>
    <w:next w:val="a1"/>
    <w:uiPriority w:val="29"/>
    <w:qFormat/>
    <w:rsid w:val="007E5438"/>
    <w:pPr>
      <w:widowControl/>
      <w:autoSpaceDE/>
      <w:autoSpaceDN/>
      <w:spacing w:after="200" w:line="276" w:lineRule="auto"/>
    </w:pPr>
    <w:rPr>
      <w:rFonts w:ascii="Calibri" w:eastAsia="MS Mincho" w:hAnsi="Calibri"/>
      <w:i/>
      <w:iCs/>
      <w:color w:val="000000"/>
      <w:lang w:val="en-US"/>
    </w:rPr>
  </w:style>
  <w:style w:type="character" w:customStyle="1" w:styleId="2a">
    <w:name w:val="Цитата 2 Знак"/>
    <w:basedOn w:val="a2"/>
    <w:link w:val="2b"/>
    <w:uiPriority w:val="29"/>
    <w:rsid w:val="007E5438"/>
    <w:rPr>
      <w:i/>
      <w:iCs/>
      <w:color w:val="000000"/>
    </w:rPr>
  </w:style>
  <w:style w:type="character" w:styleId="afd">
    <w:name w:val="Strong"/>
    <w:basedOn w:val="a2"/>
    <w:uiPriority w:val="22"/>
    <w:qFormat/>
    <w:rsid w:val="007E5438"/>
    <w:rPr>
      <w:b/>
      <w:bCs/>
    </w:rPr>
  </w:style>
  <w:style w:type="paragraph" w:customStyle="1" w:styleId="1f1">
    <w:name w:val="Выделенная цитата1"/>
    <w:basedOn w:val="a1"/>
    <w:next w:val="a1"/>
    <w:uiPriority w:val="30"/>
    <w:qFormat/>
    <w:rsid w:val="007E5438"/>
    <w:pPr>
      <w:widowControl/>
      <w:pBdr>
        <w:bottom w:val="single" w:sz="4" w:space="4" w:color="4F81BD"/>
      </w:pBdr>
      <w:autoSpaceDE/>
      <w:autoSpaceDN/>
      <w:spacing w:before="200" w:after="280" w:line="276" w:lineRule="auto"/>
      <w:ind w:left="936" w:right="936"/>
    </w:pPr>
    <w:rPr>
      <w:rFonts w:ascii="Calibri" w:eastAsia="MS Mincho" w:hAnsi="Calibri"/>
      <w:b/>
      <w:bCs/>
      <w:i/>
      <w:iCs/>
      <w:color w:val="4F81BD"/>
      <w:lang w:val="en-US"/>
    </w:rPr>
  </w:style>
  <w:style w:type="character" w:customStyle="1" w:styleId="afe">
    <w:name w:val="Выделенная цитата Знак"/>
    <w:basedOn w:val="a2"/>
    <w:link w:val="aff"/>
    <w:uiPriority w:val="30"/>
    <w:rsid w:val="007E5438"/>
    <w:rPr>
      <w:b/>
      <w:bCs/>
      <w:i/>
      <w:iCs/>
      <w:color w:val="4F81BD"/>
    </w:rPr>
  </w:style>
  <w:style w:type="character" w:customStyle="1" w:styleId="1f2">
    <w:name w:val="Слабое выделение1"/>
    <w:basedOn w:val="a2"/>
    <w:uiPriority w:val="19"/>
    <w:qFormat/>
    <w:rsid w:val="007E5438"/>
    <w:rPr>
      <w:i/>
      <w:iCs/>
      <w:color w:val="808080"/>
    </w:rPr>
  </w:style>
  <w:style w:type="character" w:customStyle="1" w:styleId="1f3">
    <w:name w:val="Сильное выделение1"/>
    <w:basedOn w:val="a2"/>
    <w:uiPriority w:val="21"/>
    <w:qFormat/>
    <w:rsid w:val="007E5438"/>
    <w:rPr>
      <w:b/>
      <w:bCs/>
      <w:i/>
      <w:iCs/>
      <w:color w:val="4F81BD"/>
    </w:rPr>
  </w:style>
  <w:style w:type="character" w:customStyle="1" w:styleId="1f4">
    <w:name w:val="Слабая ссылка1"/>
    <w:basedOn w:val="a2"/>
    <w:uiPriority w:val="31"/>
    <w:qFormat/>
    <w:rsid w:val="007E5438"/>
    <w:rPr>
      <w:smallCaps/>
      <w:color w:val="C0504D"/>
      <w:u w:val="single"/>
    </w:rPr>
  </w:style>
  <w:style w:type="character" w:customStyle="1" w:styleId="1f5">
    <w:name w:val="Сильная ссылка1"/>
    <w:basedOn w:val="a2"/>
    <w:uiPriority w:val="32"/>
    <w:qFormat/>
    <w:rsid w:val="007E5438"/>
    <w:rPr>
      <w:b/>
      <w:bCs/>
      <w:smallCaps/>
      <w:color w:val="C0504D"/>
      <w:spacing w:val="5"/>
      <w:u w:val="single"/>
    </w:rPr>
  </w:style>
  <w:style w:type="character" w:styleId="aff0">
    <w:name w:val="Book Title"/>
    <w:basedOn w:val="a2"/>
    <w:uiPriority w:val="33"/>
    <w:qFormat/>
    <w:rsid w:val="007E5438"/>
    <w:rPr>
      <w:b/>
      <w:bCs/>
      <w:smallCaps/>
      <w:spacing w:val="5"/>
    </w:rPr>
  </w:style>
  <w:style w:type="character" w:customStyle="1" w:styleId="112">
    <w:name w:val="Заголовок 1 Знак1"/>
    <w:basedOn w:val="a2"/>
    <w:uiPriority w:val="9"/>
    <w:rsid w:val="007E5438"/>
    <w:rPr>
      <w:rFonts w:ascii="Calibri Light" w:eastAsia="Times New Roman" w:hAnsi="Calibri Light" w:cs="Times New Roman"/>
      <w:color w:val="2E74B5"/>
      <w:sz w:val="32"/>
      <w:szCs w:val="32"/>
    </w:rPr>
  </w:style>
  <w:style w:type="paragraph" w:customStyle="1" w:styleId="1f6">
    <w:name w:val="Заголовок оглавления1"/>
    <w:basedOn w:val="11"/>
    <w:next w:val="a1"/>
    <w:uiPriority w:val="39"/>
    <w:semiHidden/>
    <w:unhideWhenUsed/>
    <w:qFormat/>
    <w:rsid w:val="007E5438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="Calibri Light" w:hAnsi="Calibri Light"/>
      <w:color w:val="2E74B5"/>
      <w:lang w:val="en-US"/>
    </w:rPr>
  </w:style>
  <w:style w:type="table" w:customStyle="1" w:styleId="2c">
    <w:name w:val="Сетка таблицы2"/>
    <w:basedOn w:val="a3"/>
    <w:next w:val="af4"/>
    <w:uiPriority w:val="59"/>
    <w:rsid w:val="007E5438"/>
    <w:pPr>
      <w:spacing w:after="0" w:line="240" w:lineRule="auto"/>
    </w:pPr>
    <w:rPr>
      <w:rFonts w:eastAsia="MS Mincho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7">
    <w:name w:val="Светлая заливка1"/>
    <w:basedOn w:val="a3"/>
    <w:next w:val="aff1"/>
    <w:uiPriority w:val="60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1">
    <w:name w:val="Светлая заливка - Акцент 11"/>
    <w:basedOn w:val="a3"/>
    <w:next w:val="-1"/>
    <w:uiPriority w:val="60"/>
    <w:rsid w:val="007E5438"/>
    <w:pPr>
      <w:spacing w:after="0" w:line="240" w:lineRule="auto"/>
    </w:pPr>
    <w:rPr>
      <w:rFonts w:eastAsia="MS Mincho"/>
      <w:color w:val="365F91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-21">
    <w:name w:val="Светлая заливка - Акцент 21"/>
    <w:basedOn w:val="a3"/>
    <w:next w:val="-2"/>
    <w:uiPriority w:val="60"/>
    <w:rsid w:val="007E5438"/>
    <w:pPr>
      <w:spacing w:after="0" w:line="240" w:lineRule="auto"/>
    </w:pPr>
    <w:rPr>
      <w:rFonts w:eastAsia="MS Mincho"/>
      <w:color w:val="943634"/>
      <w:lang w:val="en-US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-31">
    <w:name w:val="Светлая заливка - Акцент 31"/>
    <w:basedOn w:val="a3"/>
    <w:next w:val="-3"/>
    <w:uiPriority w:val="60"/>
    <w:rsid w:val="007E5438"/>
    <w:pPr>
      <w:spacing w:after="0" w:line="240" w:lineRule="auto"/>
    </w:pPr>
    <w:rPr>
      <w:rFonts w:eastAsia="MS Mincho"/>
      <w:color w:val="76923C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-41">
    <w:name w:val="Светлая заливка - Акцент 41"/>
    <w:basedOn w:val="a3"/>
    <w:next w:val="-4"/>
    <w:uiPriority w:val="60"/>
    <w:rsid w:val="007E5438"/>
    <w:pPr>
      <w:spacing w:after="0" w:line="240" w:lineRule="auto"/>
    </w:pPr>
    <w:rPr>
      <w:rFonts w:eastAsia="MS Mincho"/>
      <w:color w:val="5F497A"/>
      <w:lang w:val="en-US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-51">
    <w:name w:val="Светлая заливка - Акцент 51"/>
    <w:basedOn w:val="a3"/>
    <w:next w:val="-5"/>
    <w:uiPriority w:val="60"/>
    <w:rsid w:val="007E5438"/>
    <w:pPr>
      <w:spacing w:after="0" w:line="240" w:lineRule="auto"/>
    </w:pPr>
    <w:rPr>
      <w:rFonts w:eastAsia="MS Mincho"/>
      <w:color w:val="31849B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-61">
    <w:name w:val="Светлая заливка - Акцент 61"/>
    <w:basedOn w:val="a3"/>
    <w:next w:val="-6"/>
    <w:uiPriority w:val="60"/>
    <w:rsid w:val="007E5438"/>
    <w:pPr>
      <w:spacing w:after="0" w:line="240" w:lineRule="auto"/>
    </w:pPr>
    <w:rPr>
      <w:rFonts w:eastAsia="MS Mincho"/>
      <w:color w:val="E36C0A"/>
      <w:lang w:val="en-US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1f8">
    <w:name w:val="Светлый список1"/>
    <w:basedOn w:val="a3"/>
    <w:next w:val="aff2"/>
    <w:uiPriority w:val="61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-110">
    <w:name w:val="Светлый список - Акцент 11"/>
    <w:basedOn w:val="a3"/>
    <w:next w:val="-10"/>
    <w:uiPriority w:val="61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-210">
    <w:name w:val="Светлый список - Акцент 21"/>
    <w:basedOn w:val="a3"/>
    <w:next w:val="-20"/>
    <w:uiPriority w:val="61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-310">
    <w:name w:val="Светлый список - Акцент 31"/>
    <w:basedOn w:val="a3"/>
    <w:next w:val="-30"/>
    <w:uiPriority w:val="61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-410">
    <w:name w:val="Светлый список - Акцент 41"/>
    <w:basedOn w:val="a3"/>
    <w:next w:val="-40"/>
    <w:uiPriority w:val="61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-510">
    <w:name w:val="Светлый список - Акцент 51"/>
    <w:basedOn w:val="a3"/>
    <w:next w:val="-50"/>
    <w:uiPriority w:val="61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-610">
    <w:name w:val="Светлый список - Акцент 61"/>
    <w:basedOn w:val="a3"/>
    <w:next w:val="-60"/>
    <w:uiPriority w:val="61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1f9">
    <w:name w:val="Светлая сетка1"/>
    <w:basedOn w:val="a3"/>
    <w:next w:val="aff3"/>
    <w:uiPriority w:val="62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-111">
    <w:name w:val="Светлая сетка - Акцент 11"/>
    <w:basedOn w:val="a3"/>
    <w:next w:val="-12"/>
    <w:uiPriority w:val="62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-211">
    <w:name w:val="Светлая сетка - Акцент 21"/>
    <w:basedOn w:val="a3"/>
    <w:next w:val="-22"/>
    <w:uiPriority w:val="62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customStyle="1" w:styleId="-311">
    <w:name w:val="Светлая сетка - Акцент 31"/>
    <w:basedOn w:val="a3"/>
    <w:next w:val="-32"/>
    <w:uiPriority w:val="62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-411">
    <w:name w:val="Светлая сетка - Акцент 41"/>
    <w:basedOn w:val="a3"/>
    <w:next w:val="-42"/>
    <w:uiPriority w:val="62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customStyle="1" w:styleId="-511">
    <w:name w:val="Светлая сетка - Акцент 51"/>
    <w:basedOn w:val="a3"/>
    <w:next w:val="-52"/>
    <w:uiPriority w:val="62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-611">
    <w:name w:val="Светлая сетка - Акцент 61"/>
    <w:basedOn w:val="a3"/>
    <w:next w:val="-62"/>
    <w:uiPriority w:val="62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113">
    <w:name w:val="Средняя заливка 11"/>
    <w:basedOn w:val="a3"/>
    <w:next w:val="1fa"/>
    <w:uiPriority w:val="63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3"/>
    <w:next w:val="1-1"/>
    <w:uiPriority w:val="63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21">
    <w:name w:val="Средняя заливка 1 - Акцент 21"/>
    <w:basedOn w:val="a3"/>
    <w:next w:val="1-2"/>
    <w:uiPriority w:val="63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31">
    <w:name w:val="Средняя заливка 1 - Акцент 31"/>
    <w:basedOn w:val="a3"/>
    <w:next w:val="1-3"/>
    <w:uiPriority w:val="63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41">
    <w:name w:val="Средняя заливка 1 - Акцент 41"/>
    <w:basedOn w:val="a3"/>
    <w:next w:val="1-4"/>
    <w:uiPriority w:val="63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51">
    <w:name w:val="Средняя заливка 1 - Акцент 51"/>
    <w:basedOn w:val="a3"/>
    <w:next w:val="1-5"/>
    <w:uiPriority w:val="63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61">
    <w:name w:val="Средняя заливка 1 - Акцент 61"/>
    <w:basedOn w:val="a3"/>
    <w:next w:val="1-6"/>
    <w:uiPriority w:val="63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7">
    <w:name w:val="Средняя заливка 21"/>
    <w:basedOn w:val="a3"/>
    <w:next w:val="2d"/>
    <w:uiPriority w:val="64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Средняя заливка 2 - Акцент 11"/>
    <w:basedOn w:val="a3"/>
    <w:next w:val="2-1"/>
    <w:uiPriority w:val="64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21">
    <w:name w:val="Средняя заливка 2 - Акцент 21"/>
    <w:basedOn w:val="a3"/>
    <w:next w:val="2-2"/>
    <w:uiPriority w:val="64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31">
    <w:name w:val="Средняя заливка 2 - Акцент 31"/>
    <w:basedOn w:val="a3"/>
    <w:next w:val="2-3"/>
    <w:uiPriority w:val="64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41">
    <w:name w:val="Средняя заливка 2 - Акцент 41"/>
    <w:basedOn w:val="a3"/>
    <w:next w:val="2-4"/>
    <w:uiPriority w:val="64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51">
    <w:name w:val="Средняя заливка 2 - Акцент 51"/>
    <w:basedOn w:val="a3"/>
    <w:next w:val="2-5"/>
    <w:uiPriority w:val="64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61">
    <w:name w:val="Средняя заливка 2 - Акцент 61"/>
    <w:basedOn w:val="a3"/>
    <w:next w:val="2-6"/>
    <w:uiPriority w:val="64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4">
    <w:name w:val="Средний список 11"/>
    <w:basedOn w:val="a3"/>
    <w:next w:val="1fb"/>
    <w:uiPriority w:val="65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1-110">
    <w:name w:val="Средний список 1 - Акцент 11"/>
    <w:basedOn w:val="a3"/>
    <w:next w:val="1-10"/>
    <w:uiPriority w:val="65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1-210">
    <w:name w:val="Средний список 1 - Акцент 21"/>
    <w:basedOn w:val="a3"/>
    <w:next w:val="1-20"/>
    <w:uiPriority w:val="65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customStyle="1" w:styleId="1-310">
    <w:name w:val="Средний список 1 - Акцент 31"/>
    <w:basedOn w:val="a3"/>
    <w:next w:val="1-30"/>
    <w:uiPriority w:val="65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customStyle="1" w:styleId="1-410">
    <w:name w:val="Средний список 1 - Акцент 41"/>
    <w:basedOn w:val="a3"/>
    <w:next w:val="1-40"/>
    <w:uiPriority w:val="65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customStyle="1" w:styleId="1-510">
    <w:name w:val="Средний список 1 - Акцент 51"/>
    <w:basedOn w:val="a3"/>
    <w:next w:val="1-50"/>
    <w:uiPriority w:val="65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customStyle="1" w:styleId="1-610">
    <w:name w:val="Средний список 1 - Акцент 61"/>
    <w:basedOn w:val="a3"/>
    <w:next w:val="1-60"/>
    <w:uiPriority w:val="65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218">
    <w:name w:val="Средний список 21"/>
    <w:basedOn w:val="a3"/>
    <w:next w:val="2e"/>
    <w:uiPriority w:val="66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110">
    <w:name w:val="Средний список 2 - Акцент 11"/>
    <w:basedOn w:val="a3"/>
    <w:next w:val="2-10"/>
    <w:uiPriority w:val="66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210">
    <w:name w:val="Средний список 2 - Акцент 21"/>
    <w:basedOn w:val="a3"/>
    <w:next w:val="2-20"/>
    <w:uiPriority w:val="66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310">
    <w:name w:val="Средний список 2 - Акцент 31"/>
    <w:basedOn w:val="a3"/>
    <w:next w:val="2-30"/>
    <w:uiPriority w:val="66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410">
    <w:name w:val="Средний список 2 - Акцент 41"/>
    <w:basedOn w:val="a3"/>
    <w:next w:val="2-40"/>
    <w:uiPriority w:val="66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510">
    <w:name w:val="Средний список 2 - Акцент 51"/>
    <w:basedOn w:val="a3"/>
    <w:next w:val="2-50"/>
    <w:uiPriority w:val="66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610">
    <w:name w:val="Средний список 2 - Акцент 61"/>
    <w:basedOn w:val="a3"/>
    <w:next w:val="2-60"/>
    <w:uiPriority w:val="66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5">
    <w:name w:val="Средняя сетка 11"/>
    <w:basedOn w:val="a3"/>
    <w:next w:val="1fc"/>
    <w:uiPriority w:val="67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1-111">
    <w:name w:val="Средняя сетка 1 - Акцент 11"/>
    <w:basedOn w:val="a3"/>
    <w:next w:val="1-12"/>
    <w:uiPriority w:val="67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1-211">
    <w:name w:val="Средняя сетка 1 - Акцент 21"/>
    <w:basedOn w:val="a3"/>
    <w:next w:val="1-22"/>
    <w:uiPriority w:val="67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customStyle="1" w:styleId="1-311">
    <w:name w:val="Средняя сетка 1 - Акцент 31"/>
    <w:basedOn w:val="a3"/>
    <w:next w:val="1-32"/>
    <w:uiPriority w:val="67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customStyle="1" w:styleId="1-411">
    <w:name w:val="Средняя сетка 1 - Акцент 41"/>
    <w:basedOn w:val="a3"/>
    <w:next w:val="1-42"/>
    <w:uiPriority w:val="67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customStyle="1" w:styleId="1-511">
    <w:name w:val="Средняя сетка 1 - Акцент 51"/>
    <w:basedOn w:val="a3"/>
    <w:next w:val="1-52"/>
    <w:uiPriority w:val="67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1-611">
    <w:name w:val="Средняя сетка 1 - Акцент 61"/>
    <w:basedOn w:val="a3"/>
    <w:next w:val="1-62"/>
    <w:uiPriority w:val="67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219">
    <w:name w:val="Средняя сетка 21"/>
    <w:basedOn w:val="a3"/>
    <w:next w:val="2f"/>
    <w:uiPriority w:val="68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2-111">
    <w:name w:val="Средняя сетка 2 - Акцент 11"/>
    <w:basedOn w:val="a3"/>
    <w:next w:val="2-12"/>
    <w:uiPriority w:val="68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customStyle="1" w:styleId="2-211">
    <w:name w:val="Средняя сетка 2 - Акцент 21"/>
    <w:basedOn w:val="a3"/>
    <w:next w:val="2-22"/>
    <w:uiPriority w:val="68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customStyle="1" w:styleId="2-311">
    <w:name w:val="Средняя сетка 2 - Акцент 31"/>
    <w:basedOn w:val="a3"/>
    <w:next w:val="2-32"/>
    <w:uiPriority w:val="68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customStyle="1" w:styleId="2-411">
    <w:name w:val="Средняя сетка 2 - Акцент 41"/>
    <w:basedOn w:val="a3"/>
    <w:next w:val="2-42"/>
    <w:uiPriority w:val="68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customStyle="1" w:styleId="2-511">
    <w:name w:val="Средняя сетка 2 - Акцент 51"/>
    <w:basedOn w:val="a3"/>
    <w:next w:val="2-52"/>
    <w:uiPriority w:val="68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customStyle="1" w:styleId="2-611">
    <w:name w:val="Средняя сетка 2 - Акцент 61"/>
    <w:basedOn w:val="a3"/>
    <w:next w:val="2-62"/>
    <w:uiPriority w:val="68"/>
    <w:rsid w:val="007E5438"/>
    <w:pPr>
      <w:spacing w:after="0" w:line="240" w:lineRule="auto"/>
    </w:pPr>
    <w:rPr>
      <w:rFonts w:ascii="Calibri" w:eastAsia="MS Gothic" w:hAnsi="Calibri" w:cs="Times New Roman"/>
      <w:color w:val="000000"/>
      <w:lang w:val="en-US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customStyle="1" w:styleId="316">
    <w:name w:val="Средняя сетка 31"/>
    <w:basedOn w:val="a3"/>
    <w:next w:val="3a"/>
    <w:uiPriority w:val="69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3-11">
    <w:name w:val="Средняя сетка 3 - Акцент 11"/>
    <w:basedOn w:val="a3"/>
    <w:next w:val="3-1"/>
    <w:uiPriority w:val="69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3-21">
    <w:name w:val="Средняя сетка 3 - Акцент 21"/>
    <w:basedOn w:val="a3"/>
    <w:next w:val="3-2"/>
    <w:uiPriority w:val="69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customStyle="1" w:styleId="3-31">
    <w:name w:val="Средняя сетка 3 - Акцент 31"/>
    <w:basedOn w:val="a3"/>
    <w:next w:val="3-3"/>
    <w:uiPriority w:val="69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3-41">
    <w:name w:val="Средняя сетка 3 - Акцент 41"/>
    <w:basedOn w:val="a3"/>
    <w:next w:val="3-4"/>
    <w:uiPriority w:val="69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customStyle="1" w:styleId="3-51">
    <w:name w:val="Средняя сетка 3 - Акцент 51"/>
    <w:basedOn w:val="a3"/>
    <w:next w:val="3-5"/>
    <w:uiPriority w:val="69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3-61">
    <w:name w:val="Средняя сетка 3 - Акцент 61"/>
    <w:basedOn w:val="a3"/>
    <w:next w:val="3-6"/>
    <w:uiPriority w:val="69"/>
    <w:rsid w:val="007E5438"/>
    <w:pPr>
      <w:spacing w:after="0" w:line="240" w:lineRule="auto"/>
    </w:pPr>
    <w:rPr>
      <w:rFonts w:eastAsia="MS Mincho"/>
      <w:lang w:val="en-US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customStyle="1" w:styleId="1fd">
    <w:name w:val="Темный список1"/>
    <w:basedOn w:val="a3"/>
    <w:next w:val="aff4"/>
    <w:uiPriority w:val="70"/>
    <w:rsid w:val="007E5438"/>
    <w:pPr>
      <w:spacing w:after="0" w:line="240" w:lineRule="auto"/>
    </w:pPr>
    <w:rPr>
      <w:rFonts w:eastAsia="MS Mincho"/>
      <w:color w:val="FFFFFF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-112">
    <w:name w:val="Темный список - Акцент 11"/>
    <w:basedOn w:val="a3"/>
    <w:next w:val="-13"/>
    <w:uiPriority w:val="70"/>
    <w:rsid w:val="007E5438"/>
    <w:pPr>
      <w:spacing w:after="0" w:line="240" w:lineRule="auto"/>
    </w:pPr>
    <w:rPr>
      <w:rFonts w:eastAsia="MS Mincho"/>
      <w:color w:val="FFFFFF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customStyle="1" w:styleId="-212">
    <w:name w:val="Темный список - Акцент 21"/>
    <w:basedOn w:val="a3"/>
    <w:next w:val="-23"/>
    <w:uiPriority w:val="70"/>
    <w:rsid w:val="007E5438"/>
    <w:pPr>
      <w:spacing w:after="0" w:line="240" w:lineRule="auto"/>
    </w:pPr>
    <w:rPr>
      <w:rFonts w:eastAsia="MS Mincho"/>
      <w:color w:val="FFFFFF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customStyle="1" w:styleId="-312">
    <w:name w:val="Темный список - Акцент 31"/>
    <w:basedOn w:val="a3"/>
    <w:next w:val="-33"/>
    <w:uiPriority w:val="70"/>
    <w:rsid w:val="007E5438"/>
    <w:pPr>
      <w:spacing w:after="0" w:line="240" w:lineRule="auto"/>
    </w:pPr>
    <w:rPr>
      <w:rFonts w:eastAsia="MS Mincho"/>
      <w:color w:val="FFFFFF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customStyle="1" w:styleId="-412">
    <w:name w:val="Темный список - Акцент 41"/>
    <w:basedOn w:val="a3"/>
    <w:next w:val="-43"/>
    <w:uiPriority w:val="70"/>
    <w:rsid w:val="007E5438"/>
    <w:pPr>
      <w:spacing w:after="0" w:line="240" w:lineRule="auto"/>
    </w:pPr>
    <w:rPr>
      <w:rFonts w:eastAsia="MS Mincho"/>
      <w:color w:val="FFFFFF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customStyle="1" w:styleId="-512">
    <w:name w:val="Темный список - Акцент 51"/>
    <w:basedOn w:val="a3"/>
    <w:next w:val="-53"/>
    <w:uiPriority w:val="70"/>
    <w:rsid w:val="007E5438"/>
    <w:pPr>
      <w:spacing w:after="0" w:line="240" w:lineRule="auto"/>
    </w:pPr>
    <w:rPr>
      <w:rFonts w:eastAsia="MS Mincho"/>
      <w:color w:val="FFFFFF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customStyle="1" w:styleId="-612">
    <w:name w:val="Темный список - Акцент 61"/>
    <w:basedOn w:val="a3"/>
    <w:next w:val="-63"/>
    <w:uiPriority w:val="70"/>
    <w:rsid w:val="007E5438"/>
    <w:pPr>
      <w:spacing w:after="0" w:line="240" w:lineRule="auto"/>
    </w:pPr>
    <w:rPr>
      <w:rFonts w:eastAsia="MS Mincho"/>
      <w:color w:val="FFFFFF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customStyle="1" w:styleId="1fe">
    <w:name w:val="Цветная заливка1"/>
    <w:basedOn w:val="a3"/>
    <w:next w:val="aff5"/>
    <w:uiPriority w:val="71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113">
    <w:name w:val="Цветная заливка - Акцент 11"/>
    <w:basedOn w:val="a3"/>
    <w:next w:val="-14"/>
    <w:uiPriority w:val="71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213">
    <w:name w:val="Цветная заливка - Акцент 21"/>
    <w:basedOn w:val="a3"/>
    <w:next w:val="-24"/>
    <w:uiPriority w:val="71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313">
    <w:name w:val="Цветная заливка - Акцент 31"/>
    <w:basedOn w:val="a3"/>
    <w:next w:val="-34"/>
    <w:uiPriority w:val="71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customStyle="1" w:styleId="-413">
    <w:name w:val="Цветная заливка - Акцент 41"/>
    <w:basedOn w:val="a3"/>
    <w:next w:val="-44"/>
    <w:uiPriority w:val="71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513">
    <w:name w:val="Цветная заливка - Акцент 51"/>
    <w:basedOn w:val="a3"/>
    <w:next w:val="-54"/>
    <w:uiPriority w:val="71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613">
    <w:name w:val="Цветная заливка - Акцент 61"/>
    <w:basedOn w:val="a3"/>
    <w:next w:val="-64"/>
    <w:uiPriority w:val="71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1ff">
    <w:name w:val="Цветной список1"/>
    <w:basedOn w:val="a3"/>
    <w:next w:val="aff6"/>
    <w:uiPriority w:val="72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-114">
    <w:name w:val="Цветной список - Акцент 11"/>
    <w:basedOn w:val="a3"/>
    <w:next w:val="-15"/>
    <w:uiPriority w:val="72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customStyle="1" w:styleId="-214">
    <w:name w:val="Цветной список - Акцент 21"/>
    <w:basedOn w:val="a3"/>
    <w:next w:val="-25"/>
    <w:uiPriority w:val="72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customStyle="1" w:styleId="-314">
    <w:name w:val="Цветной список - Акцент 31"/>
    <w:basedOn w:val="a3"/>
    <w:next w:val="-35"/>
    <w:uiPriority w:val="72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customStyle="1" w:styleId="-414">
    <w:name w:val="Цветной список - Акцент 41"/>
    <w:basedOn w:val="a3"/>
    <w:next w:val="-45"/>
    <w:uiPriority w:val="72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customStyle="1" w:styleId="-514">
    <w:name w:val="Цветной список - Акцент 51"/>
    <w:basedOn w:val="a3"/>
    <w:next w:val="-55"/>
    <w:uiPriority w:val="72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customStyle="1" w:styleId="-614">
    <w:name w:val="Цветной список - Акцент 61"/>
    <w:basedOn w:val="a3"/>
    <w:next w:val="-65"/>
    <w:uiPriority w:val="72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customStyle="1" w:styleId="1ff0">
    <w:name w:val="Цветная сетка1"/>
    <w:basedOn w:val="a3"/>
    <w:next w:val="aff7"/>
    <w:uiPriority w:val="73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-115">
    <w:name w:val="Цветная сетка - Акцент 11"/>
    <w:basedOn w:val="a3"/>
    <w:next w:val="-16"/>
    <w:uiPriority w:val="73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customStyle="1" w:styleId="-215">
    <w:name w:val="Цветная сетка - Акцент 21"/>
    <w:basedOn w:val="a3"/>
    <w:next w:val="-26"/>
    <w:uiPriority w:val="73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customStyle="1" w:styleId="-315">
    <w:name w:val="Цветная сетка - Акцент 31"/>
    <w:basedOn w:val="a3"/>
    <w:next w:val="-36"/>
    <w:uiPriority w:val="73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customStyle="1" w:styleId="-415">
    <w:name w:val="Цветная сетка - Акцент 41"/>
    <w:basedOn w:val="a3"/>
    <w:next w:val="-46"/>
    <w:uiPriority w:val="73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customStyle="1" w:styleId="-515">
    <w:name w:val="Цветная сетка - Акцент 51"/>
    <w:basedOn w:val="a3"/>
    <w:next w:val="-56"/>
    <w:uiPriority w:val="73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615">
    <w:name w:val="Цветная сетка - Акцент 61"/>
    <w:basedOn w:val="a3"/>
    <w:next w:val="-66"/>
    <w:uiPriority w:val="73"/>
    <w:rsid w:val="007E5438"/>
    <w:pPr>
      <w:spacing w:after="0" w:line="240" w:lineRule="auto"/>
    </w:pPr>
    <w:rPr>
      <w:rFonts w:eastAsia="MS Mincho"/>
      <w:color w:val="000000"/>
      <w:lang w:val="en-US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customStyle="1" w:styleId="aff8">
    <w:name w:val="Заголовок Знак"/>
    <w:uiPriority w:val="10"/>
    <w:rsid w:val="007E5438"/>
    <w:rPr>
      <w:rFonts w:ascii="Calibri" w:eastAsia="MS Gothic" w:hAnsi="Calibri" w:cs="Times New Roman"/>
      <w:color w:val="17365D"/>
      <w:spacing w:val="5"/>
      <w:kern w:val="28"/>
      <w:sz w:val="52"/>
      <w:szCs w:val="52"/>
      <w:lang w:val="x-none" w:eastAsia="x-none"/>
    </w:rPr>
  </w:style>
  <w:style w:type="character" w:customStyle="1" w:styleId="1ff1">
    <w:name w:val="Название Знак1"/>
    <w:basedOn w:val="a2"/>
    <w:uiPriority w:val="10"/>
    <w:rsid w:val="007E5438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paragraph" w:customStyle="1" w:styleId="220">
    <w:name w:val="Цитата 22"/>
    <w:basedOn w:val="a1"/>
    <w:next w:val="a1"/>
    <w:uiPriority w:val="29"/>
    <w:qFormat/>
    <w:rsid w:val="007E5438"/>
    <w:pPr>
      <w:widowControl/>
      <w:autoSpaceDE/>
      <w:autoSpaceDN/>
      <w:spacing w:before="200" w:after="160" w:line="259" w:lineRule="auto"/>
      <w:ind w:left="864" w:right="864"/>
      <w:jc w:val="center"/>
    </w:pPr>
    <w:rPr>
      <w:rFonts w:ascii="Calibri" w:eastAsia="Calibri" w:hAnsi="Calibri"/>
      <w:i/>
      <w:iCs/>
      <w:color w:val="000000"/>
    </w:rPr>
  </w:style>
  <w:style w:type="character" w:customStyle="1" w:styleId="21a">
    <w:name w:val="Цитата 2 Знак1"/>
    <w:basedOn w:val="a2"/>
    <w:uiPriority w:val="29"/>
    <w:rsid w:val="007E5438"/>
    <w:rPr>
      <w:i/>
      <w:iCs/>
      <w:color w:val="000000"/>
    </w:rPr>
  </w:style>
  <w:style w:type="character" w:customStyle="1" w:styleId="510">
    <w:name w:val="Заголовок 5 Знак1"/>
    <w:basedOn w:val="a2"/>
    <w:uiPriority w:val="9"/>
    <w:semiHidden/>
    <w:rsid w:val="007E5438"/>
    <w:rPr>
      <w:rFonts w:ascii="Calibri Light" w:eastAsia="Times New Roman" w:hAnsi="Calibri Light" w:cs="Times New Roman"/>
      <w:color w:val="2E74B5"/>
    </w:rPr>
  </w:style>
  <w:style w:type="character" w:customStyle="1" w:styleId="610">
    <w:name w:val="Заголовок 6 Знак1"/>
    <w:basedOn w:val="a2"/>
    <w:uiPriority w:val="9"/>
    <w:semiHidden/>
    <w:rsid w:val="007E5438"/>
    <w:rPr>
      <w:rFonts w:ascii="Calibri Light" w:eastAsia="Times New Roman" w:hAnsi="Calibri Light" w:cs="Times New Roman"/>
      <w:color w:val="1F4D78"/>
    </w:rPr>
  </w:style>
  <w:style w:type="character" w:customStyle="1" w:styleId="710">
    <w:name w:val="Заголовок 7 Знак1"/>
    <w:basedOn w:val="a2"/>
    <w:uiPriority w:val="9"/>
    <w:semiHidden/>
    <w:rsid w:val="007E5438"/>
    <w:rPr>
      <w:rFonts w:ascii="Calibri Light" w:eastAsia="Times New Roman" w:hAnsi="Calibri Light" w:cs="Times New Roman"/>
      <w:i/>
      <w:iCs/>
      <w:color w:val="1F4D78"/>
    </w:rPr>
  </w:style>
  <w:style w:type="character" w:customStyle="1" w:styleId="810">
    <w:name w:val="Заголовок 8 Знак1"/>
    <w:basedOn w:val="a2"/>
    <w:uiPriority w:val="9"/>
    <w:semiHidden/>
    <w:rsid w:val="007E5438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910">
    <w:name w:val="Заголовок 9 Знак1"/>
    <w:basedOn w:val="a2"/>
    <w:uiPriority w:val="9"/>
    <w:semiHidden/>
    <w:rsid w:val="007E5438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customStyle="1" w:styleId="2f0">
    <w:name w:val="Выделенная цитата2"/>
    <w:basedOn w:val="a1"/>
    <w:next w:val="a1"/>
    <w:uiPriority w:val="30"/>
    <w:qFormat/>
    <w:rsid w:val="007E5438"/>
    <w:pPr>
      <w:widowControl/>
      <w:pBdr>
        <w:top w:val="single" w:sz="4" w:space="10" w:color="5B9BD5"/>
        <w:bottom w:val="single" w:sz="4" w:space="10" w:color="5B9BD5"/>
      </w:pBdr>
      <w:autoSpaceDE/>
      <w:autoSpaceDN/>
      <w:spacing w:before="360" w:after="360" w:line="259" w:lineRule="auto"/>
      <w:ind w:left="864" w:right="864"/>
      <w:jc w:val="center"/>
    </w:pPr>
    <w:rPr>
      <w:rFonts w:ascii="Calibri" w:eastAsia="Calibri" w:hAnsi="Calibri"/>
      <w:b/>
      <w:bCs/>
      <w:i/>
      <w:iCs/>
      <w:color w:val="4F81BD"/>
    </w:rPr>
  </w:style>
  <w:style w:type="character" w:customStyle="1" w:styleId="1ff2">
    <w:name w:val="Выделенная цитата Знак1"/>
    <w:basedOn w:val="a2"/>
    <w:uiPriority w:val="30"/>
    <w:rsid w:val="007E5438"/>
    <w:rPr>
      <w:b/>
      <w:bCs/>
      <w:i/>
      <w:iCs/>
      <w:color w:val="5B9BD5"/>
    </w:rPr>
  </w:style>
  <w:style w:type="character" w:customStyle="1" w:styleId="2f1">
    <w:name w:val="Слабое выделение2"/>
    <w:basedOn w:val="a2"/>
    <w:uiPriority w:val="19"/>
    <w:qFormat/>
    <w:rsid w:val="007E5438"/>
    <w:rPr>
      <w:i/>
      <w:iCs/>
      <w:color w:val="404040"/>
    </w:rPr>
  </w:style>
  <w:style w:type="character" w:customStyle="1" w:styleId="2f2">
    <w:name w:val="Сильное выделение2"/>
    <w:basedOn w:val="a2"/>
    <w:uiPriority w:val="21"/>
    <w:qFormat/>
    <w:rsid w:val="007E5438"/>
    <w:rPr>
      <w:i/>
      <w:iCs/>
      <w:color w:val="5B9BD5"/>
    </w:rPr>
  </w:style>
  <w:style w:type="character" w:customStyle="1" w:styleId="2f3">
    <w:name w:val="Слабая ссылка2"/>
    <w:basedOn w:val="a2"/>
    <w:uiPriority w:val="31"/>
    <w:qFormat/>
    <w:rsid w:val="007E5438"/>
    <w:rPr>
      <w:smallCaps/>
      <w:color w:val="5A5A5A"/>
    </w:rPr>
  </w:style>
  <w:style w:type="character" w:customStyle="1" w:styleId="2f4">
    <w:name w:val="Сильная ссылка2"/>
    <w:basedOn w:val="a2"/>
    <w:uiPriority w:val="32"/>
    <w:qFormat/>
    <w:rsid w:val="007E5438"/>
    <w:rPr>
      <w:b/>
      <w:bCs/>
      <w:smallCaps/>
      <w:color w:val="5B9BD5"/>
      <w:spacing w:val="5"/>
    </w:rPr>
  </w:style>
  <w:style w:type="table" w:customStyle="1" w:styleId="2f5">
    <w:name w:val="Светлая заливка2"/>
    <w:basedOn w:val="a3"/>
    <w:next w:val="aff1"/>
    <w:uiPriority w:val="60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20">
    <w:name w:val="Светлая заливка - Акцент 12"/>
    <w:basedOn w:val="a3"/>
    <w:next w:val="-1"/>
    <w:uiPriority w:val="60"/>
    <w:unhideWhenUsed/>
    <w:rsid w:val="007E5438"/>
    <w:pPr>
      <w:spacing w:after="0" w:line="240" w:lineRule="auto"/>
    </w:pPr>
    <w:rPr>
      <w:color w:val="2E74B5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-220">
    <w:name w:val="Светлая заливка - Акцент 22"/>
    <w:basedOn w:val="a3"/>
    <w:next w:val="-2"/>
    <w:uiPriority w:val="60"/>
    <w:unhideWhenUsed/>
    <w:rsid w:val="007E5438"/>
    <w:pPr>
      <w:spacing w:after="0" w:line="240" w:lineRule="auto"/>
    </w:pPr>
    <w:rPr>
      <w:color w:val="C45911"/>
    </w:rPr>
    <w:tblPr>
      <w:tblStyleRowBandSize w:val="1"/>
      <w:tblStyleColBandSize w:val="1"/>
      <w:tblInd w:w="0" w:type="dxa"/>
      <w:tblBorders>
        <w:top w:val="single" w:sz="8" w:space="0" w:color="ED7D31"/>
        <w:bottom w:val="single" w:sz="8" w:space="0" w:color="ED7D3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/>
          <w:left w:val="nil"/>
          <w:bottom w:val="single" w:sz="8" w:space="0" w:color="ED7D3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</w:style>
  <w:style w:type="table" w:customStyle="1" w:styleId="-320">
    <w:name w:val="Светлая заливка - Акцент 32"/>
    <w:basedOn w:val="a3"/>
    <w:next w:val="-3"/>
    <w:uiPriority w:val="60"/>
    <w:unhideWhenUsed/>
    <w:rsid w:val="007E5438"/>
    <w:pPr>
      <w:spacing w:after="0" w:line="240" w:lineRule="auto"/>
    </w:pPr>
    <w:rPr>
      <w:color w:val="7B7B7B"/>
    </w:rPr>
    <w:tblPr>
      <w:tblStyleRowBandSize w:val="1"/>
      <w:tblStyleColBandSize w:val="1"/>
      <w:tblInd w:w="0" w:type="dxa"/>
      <w:tblBorders>
        <w:top w:val="single" w:sz="8" w:space="0" w:color="A5A5A5"/>
        <w:bottom w:val="single" w:sz="8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</w:style>
  <w:style w:type="table" w:customStyle="1" w:styleId="-420">
    <w:name w:val="Светлая заливка - Акцент 42"/>
    <w:basedOn w:val="a3"/>
    <w:next w:val="-4"/>
    <w:uiPriority w:val="60"/>
    <w:unhideWhenUsed/>
    <w:rsid w:val="007E5438"/>
    <w:pPr>
      <w:spacing w:after="0" w:line="240" w:lineRule="auto"/>
    </w:pPr>
    <w:rPr>
      <w:color w:val="BF8F00"/>
    </w:rPr>
    <w:tblPr>
      <w:tblStyleRowBandSize w:val="1"/>
      <w:tblStyleColBandSize w:val="1"/>
      <w:tblInd w:w="0" w:type="dxa"/>
      <w:tblBorders>
        <w:top w:val="single" w:sz="8" w:space="0" w:color="FFC000"/>
        <w:bottom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</w:style>
  <w:style w:type="table" w:customStyle="1" w:styleId="-520">
    <w:name w:val="Светлая заливка - Акцент 52"/>
    <w:basedOn w:val="a3"/>
    <w:next w:val="-5"/>
    <w:uiPriority w:val="60"/>
    <w:unhideWhenUsed/>
    <w:rsid w:val="007E5438"/>
    <w:pPr>
      <w:spacing w:after="0" w:line="240" w:lineRule="auto"/>
    </w:pPr>
    <w:rPr>
      <w:color w:val="2F5496"/>
    </w:rPr>
    <w:tblPr>
      <w:tblStyleRowBandSize w:val="1"/>
      <w:tblStyleColBandSize w:val="1"/>
      <w:tblInd w:w="0" w:type="dxa"/>
      <w:tblBorders>
        <w:top w:val="single" w:sz="8" w:space="0" w:color="4472C4"/>
        <w:bottom w:val="single" w:sz="8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</w:style>
  <w:style w:type="table" w:customStyle="1" w:styleId="-620">
    <w:name w:val="Светлая заливка - Акцент 62"/>
    <w:basedOn w:val="a3"/>
    <w:next w:val="-6"/>
    <w:uiPriority w:val="60"/>
    <w:unhideWhenUsed/>
    <w:rsid w:val="007E5438"/>
    <w:pPr>
      <w:spacing w:after="0" w:line="240" w:lineRule="auto"/>
    </w:pPr>
    <w:rPr>
      <w:color w:val="538135"/>
    </w:rPr>
    <w:tblPr>
      <w:tblStyleRowBandSize w:val="1"/>
      <w:tblStyleColBandSize w:val="1"/>
      <w:tblInd w:w="0" w:type="dxa"/>
      <w:tblBorders>
        <w:top w:val="single" w:sz="8" w:space="0" w:color="70AD47"/>
        <w:bottom w:val="single" w:sz="8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/>
          <w:left w:val="nil"/>
          <w:bottom w:val="single" w:sz="8" w:space="0" w:color="70AD47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/>
          <w:left w:val="nil"/>
          <w:bottom w:val="single" w:sz="8" w:space="0" w:color="70AD47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</w:style>
  <w:style w:type="table" w:customStyle="1" w:styleId="2f6">
    <w:name w:val="Светлый список2"/>
    <w:basedOn w:val="a3"/>
    <w:next w:val="aff2"/>
    <w:uiPriority w:val="61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-121">
    <w:name w:val="Светлый список - Акцент 12"/>
    <w:basedOn w:val="a3"/>
    <w:next w:val="-10"/>
    <w:uiPriority w:val="61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-221">
    <w:name w:val="Светлый список - Акцент 22"/>
    <w:basedOn w:val="a3"/>
    <w:next w:val="-20"/>
    <w:uiPriority w:val="61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ED7D3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band1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</w:style>
  <w:style w:type="table" w:customStyle="1" w:styleId="-321">
    <w:name w:val="Светлый список - Акцент 32"/>
    <w:basedOn w:val="a3"/>
    <w:next w:val="-30"/>
    <w:uiPriority w:val="61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customStyle="1" w:styleId="-421">
    <w:name w:val="Светлый список - Акцент 42"/>
    <w:basedOn w:val="a3"/>
    <w:next w:val="-40"/>
    <w:uiPriority w:val="61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FC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</w:style>
  <w:style w:type="table" w:customStyle="1" w:styleId="-521">
    <w:name w:val="Светлый список - Акцент 52"/>
    <w:basedOn w:val="a3"/>
    <w:next w:val="-50"/>
    <w:uiPriority w:val="61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472C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</w:style>
  <w:style w:type="table" w:customStyle="1" w:styleId="-621">
    <w:name w:val="Светлый список - Акцент 62"/>
    <w:basedOn w:val="a3"/>
    <w:next w:val="-60"/>
    <w:uiPriority w:val="61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70AD47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</w:style>
  <w:style w:type="table" w:customStyle="1" w:styleId="2f7">
    <w:name w:val="Светлая сетка2"/>
    <w:basedOn w:val="a3"/>
    <w:next w:val="aff3"/>
    <w:uiPriority w:val="62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-122">
    <w:name w:val="Светлая сетка - Акцент 12"/>
    <w:basedOn w:val="a3"/>
    <w:next w:val="-12"/>
    <w:uiPriority w:val="62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customStyle="1" w:styleId="-222">
    <w:name w:val="Светлая сетка - Акцент 22"/>
    <w:basedOn w:val="a3"/>
    <w:next w:val="-22"/>
    <w:uiPriority w:val="62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  <w:insideH w:val="single" w:sz="8" w:space="0" w:color="ED7D31"/>
        <w:insideV w:val="single" w:sz="8" w:space="0" w:color="ED7D3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ED7D31"/>
          <w:left w:val="single" w:sz="8" w:space="0" w:color="ED7D31"/>
          <w:bottom w:val="single" w:sz="18" w:space="0" w:color="ED7D31"/>
          <w:right w:val="single" w:sz="8" w:space="0" w:color="ED7D31"/>
          <w:insideH w:val="nil"/>
          <w:insideV w:val="single" w:sz="8" w:space="0" w:color="ED7D31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ED7D31"/>
          <w:left w:val="single" w:sz="8" w:space="0" w:color="ED7D31"/>
          <w:bottom w:val="single" w:sz="8" w:space="0" w:color="ED7D31"/>
          <w:right w:val="single" w:sz="8" w:space="0" w:color="ED7D31"/>
          <w:insideH w:val="nil"/>
          <w:insideV w:val="single" w:sz="8" w:space="0" w:color="ED7D31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</w:tcPr>
    </w:tblStylePr>
    <w:tblStylePr w:type="band1Vert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tcBorders>
        <w:shd w:val="clear" w:color="auto" w:fill="FADECB"/>
      </w:tcPr>
    </w:tblStylePr>
    <w:tblStylePr w:type="band1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  <w:insideV w:val="single" w:sz="8" w:space="0" w:color="ED7D31"/>
        </w:tcBorders>
        <w:shd w:val="clear" w:color="auto" w:fill="FADECB"/>
      </w:tcPr>
    </w:tblStylePr>
    <w:tblStylePr w:type="band2Horz">
      <w:tblPr/>
      <w:tcPr>
        <w:tcBorders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  <w:insideV w:val="single" w:sz="8" w:space="0" w:color="ED7D31"/>
        </w:tcBorders>
      </w:tcPr>
    </w:tblStylePr>
  </w:style>
  <w:style w:type="table" w:customStyle="1" w:styleId="-322">
    <w:name w:val="Светлая сетка - Акцент 32"/>
    <w:basedOn w:val="a3"/>
    <w:next w:val="-32"/>
    <w:uiPriority w:val="62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1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  <w:shd w:val="clear" w:color="auto" w:fill="E8E8E8"/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  <w:shd w:val="clear" w:color="auto" w:fill="E8E8E8"/>
      </w:tcPr>
    </w:tblStylePr>
    <w:tblStylePr w:type="band2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</w:tcPr>
    </w:tblStylePr>
  </w:style>
  <w:style w:type="table" w:customStyle="1" w:styleId="-422">
    <w:name w:val="Светлая сетка - Акцент 42"/>
    <w:basedOn w:val="a3"/>
    <w:next w:val="-42"/>
    <w:uiPriority w:val="62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  <w:insideH w:val="single" w:sz="8" w:space="0" w:color="FFC000"/>
        <w:insideV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FFC000"/>
          <w:left w:val="single" w:sz="8" w:space="0" w:color="FFC000"/>
          <w:bottom w:val="single" w:sz="18" w:space="0" w:color="FFC000"/>
          <w:right w:val="single" w:sz="8" w:space="0" w:color="FFC000"/>
          <w:insideH w:val="nil"/>
          <w:insideV w:val="single" w:sz="8" w:space="0" w:color="FFC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  <w:insideH w:val="nil"/>
          <w:insideV w:val="single" w:sz="8" w:space="0" w:color="FFC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  <w:shd w:val="clear" w:color="auto" w:fill="FFEFC0"/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  <w:insideV w:val="single" w:sz="8" w:space="0" w:color="FFC000"/>
        </w:tcBorders>
        <w:shd w:val="clear" w:color="auto" w:fill="FFEFC0"/>
      </w:tcPr>
    </w:tblStylePr>
    <w:tblStylePr w:type="band2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  <w:insideV w:val="single" w:sz="8" w:space="0" w:color="FFC000"/>
        </w:tcBorders>
      </w:tcPr>
    </w:tblStylePr>
  </w:style>
  <w:style w:type="table" w:customStyle="1" w:styleId="-522">
    <w:name w:val="Светлая сетка - Акцент 52"/>
    <w:basedOn w:val="a3"/>
    <w:next w:val="-52"/>
    <w:uiPriority w:val="62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customStyle="1" w:styleId="-622">
    <w:name w:val="Светлая сетка - Акцент 62"/>
    <w:basedOn w:val="a3"/>
    <w:next w:val="-62"/>
    <w:uiPriority w:val="62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table" w:customStyle="1" w:styleId="120">
    <w:name w:val="Средняя заливка 12"/>
    <w:basedOn w:val="a3"/>
    <w:next w:val="1fa"/>
    <w:uiPriority w:val="63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20">
    <w:name w:val="Средняя заливка 1 - Акцент 12"/>
    <w:basedOn w:val="a3"/>
    <w:next w:val="1-1"/>
    <w:uiPriority w:val="63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/>
          <w:left w:val="single" w:sz="8" w:space="0" w:color="84B3DF"/>
          <w:bottom w:val="single" w:sz="8" w:space="0" w:color="84B3DF"/>
          <w:right w:val="single" w:sz="8" w:space="0" w:color="84B3D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220">
    <w:name w:val="Средняя заливка 1 - Акцент 22"/>
    <w:basedOn w:val="a3"/>
    <w:next w:val="1-2"/>
    <w:uiPriority w:val="63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/>
        <w:left w:val="single" w:sz="8" w:space="0" w:color="F19D64"/>
        <w:bottom w:val="single" w:sz="8" w:space="0" w:color="F19D64"/>
        <w:right w:val="single" w:sz="8" w:space="0" w:color="F19D64"/>
        <w:insideH w:val="single" w:sz="8" w:space="0" w:color="F19D6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19D64"/>
          <w:left w:val="single" w:sz="8" w:space="0" w:color="F19D64"/>
          <w:bottom w:val="single" w:sz="8" w:space="0" w:color="F19D64"/>
          <w:right w:val="single" w:sz="8" w:space="0" w:color="F19D64"/>
          <w:insideH w:val="nil"/>
          <w:insideV w:val="nil"/>
        </w:tcBorders>
        <w:shd w:val="clear" w:color="auto" w:fill="ED7D3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/>
          <w:left w:val="single" w:sz="8" w:space="0" w:color="F19D64"/>
          <w:bottom w:val="single" w:sz="8" w:space="0" w:color="F19D64"/>
          <w:right w:val="single" w:sz="8" w:space="0" w:color="F19D6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320">
    <w:name w:val="Средняя заливка 1 - Акцент 32"/>
    <w:basedOn w:val="a3"/>
    <w:next w:val="1-3"/>
    <w:uiPriority w:val="63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BBBBB"/>
        <w:left w:val="single" w:sz="8" w:space="0" w:color="BBBBBB"/>
        <w:bottom w:val="single" w:sz="8" w:space="0" w:color="BBBBBB"/>
        <w:right w:val="single" w:sz="8" w:space="0" w:color="BBBBBB"/>
        <w:insideH w:val="single" w:sz="8" w:space="0" w:color="BBBB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420">
    <w:name w:val="Средняя заливка 1 - Акцент 42"/>
    <w:basedOn w:val="a3"/>
    <w:next w:val="1-4"/>
    <w:uiPriority w:val="63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FCF40"/>
          <w:left w:val="single" w:sz="8" w:space="0" w:color="FFCF40"/>
          <w:bottom w:val="single" w:sz="8" w:space="0" w:color="FFCF40"/>
          <w:right w:val="single" w:sz="8" w:space="0" w:color="FFCF40"/>
          <w:insideH w:val="nil"/>
          <w:insideV w:val="nil"/>
        </w:tcBorders>
        <w:shd w:val="clear" w:color="auto" w:fill="FFC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/>
          <w:left w:val="single" w:sz="8" w:space="0" w:color="FFCF40"/>
          <w:bottom w:val="single" w:sz="8" w:space="0" w:color="FFCF40"/>
          <w:right w:val="single" w:sz="8" w:space="0" w:color="FFCF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520">
    <w:name w:val="Средняя заливка 1 - Акцент 52"/>
    <w:basedOn w:val="a3"/>
    <w:next w:val="1-5"/>
    <w:uiPriority w:val="63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295D2"/>
        <w:left w:val="single" w:sz="8" w:space="0" w:color="7295D2"/>
        <w:bottom w:val="single" w:sz="8" w:space="0" w:color="7295D2"/>
        <w:right w:val="single" w:sz="8" w:space="0" w:color="7295D2"/>
        <w:insideH w:val="single" w:sz="8" w:space="0" w:color="7295D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295D2"/>
          <w:left w:val="single" w:sz="8" w:space="0" w:color="7295D2"/>
          <w:bottom w:val="single" w:sz="8" w:space="0" w:color="7295D2"/>
          <w:right w:val="single" w:sz="8" w:space="0" w:color="7295D2"/>
          <w:insideH w:val="nil"/>
          <w:insideV w:val="nil"/>
        </w:tcBorders>
        <w:shd w:val="clear" w:color="auto" w:fill="4472C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/>
          <w:left w:val="single" w:sz="8" w:space="0" w:color="7295D2"/>
          <w:bottom w:val="single" w:sz="8" w:space="0" w:color="7295D2"/>
          <w:right w:val="single" w:sz="8" w:space="0" w:color="7295D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620">
    <w:name w:val="Средняя заливка 1 - Акцент 62"/>
    <w:basedOn w:val="a3"/>
    <w:next w:val="1-6"/>
    <w:uiPriority w:val="63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3C571"/>
        <w:left w:val="single" w:sz="8" w:space="0" w:color="93C571"/>
        <w:bottom w:val="single" w:sz="8" w:space="0" w:color="93C571"/>
        <w:right w:val="single" w:sz="8" w:space="0" w:color="93C571"/>
        <w:insideH w:val="single" w:sz="8" w:space="0" w:color="93C5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3C571"/>
          <w:left w:val="single" w:sz="8" w:space="0" w:color="93C571"/>
          <w:bottom w:val="single" w:sz="8" w:space="0" w:color="93C571"/>
          <w:right w:val="single" w:sz="8" w:space="0" w:color="93C571"/>
          <w:insideH w:val="nil"/>
          <w:insideV w:val="nil"/>
        </w:tcBorders>
        <w:shd w:val="clear" w:color="auto" w:fill="70AD47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/>
          <w:left w:val="single" w:sz="8" w:space="0" w:color="93C571"/>
          <w:bottom w:val="single" w:sz="8" w:space="0" w:color="93C571"/>
          <w:right w:val="single" w:sz="8" w:space="0" w:color="93C57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21">
    <w:name w:val="Средняя заливка 22"/>
    <w:basedOn w:val="a3"/>
    <w:next w:val="2d"/>
    <w:uiPriority w:val="64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20">
    <w:name w:val="Средняя заливка 2 - Акцент 12"/>
    <w:basedOn w:val="a3"/>
    <w:next w:val="2-1"/>
    <w:uiPriority w:val="64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220">
    <w:name w:val="Средняя заливка 2 - Акцент 22"/>
    <w:basedOn w:val="a3"/>
    <w:next w:val="2-2"/>
    <w:uiPriority w:val="64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320">
    <w:name w:val="Средняя заливка 2 - Акцент 32"/>
    <w:basedOn w:val="a3"/>
    <w:next w:val="2-3"/>
    <w:uiPriority w:val="64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420">
    <w:name w:val="Средняя заливка 2 - Акцент 42"/>
    <w:basedOn w:val="a3"/>
    <w:next w:val="2-4"/>
    <w:uiPriority w:val="64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520">
    <w:name w:val="Средняя заливка 2 - Акцент 52"/>
    <w:basedOn w:val="a3"/>
    <w:next w:val="2-5"/>
    <w:uiPriority w:val="64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620">
    <w:name w:val="Средняя заливка 2 - Акцент 62"/>
    <w:basedOn w:val="a3"/>
    <w:next w:val="2-6"/>
    <w:uiPriority w:val="64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21">
    <w:name w:val="Средний список 12"/>
    <w:basedOn w:val="a3"/>
    <w:next w:val="1fb"/>
    <w:uiPriority w:val="65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1-121">
    <w:name w:val="Средний список 1 - Акцент 12"/>
    <w:basedOn w:val="a3"/>
    <w:next w:val="1-10"/>
    <w:uiPriority w:val="65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5B9BD5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5B9BD5"/>
          <w:bottom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/>
          <w:bottom w:val="single" w:sz="8" w:space="0" w:color="5B9BD5"/>
        </w:tcBorders>
      </w:tcPr>
    </w:tblStylePr>
    <w:tblStylePr w:type="band1Vert">
      <w:tblPr/>
      <w:tcPr>
        <w:shd w:val="clear" w:color="auto" w:fill="D6E6F4"/>
      </w:tcPr>
    </w:tblStylePr>
    <w:tblStylePr w:type="band1Horz">
      <w:tblPr/>
      <w:tcPr>
        <w:shd w:val="clear" w:color="auto" w:fill="D6E6F4"/>
      </w:tcPr>
    </w:tblStylePr>
  </w:style>
  <w:style w:type="table" w:customStyle="1" w:styleId="1-221">
    <w:name w:val="Средний список 1 - Акцент 22"/>
    <w:basedOn w:val="a3"/>
    <w:next w:val="1-20"/>
    <w:uiPriority w:val="65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ED7D31"/>
        <w:bottom w:val="single" w:sz="8" w:space="0" w:color="ED7D3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ED7D31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ED7D31"/>
          <w:bottom w:val="single" w:sz="8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/>
          <w:bottom w:val="single" w:sz="8" w:space="0" w:color="ED7D31"/>
        </w:tcBorders>
      </w:tcPr>
    </w:tblStylePr>
    <w:tblStylePr w:type="band1Vert">
      <w:tblPr/>
      <w:tcPr>
        <w:shd w:val="clear" w:color="auto" w:fill="FADECB"/>
      </w:tcPr>
    </w:tblStylePr>
    <w:tblStylePr w:type="band1Horz">
      <w:tblPr/>
      <w:tcPr>
        <w:shd w:val="clear" w:color="auto" w:fill="FADECB"/>
      </w:tcPr>
    </w:tblStylePr>
  </w:style>
  <w:style w:type="table" w:customStyle="1" w:styleId="1-321">
    <w:name w:val="Средний список 1 - Акцент 32"/>
    <w:basedOn w:val="a3"/>
    <w:next w:val="1-30"/>
    <w:uiPriority w:val="65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A5A5A5"/>
        <w:bottom w:val="single" w:sz="8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A5A5A5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A5A5A5"/>
          <w:bottom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/>
          <w:bottom w:val="single" w:sz="8" w:space="0" w:color="A5A5A5"/>
        </w:tcBorders>
      </w:tcPr>
    </w:tblStylePr>
    <w:tblStylePr w:type="band1Vert">
      <w:tblPr/>
      <w:tcPr>
        <w:shd w:val="clear" w:color="auto" w:fill="E8E8E8"/>
      </w:tcPr>
    </w:tblStylePr>
    <w:tblStylePr w:type="band1Horz">
      <w:tblPr/>
      <w:tcPr>
        <w:shd w:val="clear" w:color="auto" w:fill="E8E8E8"/>
      </w:tcPr>
    </w:tblStylePr>
  </w:style>
  <w:style w:type="table" w:customStyle="1" w:styleId="1-421">
    <w:name w:val="Средний список 1 - Акцент 42"/>
    <w:basedOn w:val="a3"/>
    <w:next w:val="1-40"/>
    <w:uiPriority w:val="65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FFC000"/>
        <w:bottom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FFC000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FFC000"/>
          <w:bottom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/>
          <w:bottom w:val="single" w:sz="8" w:space="0" w:color="FFC000"/>
        </w:tcBorders>
      </w:tcPr>
    </w:tblStylePr>
    <w:tblStylePr w:type="band1Vert">
      <w:tblPr/>
      <w:tcPr>
        <w:shd w:val="clear" w:color="auto" w:fill="FFEFC0"/>
      </w:tcPr>
    </w:tblStylePr>
    <w:tblStylePr w:type="band1Horz">
      <w:tblPr/>
      <w:tcPr>
        <w:shd w:val="clear" w:color="auto" w:fill="FFEFC0"/>
      </w:tcPr>
    </w:tblStylePr>
  </w:style>
  <w:style w:type="table" w:customStyle="1" w:styleId="1-521">
    <w:name w:val="Средний список 1 - Акцент 52"/>
    <w:basedOn w:val="a3"/>
    <w:next w:val="1-50"/>
    <w:uiPriority w:val="65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472C4"/>
        <w:bottom w:val="single" w:sz="8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472C4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4472C4"/>
          <w:bottom w:val="single" w:sz="8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/>
          <w:bottom w:val="single" w:sz="8" w:space="0" w:color="4472C4"/>
        </w:tcBorders>
      </w:tcPr>
    </w:tblStylePr>
    <w:tblStylePr w:type="band1Vert">
      <w:tblPr/>
      <w:tcPr>
        <w:shd w:val="clear" w:color="auto" w:fill="D0DBF0"/>
      </w:tcPr>
    </w:tblStylePr>
    <w:tblStylePr w:type="band1Horz">
      <w:tblPr/>
      <w:tcPr>
        <w:shd w:val="clear" w:color="auto" w:fill="D0DBF0"/>
      </w:tcPr>
    </w:tblStylePr>
  </w:style>
  <w:style w:type="table" w:customStyle="1" w:styleId="1-621">
    <w:name w:val="Средний список 1 - Акцент 62"/>
    <w:basedOn w:val="a3"/>
    <w:next w:val="1-60"/>
    <w:uiPriority w:val="65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70AD47"/>
        <w:bottom w:val="single" w:sz="8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70AD47"/>
        </w:tcBorders>
      </w:tcPr>
    </w:tblStylePr>
    <w:tblStylePr w:type="lastRow">
      <w:rPr>
        <w:b/>
        <w:bCs/>
        <w:color w:val="44546A"/>
      </w:rPr>
      <w:tblPr/>
      <w:tcPr>
        <w:tcBorders>
          <w:top w:val="single" w:sz="8" w:space="0" w:color="70AD47"/>
          <w:bottom w:val="single" w:sz="8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/>
          <w:bottom w:val="single" w:sz="8" w:space="0" w:color="70AD47"/>
        </w:tcBorders>
      </w:tcPr>
    </w:tblStylePr>
    <w:tblStylePr w:type="band1Vert">
      <w:tblPr/>
      <w:tcPr>
        <w:shd w:val="clear" w:color="auto" w:fill="DBEBD0"/>
      </w:tcPr>
    </w:tblStylePr>
    <w:tblStylePr w:type="band1Horz">
      <w:tblPr/>
      <w:tcPr>
        <w:shd w:val="clear" w:color="auto" w:fill="DBEBD0"/>
      </w:tcPr>
    </w:tblStylePr>
  </w:style>
  <w:style w:type="table" w:customStyle="1" w:styleId="222">
    <w:name w:val="Средний список 22"/>
    <w:basedOn w:val="a3"/>
    <w:next w:val="2e"/>
    <w:uiPriority w:val="66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121">
    <w:name w:val="Средний список 2 - Акцент 12"/>
    <w:basedOn w:val="a3"/>
    <w:next w:val="2-10"/>
    <w:uiPriority w:val="66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5B9BD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5B9BD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221">
    <w:name w:val="Средний список 2 - Акцент 22"/>
    <w:basedOn w:val="a3"/>
    <w:next w:val="2-20"/>
    <w:uiPriority w:val="66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ED7D3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ED7D31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321">
    <w:name w:val="Средний список 2 - Акцент 32"/>
    <w:basedOn w:val="a3"/>
    <w:next w:val="2-30"/>
    <w:uiPriority w:val="66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5A5A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A5A5A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421">
    <w:name w:val="Средний список 2 - Акцент 42"/>
    <w:basedOn w:val="a3"/>
    <w:next w:val="2-40"/>
    <w:uiPriority w:val="66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FC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FC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521">
    <w:name w:val="Средний список 2 - Акцент 52"/>
    <w:basedOn w:val="a3"/>
    <w:next w:val="2-50"/>
    <w:uiPriority w:val="66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472C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472C4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2-621">
    <w:name w:val="Средний список 2 - Акцент 62"/>
    <w:basedOn w:val="a3"/>
    <w:next w:val="2-60"/>
    <w:uiPriority w:val="66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70AD47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70AD47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22">
    <w:name w:val="Средняя сетка 12"/>
    <w:basedOn w:val="a3"/>
    <w:next w:val="1fc"/>
    <w:uiPriority w:val="67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1-122">
    <w:name w:val="Средняя сетка 1 - Акцент 12"/>
    <w:basedOn w:val="a3"/>
    <w:next w:val="1-12"/>
    <w:uiPriority w:val="67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4B3DF"/>
        <w:left w:val="single" w:sz="8" w:space="0" w:color="84B3DF"/>
        <w:bottom w:val="single" w:sz="8" w:space="0" w:color="84B3DF"/>
        <w:right w:val="single" w:sz="8" w:space="0" w:color="84B3DF"/>
        <w:insideH w:val="single" w:sz="8" w:space="0" w:color="84B3DF"/>
        <w:insideV w:val="single" w:sz="8" w:space="0" w:color="84B3D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customStyle="1" w:styleId="1-222">
    <w:name w:val="Средняя сетка 1 - Акцент 22"/>
    <w:basedOn w:val="a3"/>
    <w:next w:val="1-22"/>
    <w:uiPriority w:val="67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/>
        <w:left w:val="single" w:sz="8" w:space="0" w:color="F19D64"/>
        <w:bottom w:val="single" w:sz="8" w:space="0" w:color="F19D64"/>
        <w:right w:val="single" w:sz="8" w:space="0" w:color="F19D64"/>
        <w:insideH w:val="single" w:sz="8" w:space="0" w:color="F19D64"/>
        <w:insideV w:val="single" w:sz="8" w:space="0" w:color="F19D6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/>
      </w:tcPr>
    </w:tblStylePr>
    <w:tblStylePr w:type="band1Horz">
      <w:tblPr/>
      <w:tcPr>
        <w:shd w:val="clear" w:color="auto" w:fill="F6BE98"/>
      </w:tcPr>
    </w:tblStylePr>
  </w:style>
  <w:style w:type="table" w:customStyle="1" w:styleId="1-322">
    <w:name w:val="Средняя сетка 1 - Акцент 32"/>
    <w:basedOn w:val="a3"/>
    <w:next w:val="1-32"/>
    <w:uiPriority w:val="67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BBBBB"/>
        <w:left w:val="single" w:sz="8" w:space="0" w:color="BBBBBB"/>
        <w:bottom w:val="single" w:sz="8" w:space="0" w:color="BBBBBB"/>
        <w:right w:val="single" w:sz="8" w:space="0" w:color="BBBBBB"/>
        <w:insideH w:val="single" w:sz="8" w:space="0" w:color="BBBBBB"/>
        <w:insideV w:val="single" w:sz="8" w:space="0" w:color="BBBBBB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/>
      </w:tcPr>
    </w:tblStylePr>
    <w:tblStylePr w:type="band1Horz">
      <w:tblPr/>
      <w:tcPr>
        <w:shd w:val="clear" w:color="auto" w:fill="D2D2D2"/>
      </w:tcPr>
    </w:tblStylePr>
  </w:style>
  <w:style w:type="table" w:customStyle="1" w:styleId="1-422">
    <w:name w:val="Средняя сетка 1 - Акцент 42"/>
    <w:basedOn w:val="a3"/>
    <w:next w:val="1-42"/>
    <w:uiPriority w:val="67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customStyle="1" w:styleId="1-522">
    <w:name w:val="Средняя сетка 1 - Акцент 52"/>
    <w:basedOn w:val="a3"/>
    <w:next w:val="1-52"/>
    <w:uiPriority w:val="67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295D2"/>
        <w:left w:val="single" w:sz="8" w:space="0" w:color="7295D2"/>
        <w:bottom w:val="single" w:sz="8" w:space="0" w:color="7295D2"/>
        <w:right w:val="single" w:sz="8" w:space="0" w:color="7295D2"/>
        <w:insideH w:val="single" w:sz="8" w:space="0" w:color="7295D2"/>
        <w:insideV w:val="single" w:sz="8" w:space="0" w:color="7295D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DBF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/>
      </w:tcPr>
    </w:tblStylePr>
    <w:tblStylePr w:type="band1Horz">
      <w:tblPr/>
      <w:tcPr>
        <w:shd w:val="clear" w:color="auto" w:fill="A1B8E1"/>
      </w:tcPr>
    </w:tblStylePr>
  </w:style>
  <w:style w:type="table" w:customStyle="1" w:styleId="1-622">
    <w:name w:val="Средняя сетка 1 - Акцент 62"/>
    <w:basedOn w:val="a3"/>
    <w:next w:val="1-62"/>
    <w:uiPriority w:val="67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3C571"/>
        <w:left w:val="single" w:sz="8" w:space="0" w:color="93C571"/>
        <w:bottom w:val="single" w:sz="8" w:space="0" w:color="93C571"/>
        <w:right w:val="single" w:sz="8" w:space="0" w:color="93C571"/>
        <w:insideH w:val="single" w:sz="8" w:space="0" w:color="93C571"/>
        <w:insideV w:val="single" w:sz="8" w:space="0" w:color="93C57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B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/>
      </w:tcPr>
    </w:tblStylePr>
    <w:tblStylePr w:type="band1Horz">
      <w:tblPr/>
      <w:tcPr>
        <w:shd w:val="clear" w:color="auto" w:fill="B7D8A0"/>
      </w:tcPr>
    </w:tblStylePr>
  </w:style>
  <w:style w:type="table" w:customStyle="1" w:styleId="223">
    <w:name w:val="Средняя сетка 22"/>
    <w:basedOn w:val="a3"/>
    <w:next w:val="2f"/>
    <w:uiPriority w:val="68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2-122">
    <w:name w:val="Средняя сетка 2 - Акцент 12"/>
    <w:basedOn w:val="a3"/>
    <w:next w:val="2-12"/>
    <w:uiPriority w:val="68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color w:val="000000"/>
      </w:rPr>
      <w:tblPr/>
      <w:tcPr>
        <w:shd w:val="clear" w:color="auto" w:fill="EEF5FB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tcBorders>
          <w:insideH w:val="single" w:sz="6" w:space="0" w:color="5B9BD5"/>
          <w:insideV w:val="single" w:sz="6" w:space="0" w:color="5B9BD5"/>
        </w:tcBorders>
        <w:shd w:val="clear" w:color="auto" w:fill="ADCCEA"/>
      </w:tcPr>
    </w:tblStylePr>
    <w:tblStylePr w:type="nwCell">
      <w:tblPr/>
      <w:tcPr>
        <w:shd w:val="clear" w:color="auto" w:fill="FFFFFF"/>
      </w:tcPr>
    </w:tblStylePr>
  </w:style>
  <w:style w:type="table" w:customStyle="1" w:styleId="2-222">
    <w:name w:val="Средняя сетка 2 - Акцент 22"/>
    <w:basedOn w:val="a3"/>
    <w:next w:val="2-22"/>
    <w:uiPriority w:val="68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ED7D31"/>
        <w:left w:val="single" w:sz="8" w:space="0" w:color="ED7D31"/>
        <w:bottom w:val="single" w:sz="8" w:space="0" w:color="ED7D31"/>
        <w:right w:val="single" w:sz="8" w:space="0" w:color="ED7D31"/>
        <w:insideH w:val="single" w:sz="8" w:space="0" w:color="ED7D31"/>
        <w:insideV w:val="single" w:sz="8" w:space="0" w:color="ED7D3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/>
    </w:tcPr>
    <w:tblStylePr w:type="firstRow">
      <w:rPr>
        <w:b/>
        <w:bCs/>
        <w:color w:val="000000"/>
      </w:rPr>
      <w:tblPr/>
      <w:tcPr>
        <w:shd w:val="clear" w:color="auto" w:fill="FDF2EA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/>
      </w:tcPr>
    </w:tblStylePr>
    <w:tblStylePr w:type="band1Vert">
      <w:tblPr/>
      <w:tcPr>
        <w:shd w:val="clear" w:color="auto" w:fill="F6BE98"/>
      </w:tcPr>
    </w:tblStylePr>
    <w:tblStylePr w:type="band1Horz">
      <w:tblPr/>
      <w:tcPr>
        <w:tcBorders>
          <w:insideH w:val="single" w:sz="6" w:space="0" w:color="ED7D31"/>
          <w:insideV w:val="single" w:sz="6" w:space="0" w:color="ED7D31"/>
        </w:tcBorders>
        <w:shd w:val="clear" w:color="auto" w:fill="F6BE98"/>
      </w:tcPr>
    </w:tblStylePr>
    <w:tblStylePr w:type="nwCell">
      <w:tblPr/>
      <w:tcPr>
        <w:shd w:val="clear" w:color="auto" w:fill="FFFFFF"/>
      </w:tcPr>
    </w:tblStylePr>
  </w:style>
  <w:style w:type="table" w:customStyle="1" w:styleId="2-322">
    <w:name w:val="Средняя сетка 2 - Акцент 32"/>
    <w:basedOn w:val="a3"/>
    <w:next w:val="2-32"/>
    <w:uiPriority w:val="68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8E8"/>
    </w:tcPr>
    <w:tblStylePr w:type="firstRow">
      <w:rPr>
        <w:b/>
        <w:bCs/>
        <w:color w:val="000000"/>
      </w:rPr>
      <w:tblPr/>
      <w:tcPr>
        <w:shd w:val="clear" w:color="auto" w:fill="F6F6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/>
      </w:tcPr>
    </w:tblStylePr>
    <w:tblStylePr w:type="band1Vert">
      <w:tblPr/>
      <w:tcPr>
        <w:shd w:val="clear" w:color="auto" w:fill="D2D2D2"/>
      </w:tcPr>
    </w:tblStylePr>
    <w:tblStylePr w:type="band1Horz">
      <w:tblPr/>
      <w:tcPr>
        <w:tcBorders>
          <w:insideH w:val="single" w:sz="6" w:space="0" w:color="A5A5A5"/>
          <w:insideV w:val="single" w:sz="6" w:space="0" w:color="A5A5A5"/>
        </w:tcBorders>
        <w:shd w:val="clear" w:color="auto" w:fill="D2D2D2"/>
      </w:tcPr>
    </w:tblStylePr>
    <w:tblStylePr w:type="nwCell">
      <w:tblPr/>
      <w:tcPr>
        <w:shd w:val="clear" w:color="auto" w:fill="FFFFFF"/>
      </w:tcPr>
    </w:tblStylePr>
  </w:style>
  <w:style w:type="table" w:customStyle="1" w:styleId="2-422">
    <w:name w:val="Средняя сетка 2 - Акцент 42"/>
    <w:basedOn w:val="a3"/>
    <w:next w:val="2-42"/>
    <w:uiPriority w:val="68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  <w:insideH w:val="single" w:sz="8" w:space="0" w:color="FFC000"/>
        <w:insideV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/>
    </w:tcPr>
    <w:tblStylePr w:type="firstRow">
      <w:rPr>
        <w:b/>
        <w:bCs/>
        <w:color w:val="000000"/>
      </w:rPr>
      <w:tblPr/>
      <w:tcPr>
        <w:shd w:val="clear" w:color="auto" w:fill="FFF8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/>
      </w:tcPr>
    </w:tblStylePr>
    <w:tblStylePr w:type="band1Vert">
      <w:tblPr/>
      <w:tcPr>
        <w:shd w:val="clear" w:color="auto" w:fill="FFDF80"/>
      </w:tcPr>
    </w:tblStylePr>
    <w:tblStylePr w:type="band1Horz">
      <w:tblPr/>
      <w:tcPr>
        <w:tcBorders>
          <w:insideH w:val="single" w:sz="6" w:space="0" w:color="FFC000"/>
          <w:insideV w:val="single" w:sz="6" w:space="0" w:color="FFC000"/>
        </w:tcBorders>
        <w:shd w:val="clear" w:color="auto" w:fill="FFDF80"/>
      </w:tcPr>
    </w:tblStylePr>
    <w:tblStylePr w:type="nwCell">
      <w:tblPr/>
      <w:tcPr>
        <w:shd w:val="clear" w:color="auto" w:fill="FFFFFF"/>
      </w:tcPr>
    </w:tblStylePr>
  </w:style>
  <w:style w:type="table" w:customStyle="1" w:styleId="2-522">
    <w:name w:val="Средняя сетка 2 - Акцент 52"/>
    <w:basedOn w:val="a3"/>
    <w:next w:val="2-52"/>
    <w:uiPriority w:val="68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DBF0"/>
    </w:tcPr>
    <w:tblStylePr w:type="firstRow">
      <w:rPr>
        <w:b/>
        <w:bCs/>
        <w:color w:val="000000"/>
      </w:rPr>
      <w:tblPr/>
      <w:tcPr>
        <w:shd w:val="clear" w:color="auto" w:fill="ECF1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/>
      </w:tcPr>
    </w:tblStylePr>
    <w:tblStylePr w:type="band1Vert">
      <w:tblPr/>
      <w:tcPr>
        <w:shd w:val="clear" w:color="auto" w:fill="A1B8E1"/>
      </w:tcPr>
    </w:tblStylePr>
    <w:tblStylePr w:type="band1Horz">
      <w:tblPr/>
      <w:tcPr>
        <w:tcBorders>
          <w:insideH w:val="single" w:sz="6" w:space="0" w:color="4472C4"/>
          <w:insideV w:val="single" w:sz="6" w:space="0" w:color="4472C4"/>
        </w:tcBorders>
        <w:shd w:val="clear" w:color="auto" w:fill="A1B8E1"/>
      </w:tcPr>
    </w:tblStylePr>
    <w:tblStylePr w:type="nwCell">
      <w:tblPr/>
      <w:tcPr>
        <w:shd w:val="clear" w:color="auto" w:fill="FFFFFF"/>
      </w:tcPr>
    </w:tblStylePr>
  </w:style>
  <w:style w:type="table" w:customStyle="1" w:styleId="2-622">
    <w:name w:val="Средняя сетка 2 - Акцент 62"/>
    <w:basedOn w:val="a3"/>
    <w:next w:val="2-62"/>
    <w:uiPriority w:val="68"/>
    <w:unhideWhenUsed/>
    <w:rsid w:val="007E5438"/>
    <w:pPr>
      <w:spacing w:after="0" w:line="240" w:lineRule="auto"/>
    </w:pPr>
    <w:rPr>
      <w:rFonts w:ascii="Calibri Light" w:eastAsia="Times New Roman" w:hAnsi="Calibri Light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BD0"/>
    </w:tcPr>
    <w:tblStylePr w:type="firstRow">
      <w:rPr>
        <w:b/>
        <w:bCs/>
        <w:color w:val="000000"/>
      </w:rPr>
      <w:tblPr/>
      <w:tcPr>
        <w:shd w:val="clear" w:color="auto" w:fill="F0F7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/>
      </w:tcPr>
    </w:tblStylePr>
    <w:tblStylePr w:type="band1Vert">
      <w:tblPr/>
      <w:tcPr>
        <w:shd w:val="clear" w:color="auto" w:fill="B7D8A0"/>
      </w:tcPr>
    </w:tblStylePr>
    <w:tblStylePr w:type="band1Horz">
      <w:tblPr/>
      <w:tcPr>
        <w:tcBorders>
          <w:insideH w:val="single" w:sz="6" w:space="0" w:color="70AD47"/>
          <w:insideV w:val="single" w:sz="6" w:space="0" w:color="70AD47"/>
        </w:tcBorders>
        <w:shd w:val="clear" w:color="auto" w:fill="B7D8A0"/>
      </w:tcPr>
    </w:tblStylePr>
    <w:tblStylePr w:type="nwCell">
      <w:tblPr/>
      <w:tcPr>
        <w:shd w:val="clear" w:color="auto" w:fill="FFFFFF"/>
      </w:tcPr>
    </w:tblStylePr>
  </w:style>
  <w:style w:type="table" w:customStyle="1" w:styleId="320">
    <w:name w:val="Средняя сетка 32"/>
    <w:basedOn w:val="a3"/>
    <w:next w:val="3a"/>
    <w:uiPriority w:val="69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3-12">
    <w:name w:val="Средняя сетка 3 - Акцент 12"/>
    <w:basedOn w:val="a3"/>
    <w:next w:val="3-1"/>
    <w:uiPriority w:val="69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3-22">
    <w:name w:val="Средняя сетка 3 - Акцент 22"/>
    <w:basedOn w:val="a3"/>
    <w:next w:val="3-2"/>
    <w:uiPriority w:val="69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ED7D3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ED7D31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6BE98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6BE98"/>
      </w:tcPr>
    </w:tblStylePr>
  </w:style>
  <w:style w:type="table" w:customStyle="1" w:styleId="3-32">
    <w:name w:val="Средняя сетка 3 - Акцент 32"/>
    <w:basedOn w:val="a3"/>
    <w:next w:val="3-3"/>
    <w:uiPriority w:val="69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8E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5A5A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5A5A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A5A5A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A5A5A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2D2D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2D2D2"/>
      </w:tcPr>
    </w:tblStylePr>
  </w:style>
  <w:style w:type="table" w:customStyle="1" w:styleId="3-42">
    <w:name w:val="Средняя сетка 3 - Акцент 42"/>
    <w:basedOn w:val="a3"/>
    <w:next w:val="3-4"/>
    <w:uiPriority w:val="69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table" w:customStyle="1" w:styleId="3-52">
    <w:name w:val="Средняя сетка 3 - Акцент 52"/>
    <w:basedOn w:val="a3"/>
    <w:next w:val="3-5"/>
    <w:uiPriority w:val="69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DBF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472C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472C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1B8E1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1B8E1"/>
      </w:tcPr>
    </w:tblStylePr>
  </w:style>
  <w:style w:type="table" w:customStyle="1" w:styleId="3-62">
    <w:name w:val="Средняя сетка 3 - Акцент 62"/>
    <w:basedOn w:val="a3"/>
    <w:next w:val="3-6"/>
    <w:uiPriority w:val="69"/>
    <w:unhideWhenUsed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B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7D8A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7D8A0"/>
      </w:tcPr>
    </w:tblStylePr>
  </w:style>
  <w:style w:type="table" w:customStyle="1" w:styleId="2f8">
    <w:name w:val="Темный список2"/>
    <w:basedOn w:val="a3"/>
    <w:next w:val="aff4"/>
    <w:uiPriority w:val="70"/>
    <w:unhideWhenUsed/>
    <w:rsid w:val="007E5438"/>
    <w:pPr>
      <w:spacing w:after="0" w:line="240" w:lineRule="auto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-123">
    <w:name w:val="Темный список - Акцент 12"/>
    <w:basedOn w:val="a3"/>
    <w:next w:val="-13"/>
    <w:uiPriority w:val="70"/>
    <w:unhideWhenUsed/>
    <w:rsid w:val="007E5438"/>
    <w:pPr>
      <w:spacing w:after="0" w:line="240" w:lineRule="auto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5B9BD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1F4D7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2E74B5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2E74B5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/>
      </w:tcPr>
    </w:tblStylePr>
  </w:style>
  <w:style w:type="table" w:customStyle="1" w:styleId="-223">
    <w:name w:val="Темный список - Акцент 22"/>
    <w:basedOn w:val="a3"/>
    <w:next w:val="-23"/>
    <w:uiPriority w:val="70"/>
    <w:unhideWhenUsed/>
    <w:rsid w:val="007E5438"/>
    <w:pPr>
      <w:spacing w:after="0" w:line="240" w:lineRule="auto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7D3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823B0B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C4591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C4591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/>
      </w:tcPr>
    </w:tblStylePr>
  </w:style>
  <w:style w:type="table" w:customStyle="1" w:styleId="-323">
    <w:name w:val="Темный список - Акцент 32"/>
    <w:basedOn w:val="a3"/>
    <w:next w:val="-33"/>
    <w:uiPriority w:val="70"/>
    <w:unhideWhenUsed/>
    <w:rsid w:val="007E5438"/>
    <w:pPr>
      <w:spacing w:after="0" w:line="240" w:lineRule="auto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5A5A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525252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B7B7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</w:style>
  <w:style w:type="table" w:customStyle="1" w:styleId="-423">
    <w:name w:val="Темный список - Акцент 42"/>
    <w:basedOn w:val="a3"/>
    <w:next w:val="-43"/>
    <w:uiPriority w:val="70"/>
    <w:unhideWhenUsed/>
    <w:rsid w:val="007E5438"/>
    <w:pPr>
      <w:spacing w:after="0" w:line="240" w:lineRule="auto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C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7F5F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BF8F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BF8F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/>
      </w:tcPr>
    </w:tblStylePr>
  </w:style>
  <w:style w:type="table" w:customStyle="1" w:styleId="-523">
    <w:name w:val="Темный список - Акцент 52"/>
    <w:basedOn w:val="a3"/>
    <w:next w:val="-53"/>
    <w:uiPriority w:val="70"/>
    <w:unhideWhenUsed/>
    <w:rsid w:val="007E5438"/>
    <w:pPr>
      <w:spacing w:after="0" w:line="240" w:lineRule="auto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472C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1F376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2F5496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2F549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/>
      </w:tcPr>
    </w:tblStylePr>
  </w:style>
  <w:style w:type="table" w:customStyle="1" w:styleId="-623">
    <w:name w:val="Темный список - Акцент 62"/>
    <w:basedOn w:val="a3"/>
    <w:next w:val="-63"/>
    <w:uiPriority w:val="70"/>
    <w:unhideWhenUsed/>
    <w:rsid w:val="007E5438"/>
    <w:pPr>
      <w:spacing w:after="0" w:line="240" w:lineRule="auto"/>
    </w:pPr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70AD47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756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38135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38135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/>
      </w:tcPr>
    </w:tblStylePr>
  </w:style>
  <w:style w:type="table" w:customStyle="1" w:styleId="2f9">
    <w:name w:val="Цветная заливка2"/>
    <w:basedOn w:val="a3"/>
    <w:next w:val="aff5"/>
    <w:uiPriority w:val="71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ED7D31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124">
    <w:name w:val="Цветная заливка - Акцент 12"/>
    <w:basedOn w:val="a3"/>
    <w:next w:val="-14"/>
    <w:uiPriority w:val="71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ED7D31"/>
        <w:left w:val="single" w:sz="4" w:space="0" w:color="5B9BD5"/>
        <w:bottom w:val="single" w:sz="4" w:space="0" w:color="5B9BD5"/>
        <w:right w:val="single" w:sz="4" w:space="0" w:color="5B9BD5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55D91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55D91"/>
          <w:insideV w:val="nil"/>
        </w:tcBorders>
        <w:shd w:val="clear" w:color="auto" w:fill="255D91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ADCCE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224">
    <w:name w:val="Цветная заливка - Акцент 22"/>
    <w:basedOn w:val="a3"/>
    <w:next w:val="-24"/>
    <w:uiPriority w:val="71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ED7D31"/>
        <w:left w:val="single" w:sz="4" w:space="0" w:color="ED7D31"/>
        <w:bottom w:val="single" w:sz="4" w:space="0" w:color="ED7D31"/>
        <w:right w:val="single" w:sz="4" w:space="0" w:color="ED7D31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F2EA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9D470D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9D470D"/>
          <w:insideV w:val="nil"/>
        </w:tcBorders>
        <w:shd w:val="clear" w:color="auto" w:fill="9D470D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6BE98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324">
    <w:name w:val="Цветная заливка - Акцент 32"/>
    <w:basedOn w:val="a3"/>
    <w:next w:val="-34"/>
    <w:uiPriority w:val="71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FFC000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F6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636363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636363"/>
          <w:insideV w:val="nil"/>
        </w:tcBorders>
        <w:shd w:val="clear" w:color="auto" w:fill="636363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2D2D2"/>
      </w:tcPr>
    </w:tblStylePr>
  </w:style>
  <w:style w:type="table" w:customStyle="1" w:styleId="-424">
    <w:name w:val="Цветная заливка - Акцент 42"/>
    <w:basedOn w:val="a3"/>
    <w:next w:val="-44"/>
    <w:uiPriority w:val="71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A5A5A5"/>
        <w:left w:val="single" w:sz="4" w:space="0" w:color="FFC000"/>
        <w:bottom w:val="single" w:sz="4" w:space="0" w:color="FFC000"/>
        <w:right w:val="single" w:sz="4" w:space="0" w:color="FFC000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9973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997300"/>
          <w:insideV w:val="nil"/>
        </w:tcBorders>
        <w:shd w:val="clear" w:color="auto" w:fill="9973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DF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524">
    <w:name w:val="Цветная заливка - Акцент 52"/>
    <w:basedOn w:val="a3"/>
    <w:next w:val="-54"/>
    <w:uiPriority w:val="71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70AD47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1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6437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64378"/>
          <w:insideV w:val="nil"/>
        </w:tcBorders>
        <w:shd w:val="clear" w:color="auto" w:fill="26437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A1B8E1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-624">
    <w:name w:val="Цветная заливка - Акцент 62"/>
    <w:basedOn w:val="a3"/>
    <w:next w:val="-64"/>
    <w:uiPriority w:val="71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4472C4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7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367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3672A"/>
          <w:insideV w:val="nil"/>
        </w:tcBorders>
        <w:shd w:val="clear" w:color="auto" w:fill="4367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/>
      </w:tcPr>
    </w:tblStylePr>
    <w:tblStylePr w:type="band1Vert">
      <w:tblPr/>
      <w:tcPr>
        <w:shd w:val="clear" w:color="auto" w:fill="C5E0B3"/>
      </w:tcPr>
    </w:tblStylePr>
    <w:tblStylePr w:type="band1Horz">
      <w:tblPr/>
      <w:tcPr>
        <w:shd w:val="clear" w:color="auto" w:fill="B7D8A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2fa">
    <w:name w:val="Цветной список2"/>
    <w:basedOn w:val="a3"/>
    <w:next w:val="aff6"/>
    <w:uiPriority w:val="72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rPr>
        <w:b/>
        <w:bCs/>
        <w:color w:val="D25F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-125">
    <w:name w:val="Цветной список - Акцент 12"/>
    <w:basedOn w:val="a3"/>
    <w:next w:val="-15"/>
    <w:uiPriority w:val="72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rPr>
        <w:b/>
        <w:bCs/>
        <w:color w:val="D25F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table" w:customStyle="1" w:styleId="-225">
    <w:name w:val="Цветной список - Акцент 22"/>
    <w:basedOn w:val="a3"/>
    <w:next w:val="-25"/>
    <w:uiPriority w:val="72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F2EA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rPr>
        <w:b/>
        <w:bCs/>
        <w:color w:val="D25F1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/>
      </w:tcPr>
    </w:tblStylePr>
    <w:tblStylePr w:type="band1Horz">
      <w:tblPr/>
      <w:tcPr>
        <w:shd w:val="clear" w:color="auto" w:fill="FBE4D5"/>
      </w:tcPr>
    </w:tblStylePr>
  </w:style>
  <w:style w:type="table" w:customStyle="1" w:styleId="-325">
    <w:name w:val="Цветной список - Акцент 32"/>
    <w:basedOn w:val="a3"/>
    <w:next w:val="-35"/>
    <w:uiPriority w:val="72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6F6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CC9900"/>
      </w:tcPr>
    </w:tblStylePr>
    <w:tblStylePr w:type="lastRow">
      <w:rPr>
        <w:b/>
        <w:bCs/>
        <w:color w:val="CC990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shd w:val="clear" w:color="auto" w:fill="EDEDED"/>
      </w:tcPr>
    </w:tblStylePr>
  </w:style>
  <w:style w:type="table" w:customStyle="1" w:styleId="-425">
    <w:name w:val="Цветной список - Акцент 42"/>
    <w:basedOn w:val="a3"/>
    <w:next w:val="-45"/>
    <w:uiPriority w:val="72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848484"/>
      </w:tcPr>
    </w:tblStylePr>
    <w:tblStylePr w:type="lastRow">
      <w:rPr>
        <w:b/>
        <w:bCs/>
        <w:color w:val="8484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shd w:val="clear" w:color="auto" w:fill="FFF2CC"/>
      </w:tcPr>
    </w:tblStylePr>
  </w:style>
  <w:style w:type="table" w:customStyle="1" w:styleId="-525">
    <w:name w:val="Цветной список - Акцент 52"/>
    <w:basedOn w:val="a3"/>
    <w:next w:val="-55"/>
    <w:uiPriority w:val="72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1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598A38"/>
      </w:tcPr>
    </w:tblStylePr>
    <w:tblStylePr w:type="lastRow">
      <w:rPr>
        <w:b/>
        <w:bCs/>
        <w:color w:val="598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table" w:customStyle="1" w:styleId="-625">
    <w:name w:val="Цветной список - Акцент 62"/>
    <w:basedOn w:val="a3"/>
    <w:next w:val="-65"/>
    <w:uiPriority w:val="72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0F7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259A0"/>
      </w:tcPr>
    </w:tblStylePr>
    <w:tblStylePr w:type="lastRow">
      <w:rPr>
        <w:b/>
        <w:bCs/>
        <w:color w:val="3259A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/>
      </w:tcPr>
    </w:tblStylePr>
    <w:tblStylePr w:type="band1Horz">
      <w:tblPr/>
      <w:tcPr>
        <w:shd w:val="clear" w:color="auto" w:fill="E2EFD9"/>
      </w:tcPr>
    </w:tblStylePr>
  </w:style>
  <w:style w:type="table" w:customStyle="1" w:styleId="2fb">
    <w:name w:val="Цветная сетка2"/>
    <w:basedOn w:val="a3"/>
    <w:next w:val="aff7"/>
    <w:uiPriority w:val="73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-126">
    <w:name w:val="Цветная сетка - Акцент 12"/>
    <w:basedOn w:val="a3"/>
    <w:next w:val="-16"/>
    <w:uiPriority w:val="73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/>
    </w:tcPr>
    <w:tblStylePr w:type="firstRow">
      <w:rPr>
        <w:b/>
        <w:bCs/>
      </w:rPr>
      <w:tblPr/>
      <w:tcPr>
        <w:shd w:val="clear" w:color="auto" w:fill="BDD6EE"/>
      </w:tcPr>
    </w:tblStylePr>
    <w:tblStylePr w:type="lastRow">
      <w:rPr>
        <w:b/>
        <w:bCs/>
        <w:color w:val="000000"/>
      </w:rPr>
      <w:tblPr/>
      <w:tcPr>
        <w:shd w:val="clear" w:color="auto" w:fill="BDD6EE"/>
      </w:tcPr>
    </w:tblStylePr>
    <w:tblStylePr w:type="firstCol">
      <w:rPr>
        <w:color w:val="FFFFFF"/>
      </w:rPr>
      <w:tblPr/>
      <w:tcPr>
        <w:shd w:val="clear" w:color="auto" w:fill="2E74B5"/>
      </w:tcPr>
    </w:tblStylePr>
    <w:tblStylePr w:type="lastCol">
      <w:rPr>
        <w:color w:val="FFFFFF"/>
      </w:rPr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customStyle="1" w:styleId="-226">
    <w:name w:val="Цветная сетка - Акцент 22"/>
    <w:basedOn w:val="a3"/>
    <w:next w:val="-26"/>
    <w:uiPriority w:val="73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/>
    </w:tcPr>
    <w:tblStylePr w:type="firstRow">
      <w:rPr>
        <w:b/>
        <w:bCs/>
      </w:rPr>
      <w:tblPr/>
      <w:tcPr>
        <w:shd w:val="clear" w:color="auto" w:fill="F7CAAC"/>
      </w:tcPr>
    </w:tblStylePr>
    <w:tblStylePr w:type="lastRow">
      <w:rPr>
        <w:b/>
        <w:bCs/>
        <w:color w:val="000000"/>
      </w:rPr>
      <w:tblPr/>
      <w:tcPr>
        <w:shd w:val="clear" w:color="auto" w:fill="F7CAAC"/>
      </w:tcPr>
    </w:tblStylePr>
    <w:tblStylePr w:type="firstCol">
      <w:rPr>
        <w:color w:val="FFFFFF"/>
      </w:rPr>
      <w:tblPr/>
      <w:tcPr>
        <w:shd w:val="clear" w:color="auto" w:fill="C45911"/>
      </w:tcPr>
    </w:tblStylePr>
    <w:tblStylePr w:type="lastCol">
      <w:rPr>
        <w:color w:val="FFFFFF"/>
      </w:rPr>
      <w:tblPr/>
      <w:tcPr>
        <w:shd w:val="clear" w:color="auto" w:fill="C45911"/>
      </w:tcPr>
    </w:tblStylePr>
    <w:tblStylePr w:type="band1Vert">
      <w:tblPr/>
      <w:tcPr>
        <w:shd w:val="clear" w:color="auto" w:fill="F6BE98"/>
      </w:tcPr>
    </w:tblStylePr>
    <w:tblStylePr w:type="band1Horz">
      <w:tblPr/>
      <w:tcPr>
        <w:shd w:val="clear" w:color="auto" w:fill="F6BE98"/>
      </w:tcPr>
    </w:tblStylePr>
  </w:style>
  <w:style w:type="table" w:customStyle="1" w:styleId="-326">
    <w:name w:val="Цветная сетка - Акцент 32"/>
    <w:basedOn w:val="a3"/>
    <w:next w:val="-36"/>
    <w:uiPriority w:val="73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</w:rPr>
      <w:tblPr/>
      <w:tcPr>
        <w:shd w:val="clear" w:color="auto" w:fill="DBDBDB"/>
      </w:tcPr>
    </w:tblStylePr>
    <w:tblStylePr w:type="lastRow">
      <w:rPr>
        <w:b/>
        <w:bCs/>
        <w:color w:val="000000"/>
      </w:rPr>
      <w:tblPr/>
      <w:tcPr>
        <w:shd w:val="clear" w:color="auto" w:fill="DBDBDB"/>
      </w:tcPr>
    </w:tblStylePr>
    <w:tblStylePr w:type="firstCol">
      <w:rPr>
        <w:color w:val="FFFFFF"/>
      </w:rPr>
      <w:tblPr/>
      <w:tcPr>
        <w:shd w:val="clear" w:color="auto" w:fill="7B7B7B"/>
      </w:tcPr>
    </w:tblStylePr>
    <w:tblStylePr w:type="lastCol">
      <w:rPr>
        <w:color w:val="FFFFFF"/>
      </w:rPr>
      <w:tblPr/>
      <w:tcPr>
        <w:shd w:val="clear" w:color="auto" w:fill="7B7B7B"/>
      </w:tcPr>
    </w:tblStylePr>
    <w:tblStylePr w:type="band1Vert">
      <w:tblPr/>
      <w:tcPr>
        <w:shd w:val="clear" w:color="auto" w:fill="D2D2D2"/>
      </w:tcPr>
    </w:tblStylePr>
    <w:tblStylePr w:type="band1Horz">
      <w:tblPr/>
      <w:tcPr>
        <w:shd w:val="clear" w:color="auto" w:fill="D2D2D2"/>
      </w:tcPr>
    </w:tblStylePr>
  </w:style>
  <w:style w:type="table" w:customStyle="1" w:styleId="-426">
    <w:name w:val="Цветная сетка - Акцент 42"/>
    <w:basedOn w:val="a3"/>
    <w:next w:val="-46"/>
    <w:uiPriority w:val="73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/>
    </w:tcPr>
    <w:tblStylePr w:type="firstRow">
      <w:rPr>
        <w:b/>
        <w:bCs/>
      </w:rPr>
      <w:tblPr/>
      <w:tcPr>
        <w:shd w:val="clear" w:color="auto" w:fill="FFE599"/>
      </w:tcPr>
    </w:tblStylePr>
    <w:tblStylePr w:type="lastRow">
      <w:rPr>
        <w:b/>
        <w:bCs/>
        <w:color w:val="000000"/>
      </w:rPr>
      <w:tblPr/>
      <w:tcPr>
        <w:shd w:val="clear" w:color="auto" w:fill="FFE599"/>
      </w:tcPr>
    </w:tblStylePr>
    <w:tblStylePr w:type="firstCol">
      <w:rPr>
        <w:color w:val="FFFFFF"/>
      </w:rPr>
      <w:tblPr/>
      <w:tcPr>
        <w:shd w:val="clear" w:color="auto" w:fill="BF8F00"/>
      </w:tcPr>
    </w:tblStylePr>
    <w:tblStylePr w:type="lastCol">
      <w:rPr>
        <w:color w:val="FFFFFF"/>
      </w:rPr>
      <w:tblPr/>
      <w:tcPr>
        <w:shd w:val="clear" w:color="auto" w:fill="BF8F00"/>
      </w:tc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customStyle="1" w:styleId="-526">
    <w:name w:val="Цветная сетка - Акцент 52"/>
    <w:basedOn w:val="a3"/>
    <w:next w:val="-56"/>
    <w:uiPriority w:val="73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/>
    </w:tcPr>
    <w:tblStylePr w:type="firstRow">
      <w:rPr>
        <w:b/>
        <w:bCs/>
      </w:rPr>
      <w:tblPr/>
      <w:tcPr>
        <w:shd w:val="clear" w:color="auto" w:fill="B4C6E7"/>
      </w:tcPr>
    </w:tblStylePr>
    <w:tblStylePr w:type="lastRow">
      <w:rPr>
        <w:b/>
        <w:bCs/>
        <w:color w:val="000000"/>
      </w:rPr>
      <w:tblPr/>
      <w:tcPr>
        <w:shd w:val="clear" w:color="auto" w:fill="B4C6E7"/>
      </w:tcPr>
    </w:tblStylePr>
    <w:tblStylePr w:type="firstCol">
      <w:rPr>
        <w:color w:val="FFFFFF"/>
      </w:rPr>
      <w:tblPr/>
      <w:tcPr>
        <w:shd w:val="clear" w:color="auto" w:fill="2F5496"/>
      </w:tcPr>
    </w:tblStylePr>
    <w:tblStylePr w:type="lastCol">
      <w:rPr>
        <w:color w:val="FFFFFF"/>
      </w:rPr>
      <w:tblPr/>
      <w:tcPr>
        <w:shd w:val="clear" w:color="auto" w:fill="2F5496"/>
      </w:tcPr>
    </w:tblStylePr>
    <w:tblStylePr w:type="band1Vert">
      <w:tblPr/>
      <w:tcPr>
        <w:shd w:val="clear" w:color="auto" w:fill="A1B8E1"/>
      </w:tcPr>
    </w:tblStylePr>
    <w:tblStylePr w:type="band1Horz">
      <w:tblPr/>
      <w:tcPr>
        <w:shd w:val="clear" w:color="auto" w:fill="A1B8E1"/>
      </w:tcPr>
    </w:tblStylePr>
  </w:style>
  <w:style w:type="table" w:customStyle="1" w:styleId="-626">
    <w:name w:val="Цветная сетка - Акцент 62"/>
    <w:basedOn w:val="a3"/>
    <w:next w:val="-66"/>
    <w:uiPriority w:val="73"/>
    <w:unhideWhenUsed/>
    <w:rsid w:val="007E5438"/>
    <w:pPr>
      <w:spacing w:after="0" w:line="240" w:lineRule="auto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/>
    </w:tcPr>
    <w:tblStylePr w:type="firstRow">
      <w:rPr>
        <w:b/>
        <w:bCs/>
      </w:rPr>
      <w:tblPr/>
      <w:tcPr>
        <w:shd w:val="clear" w:color="auto" w:fill="C5E0B3"/>
      </w:tcPr>
    </w:tblStylePr>
    <w:tblStylePr w:type="lastRow">
      <w:rPr>
        <w:b/>
        <w:bCs/>
        <w:color w:val="000000"/>
      </w:rPr>
      <w:tblPr/>
      <w:tcPr>
        <w:shd w:val="clear" w:color="auto" w:fill="C5E0B3"/>
      </w:tcPr>
    </w:tblStylePr>
    <w:tblStylePr w:type="firstCol">
      <w:rPr>
        <w:color w:val="FFFFFF"/>
      </w:rPr>
      <w:tblPr/>
      <w:tcPr>
        <w:shd w:val="clear" w:color="auto" w:fill="538135"/>
      </w:tcPr>
    </w:tblStylePr>
    <w:tblStylePr w:type="lastCol">
      <w:rPr>
        <w:color w:val="FFFFFF"/>
      </w:rPr>
      <w:tblPr/>
      <w:tcPr>
        <w:shd w:val="clear" w:color="auto" w:fill="538135"/>
      </w:tcPr>
    </w:tblStylePr>
    <w:tblStylePr w:type="band1Vert">
      <w:tblPr/>
      <w:tcPr>
        <w:shd w:val="clear" w:color="auto" w:fill="B7D8A0"/>
      </w:tcPr>
    </w:tblStylePr>
    <w:tblStylePr w:type="band1Horz">
      <w:tblPr/>
      <w:tcPr>
        <w:shd w:val="clear" w:color="auto" w:fill="B7D8A0"/>
      </w:tcPr>
    </w:tblStylePr>
  </w:style>
  <w:style w:type="table" w:customStyle="1" w:styleId="116">
    <w:name w:val="Сетка таблицы11"/>
    <w:basedOn w:val="a3"/>
    <w:next w:val="af4"/>
    <w:uiPriority w:val="59"/>
    <w:rsid w:val="007E5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f3">
    <w:name w:val="Сетка таблицы светлая1"/>
    <w:basedOn w:val="a3"/>
    <w:next w:val="GridTableLight"/>
    <w:uiPriority w:val="40"/>
    <w:rsid w:val="007E543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3"/>
    <w:uiPriority w:val="40"/>
    <w:rsid w:val="007E543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9">
    <w:name w:val="Normal (Web)"/>
    <w:basedOn w:val="a1"/>
    <w:uiPriority w:val="99"/>
    <w:semiHidden/>
    <w:unhideWhenUsed/>
    <w:rsid w:val="007E543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widgetinline">
    <w:name w:val="_widgetinline"/>
    <w:basedOn w:val="a2"/>
    <w:rsid w:val="007E5438"/>
  </w:style>
  <w:style w:type="paragraph" w:styleId="af8">
    <w:name w:val="No Spacing"/>
    <w:uiPriority w:val="1"/>
    <w:qFormat/>
    <w:rsid w:val="007E54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5">
    <w:name w:val="Body Text 2"/>
    <w:basedOn w:val="a1"/>
    <w:link w:val="21b"/>
    <w:uiPriority w:val="99"/>
    <w:unhideWhenUsed/>
    <w:rsid w:val="007E5438"/>
    <w:pPr>
      <w:spacing w:after="120" w:line="480" w:lineRule="auto"/>
    </w:pPr>
  </w:style>
  <w:style w:type="character" w:customStyle="1" w:styleId="21b">
    <w:name w:val="Основной текст 2 Знак1"/>
    <w:basedOn w:val="a2"/>
    <w:link w:val="25"/>
    <w:uiPriority w:val="99"/>
    <w:semiHidden/>
    <w:rsid w:val="007E5438"/>
    <w:rPr>
      <w:rFonts w:ascii="Times New Roman" w:eastAsia="Times New Roman" w:hAnsi="Times New Roman" w:cs="Times New Roman"/>
    </w:rPr>
  </w:style>
  <w:style w:type="paragraph" w:styleId="35">
    <w:name w:val="Body Text 3"/>
    <w:basedOn w:val="a1"/>
    <w:link w:val="317"/>
    <w:uiPriority w:val="99"/>
    <w:unhideWhenUsed/>
    <w:rsid w:val="007E5438"/>
    <w:pPr>
      <w:spacing w:after="120"/>
    </w:pPr>
    <w:rPr>
      <w:sz w:val="16"/>
      <w:szCs w:val="16"/>
    </w:rPr>
  </w:style>
  <w:style w:type="character" w:customStyle="1" w:styleId="317">
    <w:name w:val="Основной текст 3 Знак1"/>
    <w:basedOn w:val="a2"/>
    <w:link w:val="35"/>
    <w:uiPriority w:val="99"/>
    <w:semiHidden/>
    <w:rsid w:val="007E5438"/>
    <w:rPr>
      <w:rFonts w:ascii="Times New Roman" w:eastAsia="Times New Roman" w:hAnsi="Times New Roman" w:cs="Times New Roman"/>
      <w:sz w:val="16"/>
      <w:szCs w:val="16"/>
    </w:rPr>
  </w:style>
  <w:style w:type="paragraph" w:styleId="af9">
    <w:name w:val="List"/>
    <w:basedOn w:val="a1"/>
    <w:uiPriority w:val="99"/>
    <w:unhideWhenUsed/>
    <w:rsid w:val="007E5438"/>
    <w:pPr>
      <w:ind w:left="283" w:hanging="283"/>
      <w:contextualSpacing/>
    </w:pPr>
  </w:style>
  <w:style w:type="paragraph" w:styleId="27">
    <w:name w:val="List 2"/>
    <w:basedOn w:val="a1"/>
    <w:uiPriority w:val="99"/>
    <w:unhideWhenUsed/>
    <w:rsid w:val="007E5438"/>
    <w:pPr>
      <w:ind w:left="566" w:hanging="283"/>
      <w:contextualSpacing/>
    </w:pPr>
  </w:style>
  <w:style w:type="paragraph" w:styleId="37">
    <w:name w:val="List 3"/>
    <w:basedOn w:val="a1"/>
    <w:uiPriority w:val="99"/>
    <w:unhideWhenUsed/>
    <w:rsid w:val="007E5438"/>
    <w:pPr>
      <w:ind w:left="849" w:hanging="283"/>
      <w:contextualSpacing/>
    </w:pPr>
  </w:style>
  <w:style w:type="paragraph" w:styleId="a0">
    <w:name w:val="List Bullet"/>
    <w:basedOn w:val="a1"/>
    <w:uiPriority w:val="99"/>
    <w:unhideWhenUsed/>
    <w:rsid w:val="007E5438"/>
    <w:pPr>
      <w:numPr>
        <w:numId w:val="31"/>
      </w:numPr>
      <w:contextualSpacing/>
    </w:pPr>
  </w:style>
  <w:style w:type="paragraph" w:styleId="2">
    <w:name w:val="List Bullet 2"/>
    <w:basedOn w:val="a1"/>
    <w:uiPriority w:val="99"/>
    <w:unhideWhenUsed/>
    <w:rsid w:val="007E5438"/>
    <w:pPr>
      <w:numPr>
        <w:numId w:val="32"/>
      </w:numPr>
      <w:contextualSpacing/>
    </w:pPr>
  </w:style>
  <w:style w:type="paragraph" w:styleId="3">
    <w:name w:val="List Bullet 3"/>
    <w:basedOn w:val="a1"/>
    <w:uiPriority w:val="99"/>
    <w:unhideWhenUsed/>
    <w:rsid w:val="007E5438"/>
    <w:pPr>
      <w:numPr>
        <w:numId w:val="33"/>
      </w:numPr>
      <w:contextualSpacing/>
    </w:pPr>
  </w:style>
  <w:style w:type="paragraph" w:styleId="a">
    <w:name w:val="List Number"/>
    <w:basedOn w:val="a1"/>
    <w:uiPriority w:val="99"/>
    <w:unhideWhenUsed/>
    <w:rsid w:val="007E5438"/>
    <w:pPr>
      <w:numPr>
        <w:numId w:val="34"/>
      </w:numPr>
      <w:contextualSpacing/>
    </w:pPr>
  </w:style>
  <w:style w:type="paragraph" w:styleId="28">
    <w:name w:val="List Number 2"/>
    <w:basedOn w:val="a1"/>
    <w:uiPriority w:val="99"/>
    <w:unhideWhenUsed/>
    <w:rsid w:val="007E5438"/>
    <w:pPr>
      <w:tabs>
        <w:tab w:val="num" w:pos="360"/>
      </w:tabs>
      <w:ind w:left="360" w:hanging="360"/>
      <w:contextualSpacing/>
    </w:pPr>
  </w:style>
  <w:style w:type="paragraph" w:styleId="38">
    <w:name w:val="List Number 3"/>
    <w:basedOn w:val="a1"/>
    <w:uiPriority w:val="99"/>
    <w:unhideWhenUsed/>
    <w:rsid w:val="007E5438"/>
    <w:pPr>
      <w:tabs>
        <w:tab w:val="num" w:pos="720"/>
      </w:tabs>
      <w:ind w:left="720" w:hanging="360"/>
      <w:contextualSpacing/>
    </w:pPr>
  </w:style>
  <w:style w:type="paragraph" w:styleId="afa">
    <w:name w:val="List Continue"/>
    <w:basedOn w:val="a1"/>
    <w:uiPriority w:val="99"/>
    <w:unhideWhenUsed/>
    <w:rsid w:val="007E5438"/>
    <w:pPr>
      <w:spacing w:after="120"/>
      <w:ind w:left="283"/>
      <w:contextualSpacing/>
    </w:pPr>
  </w:style>
  <w:style w:type="paragraph" w:styleId="29">
    <w:name w:val="List Continue 2"/>
    <w:basedOn w:val="a1"/>
    <w:uiPriority w:val="99"/>
    <w:unhideWhenUsed/>
    <w:rsid w:val="007E5438"/>
    <w:pPr>
      <w:spacing w:after="120"/>
      <w:ind w:left="566"/>
      <w:contextualSpacing/>
    </w:pPr>
  </w:style>
  <w:style w:type="paragraph" w:styleId="39">
    <w:name w:val="List Continue 3"/>
    <w:basedOn w:val="a1"/>
    <w:uiPriority w:val="99"/>
    <w:unhideWhenUsed/>
    <w:rsid w:val="007E5438"/>
    <w:pPr>
      <w:spacing w:after="120"/>
      <w:ind w:left="849"/>
      <w:contextualSpacing/>
    </w:pPr>
  </w:style>
  <w:style w:type="paragraph" w:styleId="afb">
    <w:name w:val="macro"/>
    <w:link w:val="1ff4"/>
    <w:uiPriority w:val="99"/>
    <w:unhideWhenUsed/>
    <w:rsid w:val="007E5438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  <w:spacing w:after="0" w:line="240" w:lineRule="auto"/>
    </w:pPr>
    <w:rPr>
      <w:rFonts w:ascii="Consolas" w:eastAsia="Times New Roman" w:hAnsi="Consolas" w:cs="Times New Roman"/>
      <w:sz w:val="20"/>
      <w:szCs w:val="20"/>
    </w:rPr>
  </w:style>
  <w:style w:type="character" w:customStyle="1" w:styleId="1ff4">
    <w:name w:val="Текст макроса Знак1"/>
    <w:basedOn w:val="a2"/>
    <w:link w:val="afb"/>
    <w:uiPriority w:val="99"/>
    <w:semiHidden/>
    <w:rsid w:val="007E5438"/>
    <w:rPr>
      <w:rFonts w:ascii="Consolas" w:eastAsia="Times New Roman" w:hAnsi="Consolas" w:cs="Times New Roman"/>
      <w:sz w:val="20"/>
      <w:szCs w:val="20"/>
    </w:rPr>
  </w:style>
  <w:style w:type="paragraph" w:styleId="2b">
    <w:name w:val="Quote"/>
    <w:basedOn w:val="a1"/>
    <w:next w:val="a1"/>
    <w:link w:val="2a"/>
    <w:uiPriority w:val="29"/>
    <w:qFormat/>
    <w:rsid w:val="007E5438"/>
    <w:rPr>
      <w:rFonts w:asciiTheme="minorHAnsi" w:eastAsiaTheme="minorHAnsi" w:hAnsiTheme="minorHAnsi" w:cstheme="minorBidi"/>
      <w:i/>
      <w:iCs/>
      <w:color w:val="000000"/>
    </w:rPr>
  </w:style>
  <w:style w:type="character" w:customStyle="1" w:styleId="224">
    <w:name w:val="Цитата 2 Знак2"/>
    <w:basedOn w:val="a2"/>
    <w:uiPriority w:val="29"/>
    <w:rsid w:val="007E5438"/>
    <w:rPr>
      <w:rFonts w:ascii="Times New Roman" w:eastAsia="Times New Roman" w:hAnsi="Times New Roman" w:cs="Times New Roman"/>
      <w:i/>
      <w:iCs/>
      <w:color w:val="000000" w:themeColor="text1"/>
    </w:rPr>
  </w:style>
  <w:style w:type="paragraph" w:styleId="aff">
    <w:name w:val="Intense Quote"/>
    <w:basedOn w:val="a1"/>
    <w:next w:val="a1"/>
    <w:link w:val="afe"/>
    <w:uiPriority w:val="30"/>
    <w:qFormat/>
    <w:rsid w:val="007E5438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HAnsi" w:hAnsiTheme="minorHAnsi" w:cstheme="minorBidi"/>
      <w:b/>
      <w:bCs/>
      <w:i/>
      <w:iCs/>
      <w:color w:val="4F81BD"/>
    </w:rPr>
  </w:style>
  <w:style w:type="character" w:customStyle="1" w:styleId="2fc">
    <w:name w:val="Выделенная цитата Знак2"/>
    <w:basedOn w:val="a2"/>
    <w:uiPriority w:val="30"/>
    <w:rsid w:val="007E5438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table" w:styleId="aff1">
    <w:name w:val="Light Shading"/>
    <w:basedOn w:val="a3"/>
    <w:uiPriority w:val="60"/>
    <w:rsid w:val="007E543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7E543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7E543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7E5438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7E5438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7E543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7E5438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2">
    <w:name w:val="Light Grid Accent 1"/>
    <w:basedOn w:val="a3"/>
    <w:uiPriority w:val="62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2">
    <w:name w:val="Light Grid Accent 2"/>
    <w:basedOn w:val="a3"/>
    <w:uiPriority w:val="62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2">
    <w:name w:val="Light Grid Accent 3"/>
    <w:basedOn w:val="a3"/>
    <w:uiPriority w:val="62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2">
    <w:name w:val="Light Grid Accent 4"/>
    <w:basedOn w:val="a3"/>
    <w:uiPriority w:val="62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2">
    <w:name w:val="Light Grid Accent 5"/>
    <w:basedOn w:val="a3"/>
    <w:uiPriority w:val="62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2">
    <w:name w:val="Light Grid Accent 6"/>
    <w:basedOn w:val="a3"/>
    <w:uiPriority w:val="62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fa">
    <w:name w:val="Medium Shading 1"/>
    <w:basedOn w:val="a3"/>
    <w:uiPriority w:val="63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d">
    <w:name w:val="Medium Shading 2"/>
    <w:basedOn w:val="a3"/>
    <w:uiPriority w:val="64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fb">
    <w:name w:val="Medium List 1"/>
    <w:basedOn w:val="a3"/>
    <w:uiPriority w:val="65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e">
    <w:name w:val="Medium List 2"/>
    <w:basedOn w:val="a3"/>
    <w:uiPriority w:val="66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fc">
    <w:name w:val="Medium Grid 1"/>
    <w:basedOn w:val="a3"/>
    <w:uiPriority w:val="67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2">
    <w:name w:val="Medium Grid 1 Accent 1"/>
    <w:basedOn w:val="a3"/>
    <w:uiPriority w:val="67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2">
    <w:name w:val="Medium Grid 1 Accent 2"/>
    <w:basedOn w:val="a3"/>
    <w:uiPriority w:val="67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2">
    <w:name w:val="Medium Grid 1 Accent 3"/>
    <w:basedOn w:val="a3"/>
    <w:uiPriority w:val="67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2">
    <w:name w:val="Medium Grid 1 Accent 4"/>
    <w:basedOn w:val="a3"/>
    <w:uiPriority w:val="67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2">
    <w:name w:val="Medium Grid 1 Accent 5"/>
    <w:basedOn w:val="a3"/>
    <w:uiPriority w:val="67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2">
    <w:name w:val="Medium Grid 1 Accent 6"/>
    <w:basedOn w:val="a3"/>
    <w:uiPriority w:val="67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f">
    <w:name w:val="Medium Grid 2"/>
    <w:basedOn w:val="a3"/>
    <w:uiPriority w:val="68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2">
    <w:name w:val="Medium Grid 2 Accent 1"/>
    <w:basedOn w:val="a3"/>
    <w:uiPriority w:val="68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2">
    <w:name w:val="Medium Grid 2 Accent 2"/>
    <w:basedOn w:val="a3"/>
    <w:uiPriority w:val="68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2">
    <w:name w:val="Medium Grid 2 Accent 3"/>
    <w:basedOn w:val="a3"/>
    <w:uiPriority w:val="68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2">
    <w:name w:val="Medium Grid 2 Accent 4"/>
    <w:basedOn w:val="a3"/>
    <w:uiPriority w:val="68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2">
    <w:name w:val="Medium Grid 2 Accent 5"/>
    <w:basedOn w:val="a3"/>
    <w:uiPriority w:val="68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2">
    <w:name w:val="Medium Grid 2 Accent 6"/>
    <w:basedOn w:val="a3"/>
    <w:uiPriority w:val="68"/>
    <w:rsid w:val="007E543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7E543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7E543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3">
    <w:name w:val="Dark List Accent 1"/>
    <w:basedOn w:val="a3"/>
    <w:uiPriority w:val="70"/>
    <w:rsid w:val="007E543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3">
    <w:name w:val="Dark List Accent 2"/>
    <w:basedOn w:val="a3"/>
    <w:uiPriority w:val="70"/>
    <w:rsid w:val="007E543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3">
    <w:name w:val="Dark List Accent 3"/>
    <w:basedOn w:val="a3"/>
    <w:uiPriority w:val="70"/>
    <w:rsid w:val="007E543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3">
    <w:name w:val="Dark List Accent 4"/>
    <w:basedOn w:val="a3"/>
    <w:uiPriority w:val="70"/>
    <w:rsid w:val="007E543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3">
    <w:name w:val="Dark List Accent 5"/>
    <w:basedOn w:val="a3"/>
    <w:uiPriority w:val="70"/>
    <w:rsid w:val="007E543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3">
    <w:name w:val="Dark List Accent 6"/>
    <w:basedOn w:val="a3"/>
    <w:uiPriority w:val="70"/>
    <w:rsid w:val="007E543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4">
    <w:name w:val="Colorful Shading Accent 1"/>
    <w:basedOn w:val="a3"/>
    <w:uiPriority w:val="71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4">
    <w:name w:val="Colorful Shading Accent 2"/>
    <w:basedOn w:val="a3"/>
    <w:uiPriority w:val="71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4">
    <w:name w:val="Colorful Shading Accent 3"/>
    <w:basedOn w:val="a3"/>
    <w:uiPriority w:val="71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4">
    <w:name w:val="Colorful Shading Accent 4"/>
    <w:basedOn w:val="a3"/>
    <w:uiPriority w:val="71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4">
    <w:name w:val="Colorful Shading Accent 5"/>
    <w:basedOn w:val="a3"/>
    <w:uiPriority w:val="71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4">
    <w:name w:val="Colorful Shading Accent 6"/>
    <w:basedOn w:val="a3"/>
    <w:uiPriority w:val="71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5">
    <w:name w:val="Colorful List Accent 1"/>
    <w:basedOn w:val="a3"/>
    <w:uiPriority w:val="72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5">
    <w:name w:val="Colorful List Accent 2"/>
    <w:basedOn w:val="a3"/>
    <w:uiPriority w:val="72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5">
    <w:name w:val="Colorful List Accent 3"/>
    <w:basedOn w:val="a3"/>
    <w:uiPriority w:val="72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5">
    <w:name w:val="Colorful List Accent 4"/>
    <w:basedOn w:val="a3"/>
    <w:uiPriority w:val="72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5">
    <w:name w:val="Colorful List Accent 5"/>
    <w:basedOn w:val="a3"/>
    <w:uiPriority w:val="72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5">
    <w:name w:val="Colorful List Accent 6"/>
    <w:basedOn w:val="a3"/>
    <w:uiPriority w:val="72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6">
    <w:name w:val="Colorful Grid Accent 1"/>
    <w:basedOn w:val="a3"/>
    <w:uiPriority w:val="73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6">
    <w:name w:val="Colorful Grid Accent 2"/>
    <w:basedOn w:val="a3"/>
    <w:uiPriority w:val="73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6">
    <w:name w:val="Colorful Grid Accent 3"/>
    <w:basedOn w:val="a3"/>
    <w:uiPriority w:val="73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6">
    <w:name w:val="Colorful Grid Accent 4"/>
    <w:basedOn w:val="a3"/>
    <w:uiPriority w:val="73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6">
    <w:name w:val="Colorful Grid Accent 5"/>
    <w:basedOn w:val="a3"/>
    <w:uiPriority w:val="73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6">
    <w:name w:val="Colorful Grid Accent 6"/>
    <w:basedOn w:val="a3"/>
    <w:uiPriority w:val="73"/>
    <w:rsid w:val="007E5438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a">
    <w:name w:val="Subtle Emphasis"/>
    <w:basedOn w:val="a2"/>
    <w:uiPriority w:val="19"/>
    <w:qFormat/>
    <w:rsid w:val="007E5438"/>
    <w:rPr>
      <w:i/>
      <w:iCs/>
      <w:color w:val="808080" w:themeColor="text1" w:themeTint="7F"/>
    </w:rPr>
  </w:style>
  <w:style w:type="character" w:styleId="affb">
    <w:name w:val="Intense Emphasis"/>
    <w:basedOn w:val="a2"/>
    <w:uiPriority w:val="21"/>
    <w:qFormat/>
    <w:rsid w:val="007E5438"/>
    <w:rPr>
      <w:b/>
      <w:bCs/>
      <w:i/>
      <w:iCs/>
      <w:color w:val="4F81BD" w:themeColor="accent1"/>
    </w:rPr>
  </w:style>
  <w:style w:type="character" w:styleId="affc">
    <w:name w:val="Subtle Reference"/>
    <w:basedOn w:val="a2"/>
    <w:uiPriority w:val="31"/>
    <w:qFormat/>
    <w:rsid w:val="007E5438"/>
    <w:rPr>
      <w:smallCaps/>
      <w:color w:val="C0504D" w:themeColor="accent2"/>
      <w:u w:val="single"/>
    </w:rPr>
  </w:style>
  <w:style w:type="character" w:styleId="affd">
    <w:name w:val="Intense Reference"/>
    <w:basedOn w:val="a2"/>
    <w:uiPriority w:val="32"/>
    <w:qFormat/>
    <w:rsid w:val="007E5438"/>
    <w:rPr>
      <w:b/>
      <w:bCs/>
      <w:smallCaps/>
      <w:color w:val="C0504D" w:themeColor="accent2"/>
      <w:spacing w:val="5"/>
      <w:u w:val="single"/>
    </w:rPr>
  </w:style>
  <w:style w:type="paragraph" w:styleId="affe">
    <w:name w:val="TOC Heading"/>
    <w:basedOn w:val="11"/>
    <w:next w:val="a1"/>
    <w:uiPriority w:val="39"/>
    <w:semiHidden/>
    <w:unhideWhenUsed/>
    <w:qFormat/>
    <w:rsid w:val="00DA41B8"/>
    <w:pPr>
      <w:keepNext/>
      <w:keepLines/>
      <w:widowControl/>
      <w:autoSpaceDE/>
      <w:autoSpaceDN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71</Pages>
  <Words>12243</Words>
  <Characters>69788</Characters>
  <Application>Microsoft Office Word</Application>
  <DocSecurity>0</DocSecurity>
  <Lines>581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krivonogov666@gmail.com</dc:creator>
  <cp:keywords/>
  <dc:description/>
  <cp:lastModifiedBy>Сергеева Анастасия Александровна</cp:lastModifiedBy>
  <cp:revision>12</cp:revision>
  <dcterms:created xsi:type="dcterms:W3CDTF">2023-09-07T14:19:00Z</dcterms:created>
  <dcterms:modified xsi:type="dcterms:W3CDTF">2023-09-08T06:16:00Z</dcterms:modified>
</cp:coreProperties>
</file>